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Yowel ak Mbooloom Adelantist yu Bésub Noppalu Bésub Juróom-ñaareel bu Laodise — Limu Ñent-fukk ak Ñeent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Limu Ñent-Four</w:t>
      </w:r>
    </w:p>
    <w:p>
      <w:pPr>
        <w:pStyle w:val="ArticleBody"/>
        <w:jc w:val="left"/>
      </w:pPr>
      <w:r>
        <w:rPr>
          <w:rFonts w:ascii="Times New Roman" w:hAnsi="Times New Roman" w:eastAsia="Times New Roman" w:cs="Times New Roman"/>
        </w:rPr>
        <w:t>Ci atum 1844, ñi ubbeeku Bés gu juróom-ñaareel bi dafa ubbeeku, te gannaaw loolu ñu jëfandikoo ko ci kaw yégleen Sister White ba mu xool ca gaalug kóllëre ga. Moom itam bind na ne ci fan yu mujj yi, njàngale gu jëm ci Yaram jëmoon nit gi amoon na benn doole bu asamaan bi indi ci kaw. Bés gu juróom-ñaareel bi dafay tegtal leer gu bees gi jóge ca gaal ga ba Kërag Njàngum njot gu dëgg gi tàmbalee, te at mu juróom-ñaareelub noflaay bi dafay tegtal leer gu bees gi jóge ca gaal ga ba Kërag Njàngum njot gu dëgg gi agsi ci jeexitalam.</w:t>
      </w:r>
    </w:p>
    <w:p>
      <w:pPr>
        <w:pStyle w:val="ArticleBody"/>
        <w:jc w:val="left"/>
      </w:pPr>
      <w:r>
        <w:rPr>
          <w:rFonts w:ascii="Times New Roman" w:hAnsi="Times New Roman" w:eastAsia="Times New Roman" w:cs="Times New Roman"/>
        </w:rPr>
        <w:t>Jàngale gu Leeru jëmm ci nit mel na ci mujj gi ci ndaje bu sell bi nekk ci Levitikus ñaar-fukk ak ñett; mooy omega bu Sabat bésub juróom-ñaareel bi, miy njëkk ci ndaje bu sell bi nekk ca njàlbéenu Levitikus ñaar-fukk ak ñett. Sabat boobu njëkk dafa tegtal dooley Yàlla ju Bind, te Sabat bu mujj ba dafa tegtal dooleem ju Delloo-bind. Sabat boobu njëkk dafa ñu ko tegtal ak lim “23”, te bu mujj ba ak lim “252”.</w:t>
      </w:r>
    </w:p>
    <w:p>
      <w:pPr>
        <w:pStyle w:val="ArticleBody"/>
        <w:jc w:val="left"/>
      </w:pPr>
      <w:r>
        <w:rPr>
          <w:rFonts w:ascii="Times New Roman" w:hAnsi="Times New Roman" w:eastAsia="Times New Roman" w:cs="Times New Roman"/>
        </w:rPr>
        <w:t>Ñaari ñaari misaal yooyu mooy ndigal yu njëkk ak yu mujj ci Léwitek 23, te itam ñooy ndigal yu njëkk ak yu mujj ci jaar-jaaru Millerite bi. Atum 1798 moo doon matug 2,520 at yi ci kaw nguurug bëj-gànnaar bu Israel, te 2,300 at yi mat nañu ci 22 Oktoobar 1844. Bi Yaa Aji White ñu ko yonnee ca Kér Yàlla ga te mu xool Fukk yi Yoonu ndigal, dafa doon misaalu nit ñi Yàlla jagleel bés yu mujj yi, ñiy topp Kirist ba ca Bérab bu Sell ba gën a Sell, bi Muy jeexal liggéeyam bu boolekook Yàlla. Nattu kër Yàlla ga mooy nattu topp Mbew mi fu Mu dem.</w:t>
      </w:r>
    </w:p>
    <w:p>
      <w:pPr>
        <w:pStyle w:val="ArticleScripture"/>
        <w:jc w:val="left"/>
      </w:pPr>
      <w:r>
        <w:rPr>
          <w:rFonts w:ascii="Times New Roman" w:hAnsi="Times New Roman" w:eastAsia="Times New Roman" w:cs="Times New Roman"/>
        </w:rPr>
        <w:t>Ñoom ñi lañu nga xam ne dañu sàqoo ak jigéen yi; ndaxte ñoom ay janq lañu. Ñoom ñi lañuy topp Misaal bi fu mu dem fépp. Ñoom lañu jotoo ci biir nit ñi, ngir nekk njëkk-a-góob yi Yàlla ak Misaal bi. Peeñu 14:4.</w:t>
      </w:r>
    </w:p>
    <w:p>
      <w:pPr>
        <w:pStyle w:val="ArticleBody"/>
        <w:jc w:val="left"/>
      </w:pPr>
      <w:r>
        <w:rPr>
          <w:rFonts w:ascii="Times New Roman" w:hAnsi="Times New Roman" w:eastAsia="Times New Roman" w:cs="Times New Roman"/>
        </w:rPr>
        <w:t>Rakk White, ci yonent buy yonnent, dafa won ñi gëm te takku ci njàlbéen ñi dugg ci Kaw ga gën a Sell bi ci ngëm; te ci loolu mooy jox misaal bu ñi gëm te takku ci mujj bi, ñiy dugg ci ngëm ci Kaw ga gën a Sell bi, ba noppi xool ci biir gaal gi. Li ñuy gis fa, leer ci seen kanam, mooy njàngaleg jëmmalinug Kirist, ak matalug booloo gi ci benn. Ñu gis ñaari serub yu muur te wottu, te ñuy mel ni ñaari Sabat yu mbind mi ak mbindaat mi. Ñu gis 252 ci benn wetu gaal gi ak 23 ci beneen wet, te ñu xam ne, ci déggoo ak mbind mi ak mbindaat mi, 23 mooy tekki séyug Yàlla ak nit; te ñu gis 252 ne mooy màndarga soppeeku nit ngir nekk nit ku boolook Yàlla.</w:t>
      </w:r>
    </w:p>
    <w:p>
      <w:pPr>
        <w:pStyle w:val="ArticleBody"/>
        <w:jc w:val="left"/>
      </w:pPr>
      <w:r>
        <w:rPr>
          <w:rFonts w:ascii="Times New Roman" w:hAnsi="Times New Roman" w:eastAsia="Times New Roman" w:cs="Times New Roman"/>
        </w:rPr>
        <w:t>Benn yërëm ga war a yóbbu, ba tax ngir Sœur White xool biirum, loolu doon na xam-xam ju ëpp solo ci kaw; te ci wàll ug waxu yonent bi, misaal mi gën a jëm ci fan yu mujj yi, ba mu jëm ci fan yi mu dundee woon. Ci gis, dañuy soppeeku. Nattu kër Yàlla mooy Almasi di jiite askanam yu sellam, di leen dugal ci këram, tànk ci tànk. Dëgg-yoonent yi dañuy tegtal tànk yi ci yoon wi leer gi leeral ndax bataaxal bu Yuuxu Guddi.</w:t>
      </w:r>
    </w:p>
    <w:p>
      <w:pPr>
        <w:pStyle w:val="ArticleBody"/>
        <w:jc w:val="left"/>
      </w:pPr>
      <w:r>
        <w:rPr>
          <w:rFonts w:ascii="Times New Roman" w:hAnsi="Times New Roman" w:eastAsia="Times New Roman" w:cs="Times New Roman"/>
        </w:rPr>
        <w:t>Këraggu Milerit bi ñaar-fukk ak juróom-benn at mooy ab yéeg.</w:t>
      </w:r>
    </w:p>
    <w:p>
      <w:pPr>
        <w:pStyle w:val="ArticleBody"/>
        <w:jc w:val="left"/>
      </w:pPr>
      <w:r>
        <w:rPr>
          <w:rFonts w:ascii="Times New Roman" w:hAnsi="Times New Roman" w:eastAsia="Times New Roman" w:cs="Times New Roman"/>
        </w:rPr>
        <w:t>Kërgug nit “23,” (góor ak jigéen, Moo leen bind) ab jéego la.</w:t>
      </w:r>
    </w:p>
    <w:p>
      <w:pPr>
        <w:pStyle w:val="ArticleBody"/>
        <w:jc w:val="left"/>
      </w:pPr>
      <w:r>
        <w:rPr>
          <w:rFonts w:ascii="Times New Roman" w:hAnsi="Times New Roman" w:eastAsia="Times New Roman" w:cs="Times New Roman"/>
        </w:rPr>
        <w:t>Kirist di yékkat këram ci ñetti fan mooy ab jot.</w:t>
      </w:r>
    </w:p>
    <w:p>
      <w:pPr>
        <w:pStyle w:val="ArticleBody"/>
        <w:jc w:val="left"/>
      </w:pPr>
      <w:r>
        <w:rPr>
          <w:rFonts w:ascii="Times New Roman" w:hAnsi="Times New Roman" w:eastAsia="Times New Roman" w:cs="Times New Roman"/>
        </w:rPr>
        <w:t>Dencukaay bi mooy kër Yàlla gi ci Malasi.</w:t>
      </w:r>
    </w:p>
    <w:p>
      <w:pPr>
        <w:pStyle w:val="ArticleBody"/>
        <w:jc w:val="left"/>
      </w:pPr>
      <w:r>
        <w:rPr>
          <w:rFonts w:ascii="Times New Roman" w:hAnsi="Times New Roman" w:eastAsia="Times New Roman" w:cs="Times New Roman"/>
        </w:rPr>
        <w:t>Nexemiya setaloon nañu kërug dencukaay ba ci yàqalin gi Tobiya def.</w:t>
      </w:r>
    </w:p>
    <w:p>
      <w:pPr>
        <w:pStyle w:val="ArticleBody"/>
        <w:jc w:val="left"/>
      </w:pPr>
      <w:r>
        <w:rPr>
          <w:rFonts w:ascii="Times New Roman" w:hAnsi="Times New Roman" w:eastAsia="Times New Roman" w:cs="Times New Roman"/>
        </w:rPr>
        <w:t>Kërgóogu kërgóogu la la saraxalekat bu mag Hilkiya gis bind yi Muusaa ba fa buur Yosiya doon yékkati ngëm ga.</w:t>
      </w:r>
    </w:p>
    <w:p>
      <w:pPr>
        <w:pStyle w:val="ArticleBody"/>
        <w:jc w:val="left"/>
      </w:pPr>
      <w:r>
        <w:rPr>
          <w:rFonts w:ascii="Times New Roman" w:hAnsi="Times New Roman" w:eastAsia="Times New Roman" w:cs="Times New Roman"/>
        </w:rPr>
        <w:t>Kërug Nehemiya sellaloon ci ay yàq ak sosal Yàlla, mooy kërug gi Kirist sellal ñaari yoon ci li Sister White wax ne mooy “sosal bu yàqal daraja ju sell ji.”</w:t>
      </w:r>
    </w:p>
    <w:p>
      <w:pPr>
        <w:pStyle w:val="ArticleBody"/>
        <w:jc w:val="left"/>
      </w:pPr>
      <w:r>
        <w:rPr>
          <w:rFonts w:ascii="Times New Roman" w:hAnsi="Times New Roman" w:eastAsia="Times New Roman" w:cs="Times New Roman"/>
        </w:rPr>
        <w:t>Kësu géttug séen bi ci géntu Miller nekkoon na ab yoon.</w:t>
      </w:r>
    </w:p>
    <w:p>
      <w:pPr>
        <w:pStyle w:val="ArticleBody"/>
        <w:jc w:val="left"/>
      </w:pPr>
      <w:r>
        <w:rPr>
          <w:rFonts w:ascii="Times New Roman" w:hAnsi="Times New Roman" w:eastAsia="Times New Roman" w:cs="Times New Roman"/>
        </w:rPr>
        <w:t>Bu Kirist bi njiitam ñi koy topp ak kóllëre ci Barabu Bu Gën a Sell, mu njiital leen, ni ko Magget White teewale woon ba ca gaal ga, mu yékkati kaw u yërmande ga te may leen ñu xool ci biir. Suñu xoolée ci biir, ñu gis ne benn xarnu leeru lewet moo wër njàngale jëmmalinug Kirist ak Noppalu bésub juróom-ñaareel ba. Njàng mi ci kaw njàng, ñi xam ne njàngale yi “leeru lewet moo leen wër” dañuy déggoo ak Magget White ci dugg ci Barabu Bu Gën a Sell ci ngëm, te xool ci biir gaal ga.</w:t>
      </w:r>
    </w:p>
    <w:p>
      <w:pPr>
        <w:pStyle w:val="ArticleBody"/>
        <w:jc w:val="left"/>
      </w:pPr>
      <w:r>
        <w:rPr>
          <w:rFonts w:ascii="Times New Roman" w:hAnsi="Times New Roman" w:eastAsia="Times New Roman" w:cs="Times New Roman"/>
        </w:rPr>
        <w:t>Yonent yi jëkk yi waxoon nañu ak gën a leer ngir fan yu mujj yi, ba mu gën fan yi ñu nekkoon. Bu yonent yu jëkk yooyu seen bopp nekk ci seede si, dañuy tegtal askanu Yàlla ci fan yu mujj yi, te askanu Yàlla ci fan yu mujj yi mooy ñaar-fukki junni ak ñeenti téeméer ak ñeenti-fukk. Rakk bu jigéen White moom, mën na ne, mooy yonent bu jëkk bi gën a am solo, ndax mboolem ay misaalam dañuy tegtal jaar-jaaru alfa bi ci jaar-jaaru omega bi ñaar-fukki junni ak ñeenti téeméer ak ñeenti-fukk. Mboolem yonent yi dañuy tegtal desit bi, waaye Rakk bu jigéen White itam dafa tegtal benn jaar-jaar bu njëkk buy mat ci jaar-jaar bu mujj bi—ba ci benn araf.</w:t>
      </w:r>
    </w:p>
    <w:p>
      <w:pPr>
        <w:pStyle w:val="ArticleBody"/>
        <w:jc w:val="left"/>
      </w:pPr>
      <w:r>
        <w:rPr>
          <w:rFonts w:ascii="Times New Roman" w:hAnsi="Times New Roman" w:eastAsia="Times New Roman" w:cs="Times New Roman"/>
        </w:rPr>
        <w:t>Ci alfa bu njëkk yuñu tabax, loolu lañu yóbbu Bàjjan White ci ay peeñ, ba ci Barab bu Gëna Sell bi nekk ci kër-yàlla asamaan bi. Bi mu fa àggee, tëddukaayu yërmande gi nekk ci kaw gaalug kóllëre gi, di njëkk bu warulañu woon di ko jëlé, yékkati nañu ko ngir Bàjjan White man a xool biir, fa mu gis Fukk yoon yi.</w:t>
      </w:r>
    </w:p>
    <w:p>
      <w:pPr>
        <w:pStyle w:val="ArticleScripture"/>
        <w:jc w:val="left"/>
      </w:pPr>
      <w:r>
        <w:rPr>
          <w:rFonts w:ascii="Times New Roman" w:hAnsi="Times New Roman" w:eastAsia="Times New Roman" w:cs="Times New Roman"/>
        </w:rPr>
        <w:t>«Ci Kàllaama ga gëna Sell gi ma gisoon benn gaalu kóllëre; ci kawam ak ci wetam ya nekk woon wurus wu gëna set. Ca bépp catu gaalu ga amoon benn kerub bu rafet, te lañu yàggal seeni laaf ngir muur ko. Seen kanam jublu woon ci seen diggante, te ñu di xool suuf. Ci diggante malaaka ya amoon benn saxara bu wurus. Fu gaalu ga nekk, fa malaaka ya taxawoon, amoon ndam lu gëna leer lool, lu mel ni gànguna gu Yàlla dëkk. Yeesu taxawoon ci wetu gaalu ga, te bi ñaani gaayi sell ya yéeggee ca moom, cuuraay ga nekk ci saxara ba daan sax, te moo daan yékkati seen ñaan ak saxaru cuuraay ga jëm ca Baayam. Ci biir gaalu ga amoon ndablu mana bu wurus, yat Aaróona ba meññ, ak xeer yi ñu bindoon, yi daan tëjoo ni téere. Yeesu ubbi leen, te ma gis Fukk i Santaane yi ci bind ak baaraamu Yàlla. Ci benn xeer amoon ñeent, ci beneen bi juróom-benn. Ñeent yi nekk ci jëkk ba di leer gën juróom-benn yi. Waaye ñeenteel bi, mooy santaane Sabaa, dafa leeroon ba raw leen ñoom ñépp; ndaxte Sabaa sàkkalees na ko ngir sàmm ko ci teral turu Yàlla gu sell gi. Sabaa bu sell ba meloon na lu ndam; mbindi ndam wër ko bépp wet. Ma gis ne santaane Sabaa bi dañu ko dajewuloon ci bant ba. Su ko doon, kon juróom-ñeent yeneen santaane yi itam dafa wara doon; te dafa ne nu am na sañ-sañu xàjj leen ñépp, ni nu man a xàjj ñeenteel bi. Ma gis ne Yàlla soppiwul Sabaa, ndaxte moom du soppeeku mukk. Waaye baab bu mag bi mooy ko soppi woon, jële ko ca juróom-ñaareel fan ba jox ko ca jëkkërel fan ba; ndaxte moom moo war a soppi jamono ak yoon yi.» Early Writings, 32.</w:t>
      </w:r>
    </w:p>
    <w:p>
      <w:pPr>
        <w:pStyle w:val="ArticleBody"/>
        <w:jc w:val="left"/>
      </w:pPr>
      <w:r>
        <w:rPr>
          <w:rFonts w:ascii="Times New Roman" w:hAnsi="Times New Roman" w:eastAsia="Times New Roman" w:cs="Times New Roman"/>
        </w:rPr>
        <w:t>Jàngale bésub bésal ci fan wu juróom-ñaareel bi mooyoon jàngale bu njëkk ci jaar-jaaru jëfandikukat yu Miller, mi tàmbalee ni yëngu-yëngu Miller bu Philadelphia, teg ci 1856 soppeeku ba nekk yëngu-yëngu Miller bu Laodicea, te gannaaw loolu ba nekk Kàngam Adventiste bu fan wu juróom-ñaareel bu Laodicea ci 1863. Rakku jigéen White itam mooy xamale jàngale omega bi ci jaar-jaaru bés yu mujj yi, bi yëngu-yëngu Laodicea bu téeméer ak ñeent-fukk ak ñeent junni soppeeku ba nekk yëngu-yëngu Philadelphia bu téeméer ak ñeent-fukk ak ñeent junni. Leeru alpha ak omega ñi ngi teewal ci jàngale bésub fan wu juróom-ñaareel bi ak jàngale ci jëmmalin.</w:t>
      </w:r>
    </w:p>
    <w:p>
      <w:pPr>
        <w:pStyle w:val="ArticleScripture"/>
        <w:jc w:val="left"/>
      </w:pPr>
      <w:r>
        <w:rPr>
          <w:rFonts w:ascii="Times New Roman" w:hAnsi="Times New Roman" w:eastAsia="Times New Roman" w:cs="Times New Roman"/>
        </w:rPr>
        <w:t>«Ñi bokk ak Yàlla, dañuy dox ci leeru Jantub Njubte gi. Duñu toroxal seen Alkattekat bi ci yàq seeni yoon fa kanam Yàlla. Leeru asamaan di leer ci seen kaw. Bu ñuy jegesi jeexital jaar-jaaru àddina sii, seen xam-xam ci Kirist ak ci waxi waxkat yu jëm ci moom di gëna yokku lool. Ñu am njariñ ju dul jeex ci gis-gisu Yàlla; ndaxte bokk nañu benn ak Doomam. Ci ñoom, kàddug Yàlla am na taar ak yéem-yéemu rafet gu ëpp solo. Dañuy gis soloam. Dëgg mi dafa ubbeeku ci ñoom. Jàngaleg bindug Kirist ci nit a ngi soloo ak leeraay gu nooy. Dañuy gis ne Mbind mi mooy caabi buy ubbil bépp kumpa te di saafara bépp jafe-jafe. Ñi bañoon a nangu leer te dox ci leer duñu man a xam kumpay ragal Yàlla, waaye ñi yëgul woon ngir yëkkati bant bi te topp Yeesu, dinañu gis leer ci leeru Yàlla.» The Southern Watchman, April 4, 1905.</w:t>
      </w:r>
    </w:p>
    <w:p>
      <w:pPr>
        <w:pStyle w:val="ArticleBody"/>
        <w:jc w:val="left"/>
      </w:pPr>
      <w:r>
        <w:rPr>
          <w:rFonts w:ascii="Times New Roman" w:hAnsi="Times New Roman" w:eastAsia="Times New Roman" w:cs="Times New Roman"/>
        </w:rPr>
        <w:t>“Njàngale jëwriñu Yàlla ci nit” itam dañuy ko wax ne mooy “kumpag njubte gi.”</w:t>
      </w:r>
    </w:p>
    <w:p>
      <w:pPr>
        <w:pStyle w:val="ArticleScripture"/>
        <w:jc w:val="left"/>
      </w:pPr>
      <w:r>
        <w:rPr>
          <w:rFonts w:ascii="Times New Roman" w:hAnsi="Times New Roman" w:eastAsia="Times New Roman" w:cs="Times New Roman"/>
        </w:rPr>
        <w:t>Te ñëwul benn werante, suufeel gu mag la kumpay ragal Yàlla gi: Yàlla feeñ na ci yaram, ñu dëggal ko ci Xel mi, malaaka yi gis nañu ko, ñu waare ko ci xeeti mbokk yi, ñu gëm ko ci àddina, te Yàlla yékkati na ko ba ci ndam. 1 Timothy 3:16.</w:t>
      </w:r>
    </w:p>
    <w:p>
      <w:pPr>
        <w:pStyle w:val="ArticleBody"/>
        <w:jc w:val="left"/>
      </w:pPr>
      <w:r>
        <w:rPr>
          <w:rFonts w:ascii="Times New Roman" w:hAnsi="Times New Roman" w:eastAsia="Times New Roman" w:cs="Times New Roman"/>
        </w:rPr>
        <w:t>“Sir” bi dafa nëbb ba kera ba ci jamono ju mujj ji, bu waa gëm ñi gisee ne njàngalem jëmmu nitug Yàlla mooy omega bu bésub noflaay bu juróom-ñaareel bi.</w:t>
      </w:r>
    </w:p>
    <w:p>
      <w:pPr>
        <w:pStyle w:val="ArticleScripture"/>
        <w:jc w:val="left"/>
      </w:pPr>
      <w:r>
        <w:rPr>
          <w:rFonts w:ascii="Times New Roman" w:hAnsi="Times New Roman" w:eastAsia="Times New Roman" w:cs="Times New Roman"/>
        </w:rPr>
        <w:t>Sax ba kumpa nekkoon lu nëbbu dale ci jamono yi ak xeet yi, waaye léegi feeñ na ci ay sellam: ñoom ñi Yàlla bëggoon a xamloo li doon bareg ndamug ndam li ci biir xeeti àddina yi; mooy Kirist ci yéen, yaakaaru ndam la. Kolos 1:26, 27.</w:t>
      </w:r>
    </w:p>
    <w:p>
      <w:pPr>
        <w:pStyle w:val="ArticleBody"/>
        <w:jc w:val="left"/>
      </w:pPr>
      <w:r>
        <w:rPr>
          <w:rFonts w:ascii="Times New Roman" w:hAnsi="Times New Roman" w:eastAsia="Times New Roman" w:cs="Times New Roman"/>
        </w:rPr>
        <w:t>Yem na baax ne Kolosiyeŋ 1:26 mooy wax ci ab “mbóot” bu “ñu nëbboon,” waaye mbóot boobu “feeñal nañu ko” ci fan yu mujj yi. Leeru yonent bi day feeñ bu ñu ubbee yonent gi, ni ñu ko tektalee ci Daniel fukk ak ñaar, fa mu ne ci njeexital 1,260 fan yi, ci waxtu mujj ga, ab yonent ubbeeku na. Yonent wi ñu nëbboonoon ci xeet ak xeet yi, ubbeeku na; te yonent wi mooy dëgg gi, mi bu ubbeeku, di “ndam li” ñu xamale xeeti ñi dul Yawut yi ci yoonu Dibeer. Mbootaay boobu mooy Almasi bi nekk ci yéen, yaakaaru ndam li, te loolu mat na ci fan yi baatub trompet bu juróom-ñaareel bi di yëngu.</w:t>
      </w:r>
    </w:p>
    <w:p>
      <w:pPr>
        <w:pStyle w:val="ArticleScripture"/>
        <w:jc w:val="left"/>
      </w:pPr>
      <w:r>
        <w:rPr>
          <w:rFonts w:ascii="Times New Roman" w:hAnsi="Times New Roman" w:eastAsia="Times New Roman" w:cs="Times New Roman"/>
        </w:rPr>
        <w:t>Waaye ci fan yi ngir baatu malaaka ji juróom-ñaareel, bu tàmbalee wol, kumpu Yàlla dina mat, ni ko mu waxoon ay jaamam yonent yi. Peeñu gi 10:7.</w:t>
      </w:r>
    </w:p>
    <w:p>
      <w:pPr>
        <w:pStyle w:val="ArticleBody"/>
        <w:jc w:val="left"/>
      </w:pPr>
      <w:r>
        <w:rPr>
          <w:rFonts w:ascii="Times New Roman" w:hAnsi="Times New Roman" w:eastAsia="Times New Roman" w:cs="Times New Roman"/>
        </w:rPr>
        <w:t>Li war na si baat ne baatub malaaka juróom-ñaareel bi tambalee wolu ci bésub fukki bésub weeru juróom-ñaareel bi, ni ñu ko tegtal ci Peeñu 10:7. Malaaka juróom-ñaareel bi itam tegtal nañu ko muy ñetteelu musiba, te ñaari musiba yu jëkk ya mooy Islaam; loolu nag jox na ñaari seede ne ñetteelu musiba bi mooy Islaam. Kumpag Yàlla jeex na bu trompetub Islaam di wolu.</w:t>
      </w:r>
    </w:p>
    <w:p>
      <w:pPr>
        <w:pStyle w:val="ArticleBody"/>
        <w:jc w:val="left"/>
      </w:pPr>
      <w:r>
        <w:rPr>
          <w:rFonts w:ascii="Times New Roman" w:hAnsi="Times New Roman" w:eastAsia="Times New Roman" w:cs="Times New Roman"/>
        </w:rPr>
        <w:t>Ci jamono biñ ñaareelu liit bu juróom-ñaari ñetteel bi, njàngale gu jëm ci yaram-jëme gi, mooy kumpag Kirist ci yéen, walla booleb Yàlla ak nit, ni ko Kirist tegtalee ba mu sol boppam yaramu nit; ñi doon lawal ngir bokk ci téeméeri ñaari-fukk ak ñeenti junni ñent-fukk ak ñeent ñi, dees na leen seetlu ndax am nañu diwlin ji war ak ngëm gi war ngir dugg ci Bérab bu Gën a Sell bi. Su ñu yéexee, lëndëm dina daanu ci seen kaw; waaye su ñu toppee Mbiir mi fu mu jëm, dees na leen jiite ngir ñu xool ci gaalu kóllëre gi. Ci gaal ga lañuy gis njàngale bésu noflaay bu juróom-ñaareelu fan bi ak njàngale gu jëm ci yaram-jëme gi.</w:t>
      </w:r>
    </w:p>
    <w:p>
      <w:pPr>
        <w:pStyle w:val="ArticleBody"/>
        <w:jc w:val="left"/>
      </w:pPr>
      <w:r>
        <w:rPr>
          <w:rFonts w:ascii="Times New Roman" w:hAnsi="Times New Roman" w:eastAsia="Times New Roman" w:cs="Times New Roman"/>
        </w:rPr>
        <w:t>Naka ni ñaari jàngale yii am solo la lool, li may xool du leer yi ñuy wax alpha ak omega, waaye mooy ne jigeen ju yonent bi melale nit ñi Yàlla di moom, di dugg cib Kër Yàlla ga nekk ci asamaan te di xool ci gaalu kóllëre ga. War na am benn fan ci taariixu téeméeri ñent fukk ak ñent junni ñi, ci fan yu mujj yi, fu téeméeri ñent fukk ak ñent junni ñi yóbbu leen ca Bérab bu Gën a Sell ba ngir ñu xool gaalu bi ubbeeku.</w:t>
      </w:r>
    </w:p>
    <w:p>
      <w:pPr>
        <w:pStyle w:val="ArticleBody"/>
        <w:jc w:val="left"/>
      </w:pPr>
      <w:r>
        <w:rPr>
          <w:rFonts w:ascii="Times New Roman" w:hAnsi="Times New Roman" w:eastAsia="Times New Roman" w:cs="Times New Roman"/>
        </w:rPr>
        <w:t>Bu fekke ngir gëm ne yonent yi di misaal nit ñi Yàlla ci fan yu mujj yi, te itam ngir gëm ne Sœur White fekk na xelmu wax ci lu matale, ci bépp anam, ni bépp yeneen yonent ci Biibël bi — kon li ma teg ci kanam léegi war na nangu ko ne dëgg la. Ñaari fukki junni ak ñeenti junni yi war nañu topp Kirist, ci kaw ngëm, ba ca Bérab bu Gën a Sell ba, ni Sœur White waxe ne ñi takku woon dugg nañu fa ci 22 Oktobar 1844. Foofa nag, ñaari mbooloo feeñ nañu: ñi bañ a dugg ci kaw ngëm, ak ñi dugg.</w:t>
      </w:r>
    </w:p>
    <w:p>
      <w:pPr>
        <w:pStyle w:val="ArticleScripture"/>
        <w:jc w:val="left"/>
      </w:pPr>
      <w:r>
        <w:rPr>
          <w:rFonts w:ascii="Times New Roman" w:hAnsi="Times New Roman" w:eastAsia="Times New Roman" w:cs="Times New Roman"/>
        </w:rPr>
        <w:t>“Ñu jubbanti ma ci yégleb dikk gu njëkk gu Kirist. Yónent Yowaana ñu yonnee ko ci xel ak dooleb Eliya ngir mu waajal yoonu Yeesu. Ñi bañee seede Yowaana, njàngale yi Yeesu jàngale woon, amuñu ci njariñ. Seen bëgg-bañ ci wax ju yégle woon dikkam def leen ba ñu mënul woon a nangu bu baax dalil yi gën a wér ne mooy Almasi bi. Seytaane jiital na ñi bañee ndigal Yowaana ba ñu dem gën a sore, ba bañ Kirist te daaj ko ci bant bi. Ci loolu, def nañu seen bopp fa ñu mënul woon a jot ci barke bi ca bésu Pentekot, bi leen waroon a jàngal yoon wi jëm ci kër Yàlla ju sell ji nekk ci asamaan. Xotti sëriñ bi ci kër Yàlla gi won na ne sarax yi ak xam-xam yu yoon yu Yawut ya dootuñu leen a nanguati. Sarax su mag si joxeese woon na, te nangu nañu ko, te Xel Mu Sell mi wàcce ca bésu Pentekot yóbbu na xel yi taalibe ya soree ci kër Yàlla gu nekk ci suuf, jëme leen ci gi nekk ci asamaan, fa Yeesu dugg ak deretam boppam, ngir tuur ci kaw taalibeem yi njariñi jubbanti gi mu def. Waaye Yawut ya des nañu ci lëndëm gu mat sëkk. Ñu réerel lépp leer gi ñu mën a amoon ci pexeb mucc, te ba tey wéeru ci seen sarax yu amul njariñ ak seen sarax yu ñuy jébbal. Kër Yàlla ju nekk ci asamaan wuutu na biir bu nekk ci suuf, waaye xamuñu woon soppeeku googu. Moo tax manuñu woon a am njariñ ci ràmmug Kirist ci bérab bu sell bi.</w:t>
      </w:r>
    </w:p>
    <w:p>
      <w:pPr>
        <w:pStyle w:val="ArticleScripture"/>
        <w:jc w:val="left"/>
      </w:pPr>
      <w:r>
        <w:rPr>
          <w:rFonts w:ascii="Times New Roman" w:hAnsi="Times New Roman" w:eastAsia="Times New Roman" w:cs="Times New Roman"/>
        </w:rPr>
        <w:t>“Ñu bare xool ak tiit yoonu Yawut yi ci seen bañ ak daaj Kirist; te bu ñuy jàng jaar-jaaru ni ñu ko toroxale ak rus, dañuy foog ne dañu ko bëgg, te duñu ko weddi woon ni ko Piyeer defee, mbaa daaj ko ni ko Yawut yi defee. Waaye Yàlla miy jàng xol yi yépp, jëfandikoo na ngir seet ndegam mbëggeel boobu ñu wax ne dañu am ci Yeesu. Asamaan mépp diir na xool ak far mboot nuy nangu yëgleb malaaka bu njëkk bi. Waaye ñu bare ci ñi daan wax ne dañu bëgg Yeesu, te di jooy bu ñuy jàng nettali bant ba, ñoo xas xibaar bu baax bi ci ñëwam. Falaata nangu bataaxal bi ak mbégte, ñu wax ne nax la. Ñu bañ ñi bëgg feeñam, te génne leen ci kërkàŋ yi. Ñi bañee yëgleb bu njëkk bi, mënuloon a jariñu ci ñaareel bi; te itam jariñu wu leen a amuloon ci yuuxu guddi-gànnaar bi, mi waroon a waajal leen ngir ñu dugg ak Yeesu ci ngëm ca bérab bu gën a sell ba ci kër Yàllaa ji nekk ci asamaan. Te ci seen bañ ñaari yëgle yi jiitu, dañu lëndëmloo seen xam-xam ba tax ñu mëna gisul benn leer ci yëgleb malaaka bu ñetteel bi, biy won yoon wi jëm ca bérab bu gën a sell ba. Gis naa ne ni Yawut yi daajee Yeesu, noonu itam kërkàŋ yu tuddante yi daaj nañu yëgle yii; moo tax xamuñu yoon wi jëm ca bérab bu gën a sell ba, te duñu mëna jariñu ci rammu Yeesu foofa. Ni Yawut yi, yi daan joxe seen sarax yu amul njariñ, noonu itam ñuy yékkati seen ñaan yu amul njariñ ca néegu bi Yeesu bàyyi; te Seytaane, bi mbubbum nax gi neexee ko, dafay sàngoo tudd dinee, te jiital xel yi ñiy wax ne ay Kiristen ngir yóbbu leen ci moom, di liggéey ak sa dooleem, ak ay kéemaanam, ak ay manaamu fen ngir tëj leen bu baax ci sa fiir.” Early Writings, 259–261.</w:t>
      </w:r>
    </w:p>
    <w:p>
      <w:pPr>
        <w:pStyle w:val="ArticleBody"/>
        <w:jc w:val="left"/>
      </w:pPr>
      <w:r>
        <w:rPr>
          <w:rFonts w:ascii="Times New Roman" w:hAnsi="Times New Roman" w:eastAsia="Times New Roman" w:cs="Times New Roman"/>
        </w:rPr>
        <w:t>Seriñ White wone nañ njàngat gu yokkute gu John Mbatis ak jaar-jaaru Kirist, yi mujjee ba Yawut ya nekk ci lëndëm gu mat, ngir melal benn jaar-jaar boobu ci jamono Millerit yi, te mooy taariixu alfa bu Seriñ White; jigéen jubbukat ju yàgg ba mujj ji. Nattu dund mbaa dee bi nekk ci njàlbéen ga doon ci duggu ci Bérab bu Sell ba gën a Sell walla bañ a def ko. Bañ a def loolu indiwoon ci kaw way-bëggkat yi ci taariixu Millerit lëndëm googu sax ga wàccoon ci kaw Yawut yu béqadiwoon ci taariixu Kirist.</w:t>
      </w:r>
    </w:p>
    <w:p>
      <w:pPr>
        <w:pStyle w:val="ArticleBody"/>
        <w:jc w:val="left"/>
      </w:pPr>
      <w:r>
        <w:rPr>
          <w:rFonts w:ascii="Times New Roman" w:hAnsi="Times New Roman" w:eastAsia="Times New Roman" w:cs="Times New Roman"/>
        </w:rPr>
        <w:t>Yeesu dafa baaxal njàlbéenu mbir ak tambaliwaayu mbir moomu; moo tax, bi ñu yóbbee Sœur White ca Barabu Bu Gën A Sell, te mu xool Arsu bu ubiku, ci jokkoo ak nattu 22 Oktoobar 1844, loolu dafay wone ne téeméer ak ñeent fukk ak ñeent junniy nit yi dinañu leen nattu ci topp Mbegte mi ba ca Barabu Bu Gën A Sell, walla dugg ci lëndëm gu mat te ba fàww. Dëgg gii, sukkandikoo na ci ngëm gu xam ne yonent ya jëkk yaa ngi melal nit ñi Yàlla ci mujjug jamono, su fekkee ñoom ci seen bopp dañuy nekk cér ci seede bi ñu bind. Sœur White dafay melal ñaari xeetu nit ñooñu.</w:t>
      </w:r>
    </w:p>
    <w:p>
      <w:pPr>
        <w:pStyle w:val="ArticleScripture"/>
        <w:jc w:val="left"/>
      </w:pPr>
      <w:r>
        <w:rPr>
          <w:rFonts w:ascii="Times New Roman" w:hAnsi="Times New Roman" w:eastAsia="Times New Roman" w:cs="Times New Roman"/>
        </w:rPr>
        <w:t>“Bi ma nekkoon ci xaalisub naqar boobu, maa gis gént gu jéggi xelam. Maa gént ne maa ngi gis kër Yàlla gu bare nit ñiy daw jëm ci moom. Ñi gën a xettal ci kër Yàlla googu rekk a dinañu mucc bu waxtu jeexee. Ñépp ñi des biti dinañu sànku ba fàww. Mbooloo yi nekkoon biti, di dem seen yoon yu wuute, daan nañu xeeb ñi doon dugg ci kër Yàlla ga, di leen ñaawal, tey wax leen ne pexe mi ngir mucc mii njub la buy nax, te ne ci dëgg amul benn nguy ga wara moytu. Rax-ca-dolli, jàpp nañu sax ñenn ngir tere leen gaawantu dugg ci biir miir ya.</w:t>
      </w:r>
    </w:p>
    <w:p>
      <w:pPr>
        <w:pStyle w:val="ArticleScripture"/>
        <w:jc w:val="left"/>
      </w:pPr>
      <w:r>
        <w:rPr>
          <w:rFonts w:ascii="Times New Roman" w:hAnsi="Times New Roman" w:eastAsia="Times New Roman" w:cs="Times New Roman"/>
        </w:rPr>
        <w:t>“Ndamoon naa ñu ree ma, ma xalaat ne gëna baax naa xaar ba mbooloo ma tas, walla ba ma mana dugg ci seen biir te kenn gisuma. Waaye limub nit ña yokku rek, bañ a wàññiku, te ndax ragal ma ne dinaa yagg ba tooñ, ma gaawoon a génn sama kër, jàll ci diggante mbooloo ma. Ci sama tiis ngir agsi ca kër Yàlla ga, gisuma woon mbaa ma faale woon mbooloo ma ma wër. Bi ma duggee ca tabax ga, ma gis ne kër Yàlla gu yaatu ga saxoo ci benn dëgër bu réy lool, te ci moom lañu yeewaloon ab xar mu ñu dagg ba yaxu te di deret. Nun ñépp ñi fa nekk dafa mel ne xam nanu ne xar woowu, ñoom dañu ko xotti te dóor ko ngir sunu ndigal. Bépp ku dugg ci kër Yàlla ga war na jëkk a ñëw ci kanamam te wax ay bàkkaaram.”</w:t>
      </w:r>
    </w:p>
    <w:p>
      <w:pPr>
        <w:pStyle w:val="ArticleScripture"/>
        <w:jc w:val="left"/>
      </w:pPr>
      <w:r>
        <w:rPr>
          <w:rFonts w:ascii="Times New Roman" w:hAnsi="Times New Roman" w:eastAsia="Times New Roman" w:cs="Times New Roman"/>
        </w:rPr>
        <w:t>“Tuuti mbele janax bi am mi doon yu kawe, fekk na ñu toogoon ab kuréel gu seex bët. Leeru asamaan mel ni dafa di leeral seen kanam, te dañuy sant Yàlla di woy woyi mbégte ak ngërëm gu ne mel ni muusigub malaaka yi. Ñooñu ñoo doon ñi ñëwoon balaa janax bi, wax seen bàkkaar, jot njéggal, te léegi dañuy xaar ak yaakaar gu mbégte am lu xew bu neex.”</w:t>
      </w:r>
    </w:p>
    <w:p>
      <w:pPr>
        <w:pStyle w:val="ArticleScripture"/>
        <w:jc w:val="left"/>
      </w:pPr>
      <w:r>
        <w:rPr>
          <w:rFonts w:ascii="Times New Roman" w:hAnsi="Times New Roman" w:eastAsia="Times New Roman" w:cs="Times New Roman"/>
        </w:rPr>
        <w:t>“Ba ma ngaa duggoon ci kër ga sax, ragal daldi ma dal, ak xel mu may xam ne war naa toroxal sama bopp ci kanamu nit ñooñu. Waaye dafa mel ni amoon na lu ma gaña dem kanam, te ndànk-ndànk maa doon wër pilar bi ngir jëme sama kanam ci mbott mi, bi buumëer bi suuxee, kër Yàlla ga yëngu, yuuxu ndam jóg ci ñi ñu dajale woon, leer gu tiit lu tar leerloo kër ga, ba noppi lépp nekk lëndëm gu tar. Nit ña béggoon ñépp ànd ak leer ga a desaparee; man nag, ma des doŋŋ ci tiit bu noppi bu guddi. Ma yeewu ak metit gu tar ci sama xel, te dama bëgg a jéem a gëmul ne dama doon gént rekk. Dafa mel ci man ne sama àtte moo wóor, ne Xel mu Sell mi bàyyi na ma, du dellusi mukk.”</w:t>
      </w:r>
    </w:p>
    <w:p>
      <w:pPr>
        <w:pStyle w:val="ArticleScripture"/>
        <w:jc w:val="left"/>
      </w:pPr>
      <w:r>
        <w:rPr>
          <w:rFonts w:ascii="Times New Roman" w:hAnsi="Times New Roman" w:eastAsia="Times New Roman" w:cs="Times New Roman"/>
        </w:rPr>
        <w:t>«Gannaaw loolu yàggul, ma amaat beneen gént. Dama mel ni toog naa ci naqar gu metti lool, sama kanam nekk ci sama loxo, di xalaat naan: Bu Yeesu nekkoon ci suuf, dinaa dem ci Moom, sànni sama bopp ci ay tànkam, wax Ko sama coxor yu nekk yépp. Du ma dëddu, dina ma yërëm, te dinaa Ko soppe ak di Ko jaamu saa su ne. Ca saa sa bunt bi ubiku, kenn ku am melokaan gu rafet ak kanam gu taaru duggsi. Xool ma ak yërmande ne ma: “Ndax bëgg nga gis Yeesu? Mu ngi fii, te man nga Ko gis su la neexee. Jël lépp lu nga moom te topp ma.”»</w:t>
      </w:r>
    </w:p>
    <w:p>
      <w:pPr>
        <w:pStyle w:val="ArticleScripture"/>
        <w:jc w:val="left"/>
      </w:pPr>
      <w:r>
        <w:rPr>
          <w:rFonts w:ascii="Times New Roman" w:hAnsi="Times New Roman" w:eastAsia="Times New Roman" w:cs="Times New Roman"/>
        </w:rPr>
        <w:t>“Dégg naa ak mbégte gu dul wax, te ak xol bu sedd maa dajale sama tuuti yëf yépp, bépp takkaay bu ndaw bu ma jàpp ni am na solo, te topp sama kilifa. Mu yóbbu ma ca ab eskale bu xëcce te mel ni dafay yàqu. Ba ma tambalee yéeg jéego yi, mu artu ma ne ma sax sama gis-gis ci kaw, ngir bañ a daw bopp te daanu. Ñu bare it ñi nekkoon di yéeg ca yéeg gu xëcc ga daanuwoon laata ñuy jot ci kaw.”</w:t>
      </w:r>
    </w:p>
    <w:p>
      <w:pPr>
        <w:pStyle w:val="ArticleScripture"/>
        <w:jc w:val="left"/>
      </w:pPr>
      <w:r>
        <w:rPr>
          <w:rFonts w:ascii="Times New Roman" w:hAnsi="Times New Roman" w:eastAsia="Times New Roman" w:cs="Times New Roman"/>
        </w:rPr>
        <w:t>“Muju mujj, nu jot jëf ju mujj ji, te taxaw ci kanam bunt bu nekk. Foofa sama ngindikat santaane ma ma bàyyi lépp lu ma àndaloon ak man. Bég rek laa leen tëj ci suuf; mu ubbi bunt bi, daldi ma wax ma dugg. Ci benn saa ma taxawoon ci kanam Yeesu. Amul woon benn njeexital ci xam ga kanam googu gu rafet. Moom jëfandikookat gu baax ak nguuru googu, kenn kudul Moom rekk la man a am boobu. Bi ay xoolam daldee tëdd ci man, ci saa si laa xam ne xam na bu baax bépp xew-xew bu aju ci sama dund ak bépp xalaat ak yëg-yëg yu nëbbu ci biir sama xol.</w:t>
      </w:r>
    </w:p>
    <w:p>
      <w:pPr>
        <w:pStyle w:val="ArticleScripture"/>
        <w:jc w:val="left"/>
      </w:pPr>
      <w:r>
        <w:rPr>
          <w:rFonts w:ascii="Times New Roman" w:hAnsi="Times New Roman" w:eastAsia="Times New Roman" w:cs="Times New Roman"/>
        </w:rPr>
        <w:t>«Maa ngi doon jéem a musal sama bopp ci seetluam, ndaxte dama feel ne manuma muñ ay bëtam yuuy xool bu baax ci sama xol; waaye Mu jegeñ ak mbégte mu rafet, te, bi Mu teggee loxoom ci sama bopp, Mu ne: “Bul ragal.” Kàddug baatam bu neex baal ma sama xol ak bànneex bu ko moo xamoon mukk. Dama nekkoon ak bànneex lool ba ma manul woon wax benn kàddu; waaye bi yëg-yëgu xol jële ma, dama daanu ba tëdd ci kanamam, ca ay tànkam. Bi may tëdd foofa, ba amul woon doole, ay seeni taaru ak ndam dañuy jaar ci sama kanam, te dafa mel ni agsi naa ci kaaraange ak jàmmu asamaan. Mujj, sama doole dellusi ci man, te ma jóg. Bëti Yeesu yu bëgg dañu nekkoon ba tey ci man, te mbégteem feesal sama ruu ak bànneex. Moomam dafa feesaloon ma ak ragal gu sell ak mbëggeel gu kenn mënul wax.»</w:t>
      </w:r>
    </w:p>
    <w:p>
      <w:pPr>
        <w:pStyle w:val="ArticleScripture"/>
        <w:jc w:val="left"/>
      </w:pPr>
      <w:r>
        <w:rPr>
          <w:rFonts w:ascii="Times New Roman" w:hAnsi="Times New Roman" w:eastAsia="Times New Roman" w:cs="Times New Roman"/>
        </w:rPr>
        <w:t>“Samay njiital bi ubbi bunt bi, te nun ñaar gépp génn. Mu santaane ma ma yóbbaat lépp lu ma bàyyi woon ci biti. Bi loolu jeexee, mu jox ma ab buum bu wert, ñu wërale ko bu baax. Mu digle ma ma teg ko ci wet wu sama xol, te saa su ma bëggee gis Yeesu, na ma ko génne ci sama dënn, ba noppi yaatal ko ba mu tolloo ak i ëppam. Mu artu ma ma bañ koo bàyyi muy wërale lu yàgg, ngir mu bañ a lacc, ba noppi jubbali ko diis. Ma teg buum ba ci wet wu sama xol, te ma wàcc ak mbégtey xel ca лестaar yu xat ya, di màggal Boroom bi te di wax ñépp ñi ma daje ak leen fan lañu mana gis Yeesu. Gént gi jox na ma yaakaar. Ci sama xel, buum bu wert ba dafa mel ni ngëm la te taaru ak yombug wéeruwante ci Yàlla tàmbalee leer ci sama ruu.” Testimonies, volume 1, 27–29.</w:t>
      </w:r>
    </w:p>
    <w:p>
      <w:pPr>
        <w:pStyle w:val="ArticleBody"/>
        <w:jc w:val="left"/>
      </w:pPr>
      <w:r>
        <w:rPr>
          <w:rFonts w:ascii="Times New Roman" w:hAnsi="Times New Roman" w:eastAsia="Times New Roman" w:cs="Times New Roman"/>
        </w:rPr>
        <w:t>Li dale kër gu nekk ci Exeter camp meeting bi ca 17 ut 22 ci weeru Oktoobar atum 1844, am na juróom-benn fukk ak juróom-benn fan. Juróom-benn fukk ak juróom-benn fan yooyu dañuy tegtal jamono ji ñu yéglee Midnight Cry bi, te ci bir misalu fukki janq ya, ñi doon yéglee ndawsa boobu ca jamono jooju dañuy tegtal ñi am diwlin, te ñi ko doonul yéglee ca jamono jooju amuñu woon diwlin.</w:t>
      </w:r>
    </w:p>
    <w:p>
      <w:pPr>
        <w:pStyle w:val="ArticleBody"/>
        <w:jc w:val="left"/>
      </w:pPr>
      <w:r>
        <w:rPr>
          <w:rFonts w:ascii="Times New Roman" w:hAnsi="Times New Roman" w:eastAsia="Times New Roman" w:cs="Times New Roman"/>
        </w:rPr>
        <w:t>Ci léeb, séytane jaamono bi amoon na ci njëlbéenu waxtu bi ñuy yéex. Sey gi ci yoon amoon na, te gannaaw loolu ku nekk dellu këram, di xaar ba baay góor gi dogal ndax dafa yelloo ñu matal sey gi. Jëf ju ñaaw ci diggante jëkkëriin bu njëkk ak ñaareelu xew-xewu ci guddi diggante considérée nañu ko muy njaaloo. Waxtu bi ñuy yéex, baay góor gi moo ko tegoon ci xaar ngir gis lu xew ci jigéen ji di séy ci ab yoon. Ndax dafa ëmb?</w:t>
      </w:r>
    </w:p>
    <w:p>
      <w:pPr>
        <w:pStyle w:val="ArticleBody"/>
        <w:jc w:val="left"/>
      </w:pPr>
      <w:r>
        <w:rPr>
          <w:rFonts w:ascii="Times New Roman" w:hAnsi="Times New Roman" w:eastAsia="Times New Roman" w:cs="Times New Roman"/>
        </w:rPr>
        <w:t>Bi baay bi dogalee ne lépp baax na, taxawaayu guddi ga tàmbalee, te mu tàmbalee ci guddi ngir moytu tàngoor bu metti buy am bët-gànnaaru Falastin. Moo tax ndaw-yi tegu ci yaram jabar ji, maanaam janq yi ci léebu wax ji, dafa waroon ñu am seen làntër buleen ak seen diwlinu bopp, di xaar yuuxu guddi ga buy yégle ne taxawaayu dem ci céet ga tàmbali na, ndaxte guddi la war a ame. Ca Exeter, yuuxu guddi ga agg na, te am nga woon diwlin wu doy ngir taxawaay ga mbaa amoo ko woon.</w:t>
      </w:r>
    </w:p>
    <w:p>
      <w:pPr>
        <w:pStyle w:val="ArticleBody"/>
        <w:jc w:val="left"/>
      </w:pPr>
      <w:r>
        <w:rPr>
          <w:rFonts w:ascii="Times New Roman" w:hAnsi="Times New Roman" w:eastAsia="Times New Roman" w:cs="Times New Roman"/>
        </w:rPr>
        <w:t>Bi ñu jógee Exeter ak ndigal li, daan nañu wone nit ñi ñu téye. Am na ci ñoom ñu am woon diw bu doy ngir dugg ci céetug séet bi ci 22 Oktoobar 1844, te am na ñeneen ñu ko amul woon. Ñaari-fukk ak juróom-benn fan yooyu dañuy tegtal ab jamono bu askanu Yàlla diñu téye ba ci bunt bu tëjju bu yoonu Dibéer bi. Su ñu amoon woon limu diw li war, dañu duggoon ci fégg ci Kàcc-Kàcc gu Gën a Sell gi. Sœur White dafa wone askanu Yàlla di dugg ci Kàcc-Kàcc gu Gën a Sell gi ci fan yu mujj yi, te ci taarixam bu njëkk gi, nekkoon na nattu buy dund mbaa dee, bi jëm ci dugg ci Kàcc-Kàcc gu Gën a Sell gi ci fégg. Ci fan yu mujj yi, téeméeri ak ñent-fukk ak ñeent junni ñi dees na leen nattu ngir xam ndax dañuy dugg ci Kàcc-Kàcc gu Gën a Sell gi ci fégg. Benn yoonaat itam, nattu buy dund mbaa dee la.</w:t>
      </w:r>
    </w:p>
    <w:p>
      <w:pPr>
        <w:pStyle w:val="ArticleBody"/>
        <w:jc w:val="left"/>
      </w:pPr>
      <w:r>
        <w:rPr>
          <w:rFonts w:ascii="Times New Roman" w:hAnsi="Times New Roman" w:eastAsia="Times New Roman" w:cs="Times New Roman"/>
        </w:rPr>
        <w:t>Dina ñuy wéyal mbir yii ci artikel bi ci topp.</w:t>
      </w:r>
    </w:p>
    <w:p>
      <w:pPr>
        <w:pStyle w:val="ArticleScripture"/>
        <w:jc w:val="left"/>
      </w:pPr>
      <w:r>
        <w:rPr>
          <w:rFonts w:ascii="Times New Roman" w:hAnsi="Times New Roman" w:eastAsia="Times New Roman" w:cs="Times New Roman"/>
        </w:rPr>
        <w:t>“Ci setal kërgu Yàlla ga, Yeesu doon yégle ndamam ci ay Mesiyaam, te di dugg ci liggéeyam. Kërgu Yàlla googu, ga ñu tabax ngir nekk kërug Dëkkandoogu Yàlla, dañoo ko jagleel ngir muy jàngalekat bu leer ci kanam Israyil ak adduuna si. Li dale ca jamono yu dul am ndoorte ba fàww, moo doon bëgg-bëggu Yàlla ne bépp mbind mu Bindkat bi bind, dale ca seraf yu leer te sell ya ba ci nit, nekk kërgu dëkkandoog Bindkat bi. Waaye ndax bàkkaar, nit ñi bañ a yokk nekk kërgu Yàlla. Xol nit ki, bi lu bon lëndëmloo ko te sobe ko, doonatul won ndamu Ki Yàlla ji. Waaye jaarale ko ci soloo Doomu Yàlla ci nit, mat na pexe Asamaan. Yàlla dëkk ci nit, te jaarale ko ci yiwu musal bi, xolu nit delluwaat a nekk këram. Yàlla dogaloon na ne kërgu Yàlla ga Yerusalem nekk seede su sax ci yoon wu kawe wi ubbeeku ci baken bu nekk. Waaye Yawut ya xamuwuñu solo jumtukaay ba ñuy xool ak réy-réy lool. Joxewuñu seen bopp ngir ñu nekk ay kër yu sell ngir Xelu Yàlla ji. Àlluwa kërgu Yàlla ga nekk Yerusalem, ya fees ak coowlu jaay-jaay ju sellul, dafa mel ni dëgg-dëgg kërgu xol bi, bi ñu sobe ak nekkug bëgg-bëggu yaram ak xalaat yu sellul.”</w:t>
      </w:r>
    </w:p>
    <w:p>
      <w:pPr>
        <w:pStyle w:val="ArticleScripture"/>
        <w:jc w:val="left"/>
      </w:pPr>
      <w:r>
        <w:rPr>
          <w:rFonts w:ascii="Times New Roman" w:hAnsi="Times New Roman" w:eastAsia="Times New Roman" w:cs="Times New Roman"/>
        </w:rPr>
        <w:t>“Bi Yeesu di setal kër Yàlla gi ci jaaykat ak jëndkat yu àddina si, mu yégle woon ay ndigalami ngir setal xol wi ci soxlay bàkkaar,—ci bëgg-bëgg yu suufe yi, ci bëgg-sa-bopp yu bëre yi, ci jikko yu bon yi, yiy yàq ruu. Malasi 3:1–3 ñu ko tudd.” The Desire of Ages, 161.</w:t>
      </w:r>
    </w:p>
    <w:p>
      <w:pPr>
        <w:pStyle w:val="ArticleScripture"/>
        <w:jc w:val="left"/>
      </w:pPr>
      <w:r>
        <w:rPr>
          <w:rFonts w:ascii="Times New Roman" w:hAnsi="Times New Roman" w:eastAsia="Times New Roman" w:cs="Times New Roman"/>
        </w:rPr>
        <w:t>Yonent bi ne: “Gis naa beneen malaaka wàcc ci asamaan, yor kàttan gu màgg; te suuf si leer ak ndamam. Mu wax ci doole ak baat bu dëgër ne: Bàbbilon bu màgg bi daanu na, daanu na, te mu nekk kërug rab yi” (Revelation 18:1, 2). Lii mooy benn yégle bu malaaka ñaareel bi joxe woon. Bàbbilon daanu na, “ndaxte moo naanloo xeet yépp biiñu meramu njaloom” (Revelation 14:8). Lan mooy biiñ boobu?—Ay jàngale yu dul dëggam. Moom jox na àddina bi bésub noflaay bu dul dëgg te wuutu ak Sabatub ndigalu ñeenteel bi, te delluwaat na fen bu Seytaane jëkk a wax Hawa ci Eden—ne ruu am na duggu-géej gu ci jumtuwul. Bari njuumte yu mel noonu la siiwal ba sore, “di jàngale ndigali nit ñi muy njàngale yu xam-xam” (Matthew 15:9).</w:t>
      </w:r>
    </w:p>
    <w:p>
      <w:pPr>
        <w:pStyle w:val="ArticleScripture"/>
        <w:jc w:val="left"/>
      </w:pPr>
      <w:r>
        <w:rPr>
          <w:rFonts w:ascii="Times New Roman" w:hAnsi="Times New Roman" w:eastAsia="Times New Roman" w:cs="Times New Roman"/>
        </w:rPr>
        <w:t>“Bi Yeesu tàmbalee liggéeyam gu feeñ ci kanamu mbooloo mi, moos na Kër Yàlla gi teeral ko ci sosam gu xasaw te yàq a màgg. Te ci biir jëf yi mu mujje a def ci liggéeyam, am na ñaareelu mosalug Kër Yàlla gi. Noonu itam, ci liggéey gu mujj gi ngir artu àddina si, ñaari woote yu wuute ñu ngi leen di def ci kërkàng yi. Yégleb malaaka ñaareel bi mooy ne, ‘Babilon dafa daanu, dafa daanu, dëkk bu mag boobu, ndaxte mooy ki naanloo xeeti xeet yépp biiñu biiñam buy indi merum njalooam’ (Revelation 14:8). Te ci xaacu bu réy bi ci yégleb malaaka ñetteel bi, dégg nañu baat buy jóge asamaan ne, ‘Génnleen ci moom, yéen samay nit, ngir ngeen bañ a bokk ci ay bàkkaaram, te ngir ngeen bañ a jot ci ay musibaam. Ndaxte ay bàkkaaram agsi nañu ba asamaan, te Yàlla fàttaliku na ay njubam’ (Revelation 18:4, 5).” Selected Messages, téere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Yowel ak Mbooloom Adelantist yu Bésub Noppalu Bésub Juróom-ñaareel bu Laodise — Limu Ñent-fukk ak Ñeent</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