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sosu gis-gis bi — Limu Njëkk</w:t>
      </w:r>
    </w:p>
    <w:p>
      <w:pPr>
        <w:pStyle w:val="ArticleSubtitle"/>
        <w:jc w:val="left"/>
      </w:pPr>
      <w:r>
        <w:rPr>
          <w:rFonts w:ascii="Arial" w:hAnsi="Arial" w:eastAsia="Arial" w:cs="Arial"/>
        </w:rPr>
        <w:t>Tekki Bopp Bu Sellalameekendiku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Te ci jamono, ñu bare dinañu jóg ci kaw buur bi dëkk bëj-saalum; itam, ay saay-saay yu say nit ñi dinañu yékkati seen bopp ngir taxawal peeñ mi; waaye dinañu daanu. Daniel 11:14.</w:t>
      </w:r>
    </w:p>
    <w:p>
      <w:pPr>
        <w:pStyle w:val="ArticleBody"/>
        <w:jc w:val="left"/>
      </w:pPr>
      <w:r>
        <w:rPr>
          <w:rFonts w:ascii="Times New Roman" w:hAnsi="Times New Roman" w:eastAsia="Times New Roman" w:cs="Times New Roman"/>
        </w:rPr>
        <w:t>Kàddu bi ñuy wax ne “doctrine” ci wàllu Kiristaan yi mooy dëgg yu Sàcc bi samp te taxaw. Yeneen mbooloo yu di wax ne dañuy topp Kiristaan am nañu ay kuréelu njàngale yu wuute, yu ñuy firndeel ne mooy njàngale yu aju ci Biibël bi, waaye benn rekk aji nekk Dëgg. Wuute gi nekk diggante “dëgg gu mat sëkk” ak “pluralism” du mbir mi nuy xool ci xàjjaat bii.</w:t>
      </w:r>
    </w:p>
    <w:p>
      <w:pPr>
        <w:pStyle w:val="ArticleScripture"/>
        <w:jc w:val="left"/>
      </w:pPr>
      <w:r>
        <w:rPr>
          <w:rFonts w:ascii="Times New Roman" w:hAnsi="Times New Roman" w:eastAsia="Times New Roman" w:cs="Times New Roman"/>
        </w:rPr>
        <w:t>Kon nag, Pilaat ne ko wax ne ko: Kon yaw buur nga nag? Yeesu tontu ne ko: Yow a wax ne buur laa. Loolu moo tax ma juddoo, te loolu it moo tax ma ñëwee ci addina, ngir ma seede dëgg gi. Ku bokk ci dëgg gi, dégg naa sama baat. Pilaat ne ko: Lan mooy dëgg? Bi mu ko waxee, mu génnati ca Yawut ya te ne leen: Gisuma benn tooñ ci moom. Yowaana 18:37, 38.</w:t>
      </w:r>
    </w:p>
    <w:p>
      <w:pPr>
        <w:pStyle w:val="ArticleBody"/>
        <w:jc w:val="left"/>
      </w:pPr>
      <w:r>
        <w:rPr>
          <w:rFonts w:ascii="Times New Roman" w:hAnsi="Times New Roman" w:eastAsia="Times New Roman" w:cs="Times New Roman"/>
        </w:rPr>
        <w:t>Dëgg mooy Kàddug Yàlla; moo di baatam, te mooy Kirist ci boppam.</w:t>
      </w:r>
    </w:p>
    <w:p>
      <w:pPr>
        <w:pStyle w:val="ArticleScripture"/>
        <w:jc w:val="left"/>
      </w:pPr>
      <w:r>
        <w:rPr>
          <w:rFonts w:ascii="Times New Roman" w:hAnsi="Times New Roman" w:eastAsia="Times New Roman" w:cs="Times New Roman"/>
        </w:rPr>
        <w:t>“War na xam sunu bopp li di sàrtu Kirisityaanug, lan mooy dëgg, lan mooy ngëm gi nu jot, ak yan mooy yoonu Biibël yi—yoon yi ñu nu joxee ci kaw kàttan gu gën a kawe. Am na ñu bare ñiy gëm te amuñu benn sabab bu ñuy tënk seen ngëm, te amuñu it yeneen firnde yu doy ci dëggu mbir mi. Su ñu leen wonee xalaat bu méngook seen xalaat yu ñu jëkk a yéene, ñoom dafa mel ni dañuy ko nangu saa si. Dañu dul xalaat ci sabab ba ba ci ay njariñam, seen ngëm amul dëgg-dëgg benn fondaasiyoŋ, te bu waxtu nattu gi aksee dinañu gis ne tabax nañu ci suuf.”</w:t>
      </w:r>
    </w:p>
    <w:p>
      <w:pPr>
        <w:pStyle w:val="ArticleScripture"/>
        <w:jc w:val="left"/>
      </w:pPr>
      <w:r>
        <w:rPr>
          <w:rFonts w:ascii="Times New Roman" w:hAnsi="Times New Roman" w:eastAsia="Times New Roman" w:cs="Times New Roman"/>
        </w:rPr>
        <w:t>«Ku soppiku teey ak xelam ci xam-xamam bu amul mat ci Mbind mi mu am tey, di ko jàpp ni loolu doy na ngir mu mucc, mooy di soppiku ci nax gu rey te reykat. Am na ñu bare ñoo xamule bu baax layi dalil yu Mbind mi, ba ñu man a ràññee njuumte, te daan lépp lu aadat ak lu gëm-gëm gu ñàkk sell gi ñu joxeel ni mooy dëgg. Seytaane dugal na ay xalaatam ci jaamu Yàlla, ngir mu yàq njubte gu yombal xebaar bu baaxu Kirist. Ñu bare ci ñi wax ne dañuy gëm dëggu jamono jii, xamuñu lan mooy ngëm ga ñu jébbaloon benn yoon ba fàww way-sell ya—Kirist ci yéen, yaakaaru ndam. Dañuy xalaat ne ñoom dañuy aar tegtali yu mag ya, waaye dañoo tangadi, te bañ a yëngu. Xamuñu lan mooy ràbb ci seen dund ak am dëgg-dëgg dooley mbëggeel ak ngëm. Duñu taalibey Biibël yu jege, waaye dañoo tàngoor te ragaloo. Bu wuute xalaat amee ci ay kàdduy Mbind mi, ñii ñu jàngulwoon ak pexe, te taxawul ci li ñuy gëm, dañuy dëddu dëgg gi. War nañu fésal ci ñépp soxlay wu réy wu ñu war a seet bu baax dëggu Yàlla, ngir ñu xam ne xam nañu lan mooy dëgg. Am na ñuy wax ne am nañu xam-xam bu bare, te ñu neex ak seen tolluwaay, fekk dootuñu am benn cër ngir liggéey bi, dootuñu am benn mbëggeel gu tàkk ngir Yàlla ak ngir ñi fitna yi Kirist deealoon, lu ëpp li ñu ko amkoon su fekkee ne xamuñu woon Yàlla mukk. Duñu jàng Biibël [ngir] moomtu ñam wu neex ak diineem ngir seen bopp. Duñu yëg ne mooy baatu Yàlla buy wax ak ñoom. Waaye su nu bëggee xam yoonu mucc gi, su nu bëggee gis leer yi Jóntu Njubte ji, war nañu jàng Mbind mi ak pexe, ndaxte diggante yi ak waxi yonent yi ci Biibël di sànni leer gu set wecc ci pexe bu Yàlla ngir njotumu jot, te dëgg yu màgg yooyu ñoom xamulees leen bu leer.» The 1888 Materials, 403.</w:t>
      </w:r>
    </w:p>
    <w:p>
      <w:pPr>
        <w:pStyle w:val="ArticleBody"/>
        <w:jc w:val="left"/>
      </w:pPr>
      <w:r>
        <w:rPr>
          <w:rFonts w:ascii="Times New Roman" w:hAnsi="Times New Roman" w:eastAsia="Times New Roman" w:cs="Times New Roman"/>
        </w:rPr>
        <w:t>Ñu warees na nu xam lan mooy jàngale yooyu, ak ni ñu leen wara waxee, dëgëral ak aar dëgg yooyu.</w:t>
      </w:r>
    </w:p>
    <w:p>
      <w:pPr>
        <w:pStyle w:val="ArticleScripture"/>
        <w:jc w:val="left"/>
      </w:pPr>
      <w:r>
        <w:rPr>
          <w:rFonts w:ascii="Times New Roman" w:hAnsi="Times New Roman" w:eastAsia="Times New Roman" w:cs="Times New Roman"/>
        </w:rPr>
        <w:t>“Léegi, man na nu mel ne kenn war na taxaw doŋŋam; waaye bu Yàlla waxoon na ci samay kàddu, jamono ji dina ñëw bi nu di nu indi kanam kureel yi ak kanam junni nit ñi ndax turam, te kenn ku nekk dina wara joxe li tax muy gëm. Kon nag, seetaan bu gëna metti dina dikk ci bépp taxawaay bi ñu jàpp ngir dëgg gi. Kon nag, war na nu jàng Kàddug Yàlla, ngir nu xam lu tax nu gëm njàngale yi nuy yégal. War na nu seet bu wóor te xóot kàdduy dunduy Yexowa.” Review and Herald, December 18, 1888.</w:t>
      </w:r>
    </w:p>
    <w:p>
      <w:pPr>
        <w:pStyle w:val="ArticleBody"/>
        <w:jc w:val="left"/>
      </w:pPr>
      <w:r>
        <w:rPr>
          <w:rFonts w:ascii="Times New Roman" w:hAnsi="Times New Roman" w:eastAsia="Times New Roman" w:cs="Times New Roman"/>
        </w:rPr>
        <w:t>Ngir yees ñu indi leen ci kanam “ay junni”, leer na ne am na ñenn ci ñi di aar dëgg ci fan yu mujj yi, ñu dinañu leen ga forced ngir aar dëgg gi ci ab yoon wu mel ni telebision walla web yu ñuy waare. Ndax naka la ay junni nit mën a seet seede bi ñaar-fukk ak ñeent junni ñi di joxe? Jàngale yi nuy yégle moo taxawal teguinu sunu ngëm.</w:t>
      </w:r>
    </w:p>
    <w:p>
      <w:pPr>
        <w:pStyle w:val="ArticleScripture"/>
        <w:jc w:val="left"/>
      </w:pPr>
      <w:r>
        <w:rPr>
          <w:rFonts w:ascii="Times New Roman" w:hAnsi="Times New Roman" w:eastAsia="Times New Roman" w:cs="Times New Roman"/>
        </w:rPr>
        <w:t>“Ku bokk yi ci mbooloom kërce gi, kenn ku nekk dinañu ko nattu te seetlu ko. Dinañu leen teg ci xaalis yu tax ñu war a seedeel dëgg gi. Ñu bare dinañu woo leen ngir wax kanamu ndaje yi ak ci àttekat yi, xeyna ku nekk boppam te doomu-bopp. Jaar-jaarale ji waroon a dimbali leen ci jafe-jafe boobu, ñoom bañ nañu ko jot; te seen bakkan diis na ak réccu ngir waxtu yi ñu yàqu ak barkeel yi ñu sàggan.” Testimonies, volume 5, 463.</w:t>
      </w:r>
    </w:p>
    <w:p>
      <w:pPr>
        <w:pStyle w:val="ArticleBody"/>
        <w:jc w:val="left"/>
      </w:pPr>
      <w:r>
        <w:rPr>
          <w:rFonts w:ascii="Times New Roman" w:hAnsi="Times New Roman" w:eastAsia="Times New Roman" w:cs="Times New Roman"/>
        </w:rPr>
        <w:t>Kàddu Yàlla du mos a wéy, te moo tax bu nu bëggée bokk ci ñaar-fukk ak ñeent-junni ak ñeent-fukk ak ñeent wa, war na nu xam li nu gëm, sukkandiku ci li ñu bind ci Kàddu Yàlla. Bala jamono jéggal bi agsi, ba nit ñi Yàlla nekkal diñu leen gaawal ngir ñu firi njàngale yi ñuy gëm, Yàlla di may njuumte yi dugg ngir jébbalu nitam ñi ci njàngat bu xóot Kàddoom.</w:t>
      </w:r>
    </w:p>
    <w:p>
      <w:pPr>
        <w:pStyle w:val="ArticleScripture"/>
        <w:jc w:val="left"/>
      </w:pPr>
      <w:r>
        <w:rPr>
          <w:rFonts w:ascii="Times New Roman" w:hAnsi="Times New Roman" w:eastAsia="Times New Roman" w:cs="Times New Roman"/>
        </w:rPr>
        <w:t>Li am ne amul jàppoo walla yëngëtu amul ci biir askanu Yàlla, warul ñu ko jàppe ni mooy firnde gu wóor ne dañuy sax ci njàngale gu jub. Am na lu tax ñu ragal ne xanaa duñu xàmme bu leer wuute bi nekk diggante dëgg ak juumte. Su fekkee ne jàngat Mbind mi yóbbuul fenn laaj yu bees, te du am benn wuuteb xalaat buy yëngal nit ñi ngir seet Biibël bi ci seen bopp ngir wóorlu ne am nañu dëgg gi, bu boobaa ñu bare léegi, ni ci jamono yu yàgg ya, dinañu sax ci cosaan ak jaamu lu ñu xamul.</w:t>
      </w:r>
    </w:p>
    <w:p>
      <w:pPr>
        <w:pStyle w:val="ArticleScripture"/>
        <w:jc w:val="left"/>
      </w:pPr>
      <w:r>
        <w:rPr>
          <w:rFonts w:ascii="Times New Roman" w:hAnsi="Times New Roman" w:eastAsia="Times New Roman" w:cs="Times New Roman"/>
        </w:rPr>
        <w:t>“Ñu ma won ne bari ñi di wax ne am nañu xam-xamu dëgg gu fi jamono jii, xamuñu li ñuy gëm. Ñoom xamuñu firnde yi war a tax seen ngëm. Amuñu benn appréciation bu jub ci liggéey bi ñeel jamono jii. Bu waxtu nattu gi agsee, am na nit ñi fi nekk tey di waareel yeneen, ñoo xam ne, bu ñu xoolaat xaalis yi ñuy taxawal, am na lu bare yu ñu mënul a joxe sabab bu gërëmul. Ba ñu leen nattu noonu, xamuñu woon seen réyug ñàkk xam-xam. Te itam am na ñu bare ci kerk bi ñi di jàpp ne xam nañu li ñuy gëm; waaye, ba kàttan ak werante jógul, xamuñu seen bopp néew doole. Bu ñu leen weesoo ak ñi bokk ngëm ak ñoom te tax ñu taxaw kenn-doŋŋ te ñu bëgg a leeral seen ngëm, dinañu yéemu gis ni seen xalaat yu ñuy jàppoon ne dëgg laa, jaxasoo nañu lool. Wóor na ne am na ci sunu biir waccu ci Yàlla ju dund ji ak dellu ci nit ñi, di teg xel-màggat gu nit ci bérab xel-màggat gu Yàlla.”</w:t>
      </w:r>
    </w:p>
    <w:p>
      <w:pPr>
        <w:pStyle w:val="ArticleScripture"/>
        <w:jc w:val="left"/>
      </w:pPr>
      <w:r>
        <w:rPr>
          <w:rFonts w:ascii="Times New Roman" w:hAnsi="Times New Roman" w:eastAsia="Times New Roman" w:cs="Times New Roman"/>
        </w:rPr>
        <w:t>“Yàlla dina yëngal ay nitam; bu yeneen yoon yi lajj, ay njàngum fen dinañu dugg ci seen biir, te loolu dina leen seetaan, di teqale pepp ak dugub. Boroom bi woo na bépp ku gëm Kàdduam ngir mu yeewee jële ci nelaw. Leer gu am solo jot na, te méngoo na ak jamono jii. Mooy dëggu Biibël bi, buy won njuumte yi nekk ci sunu wet. Leer googu war na nu jiite ci njàngum Mbind mi ak sàkku gu mat sëkk ak xool bu tar ci taxawaay yi nu tënk. Yàlla bëgg na ñàkk a xalaat ci bépp wàll ak taxawaayu dëgg, te ñu seet ko bu baax ak muñ, ci ñaan ak woor. Gëmkat yi waruñu toog ci xalaat yu ñu xayma rekk ak xam-xam yu leerul ci li di dëgg. Seen ngëm war na sax ci Kàddug Yàlla, ngir bu waxtu nattu bi agsee te ñu jëbbal leen kanam kureel yi ngir tontu ci seen ngëm, ñu man a joxe sabab bu yaatu ci yaakaar ji nekk ci ñoom, ak lewet ak ragal.”</w:t>
      </w:r>
    </w:p>
    <w:p>
      <w:pPr>
        <w:pStyle w:val="ArticleScripture"/>
        <w:jc w:val="left"/>
      </w:pPr>
      <w:r>
        <w:rPr>
          <w:rFonts w:ascii="Times New Roman" w:hAnsi="Times New Roman" w:eastAsia="Times New Roman" w:cs="Times New Roman"/>
        </w:rPr>
        <w:t>«Yëngu, yëngu, yëngu. Mbir yi nu di jox àddina bi war na nekk ci nun lu dund te am dëgg. Am na solo loolu ne, bu nuy aar njàngale yi nu jàpp ne ay dogal yu am solo ci ngëm gi, bu nu bàyyikoo mukk nu jëfandikoo lay yi dul yu wér yépp. Loolu man naa gindi ba noppi ki di weddi, waaye du teral dëgg gi. War na nu di joxe lay yu wér, yu dul rekk noppi sunuy noon, waaye it yu mana teg ci seetlu bu gëna jege ak bu gëna xóot. Ci ñi jàngoo boppam ngir nekk way waxante, am na fa njàqare ju réy ne duñu jëfandikoo Kàddu Yàlla ak jub ak yéem. Bu nu daje ak kuy weddi, war na nekk sunu pexe bu dëgg nu joxe mbir yi ak anam wu mana yëngal kóolute ci xelam, te bañ a seet rekk ni nu mana yokk kóolute ki gëm.»</w:t>
      </w:r>
    </w:p>
    <w:p>
      <w:pPr>
        <w:pStyle w:val="ArticleScripture"/>
        <w:jc w:val="left"/>
      </w:pPr>
      <w:r>
        <w:rPr>
          <w:rFonts w:ascii="Times New Roman" w:hAnsi="Times New Roman" w:eastAsia="Times New Roman" w:cs="Times New Roman"/>
        </w:rPr>
        <w:t>«Lu nit ku man ak yokkuteem ci xelam, bu bañ a xalaat sax benn waxtu ne amul soxla ci seet bu mat te sax ci Mbind mi sell ngir jot leer gu gën a yaatu. Nun, ni ñu doon askan, ñu woo nu ku nekk ngir nekk taalibey waxi yonent yi. War nañu wottu ak njàmbaar ngir man a xàmmi bépp leer gu ne God dina nu ko won. War nañu jàpp njàlbéen yu njëkk yu dëgg; te jaarale ko ci jàngum seetaan bu ànd ak ñaan, leer gu gën a jelas man nañu cee am, te man nañu ko indi ci kanam ñeneen.» Testimonies, volume 5, 708.</w:t>
      </w:r>
    </w:p>
    <w:p>
      <w:pPr>
        <w:pStyle w:val="ArticleBody"/>
        <w:jc w:val="left"/>
      </w:pPr>
      <w:r>
        <w:rPr>
          <w:rFonts w:ascii="Times New Roman" w:hAnsi="Times New Roman" w:eastAsia="Times New Roman" w:cs="Times New Roman"/>
        </w:rPr>
        <w:t>“Jàngatkat yoonent” yi mujj di nekk ñaari téeméeri ñeent-fukk ak ñeent junni ñi, dees na leen “nat ku nekk ci boppam te wóorlu leen,” bala ñu jànkoo ak kàttan yu addina yi di indi jafe-jafe ak fitna yu yàggul dara ngir yoonu Dibéer bi. Ñi takku ci dëgg, Yàlla mooy leen njëkk “yégle.” Janq yi doon nelaw, dees na leen “yégle” génne leen ci nelaw gi ñu daanu woon biir waxtu wi Boroom bi yàgg. Su ñu bañee yewwu ndax bataaxal bi Yàlla wone jaare ko ci mbind yi ñu yónnee ba tàmbalee ci sulet 2023, kon Yàlla dina may “ay heresi” “dugg ci seen biir,” ngir mottali tasante boobu diggante pepp mi ak gàjj gi jaarale ko ci ab coppite. Léegi nu ngi ci coppite boobu.</w:t>
      </w:r>
    </w:p>
    <w:p>
      <w:pPr>
        <w:pStyle w:val="ArticleBody"/>
        <w:jc w:val="left"/>
      </w:pPr>
      <w:r>
        <w:rPr>
          <w:rFonts w:ascii="Times New Roman" w:hAnsi="Times New Roman" w:eastAsia="Times New Roman" w:cs="Times New Roman"/>
        </w:rPr>
        <w:t>Am na ñett benn a tollu ci ñi toppoon ci werante gi jëm ci ni ñuy xàmmee Buuru Room gu bees gi ci lu jub. Benn tollu mooy ne Etazini mooy Room gu bees gi; beneen bi mooy ne kàttanu paap bi mooy Room gu bees gi; te ñetteel bi mooy ne ñaari taxawaay yi weesu yi ñooy juul, te kàttan wu nekk beneen mooy ki ñu tekki ci sàcc yi ci askanu Daniyeel, yi yékkati seen bopp, daanu, te taxawal peeñ ma ci aaya fukk ak ñeent ci saaru fukk ak benn baat bi ci téereb Daniyeel.</w:t>
      </w:r>
    </w:p>
    <w:p>
      <w:pPr>
        <w:pStyle w:val="ArticleBody"/>
        <w:jc w:val="left"/>
      </w:pPr>
      <w:r>
        <w:rPr>
          <w:rFonts w:ascii="Times New Roman" w:hAnsi="Times New Roman" w:eastAsia="Times New Roman" w:cs="Times New Roman"/>
        </w:rPr>
        <w:t>Damaa ne xalaat ne, xuloo bi ci ñaari gis-gis yu jëm ci ne Room gu fés tey mooy kàttanu paap bi walla États-Unis, bàyyi nañu ko mu dugg ci yëngu-yëngu bii ngir tax ay nitam gëm, jàng Kàddug waxyu Yàlla. Yàlla moo indi xuloo bii ci ndigalu yërmandeem. Damaa ne xalaat ne, xuloo bii gën a jëm ci waajal nitam ñi ngir jafe-jafe ju ñëw ji, ba mu doyul ci xam rekk kan moo jub ak kan moo juum ci mbirum Room gu fés tey. Dañu bàyyi xuloo bii te Yàlla moo ko tëral ngir won, ci ñépp ñi bëgg a gis, ne seen xam-xam bu seen bopp ci Kàddug waxyu Yàlla matul walla jubul. Kon nag, xuloo bii seede la ci yërmandey Yàlla.</w:t>
      </w:r>
    </w:p>
    <w:p>
      <w:pPr>
        <w:pStyle w:val="ArticleBody"/>
        <w:jc w:val="left"/>
      </w:pPr>
      <w:r>
        <w:rPr>
          <w:rFonts w:ascii="Times New Roman" w:hAnsi="Times New Roman" w:eastAsia="Times New Roman" w:cs="Times New Roman"/>
        </w:rPr>
        <w:t>Werante bi du ñëwul rekk ci xam ñan mooy dooley bi ñu tegtal ci sàcckat yi sa askan wi, waaye itam ci xool ndax yoonu “rëdd ci kaw rëdd” bi ñaari wet yi ci werante bi wax ne dañuy taxawu ci moom, dees na ko jëfandikoo ak njub. Yoon yu yonent yi jàppandikoo ak yoonu “rëdd ci kaw rëdd” boobu, dafa ëmb ay njariñ yu yonent yu xëcc te di wàll ci liggéeyu seetlu bi ci diggante pepp ak ñax mu bon. Ñetti mbir yu nekk ci yoonu “rëdd ci kaw rëdd” yi ma di wax ne dañu leen fàttaliku ci werante bii fi nu nekk léegi mooy Kirist mooy Dëgg, ak Kirist mooy Alfa ak Omega, ak jëfandikoo bu ñett-fànn ci waxi yonent.</w:t>
      </w:r>
    </w:p>
    <w:p>
      <w:pPr>
        <w:pStyle w:val="ArticleBody"/>
        <w:jc w:val="left"/>
      </w:pPr>
      <w:r>
        <w:rPr>
          <w:rFonts w:ascii="Times New Roman" w:hAnsi="Times New Roman" w:eastAsia="Times New Roman" w:cs="Times New Roman"/>
        </w:rPr>
        <w:t>Ci mujj, ñi jàpp ne seen xam-xam ci aaya fukki ñeent ba ci Daniel fukk ak benn bi baaxul, dees na gis ne seen taxawaayu njàngale mooy sukkandiku ci benn tekki bu selloo.</w:t>
      </w:r>
    </w:p>
    <w:p>
      <w:pPr>
        <w:pStyle w:val="ArticleScripture"/>
        <w:jc w:val="left"/>
      </w:pPr>
      <w:r>
        <w:rPr>
          <w:rFonts w:ascii="Times New Roman" w:hAnsi="Times New Roman" w:eastAsia="Times New Roman" w:cs="Times New Roman"/>
        </w:rPr>
        <w:t>Nun am itam bat waxu ci gën a wóor; te def ngeen lu baax bu ngeen koy déglu, ni mel ni leer gu fenk ci bérab bu lëndëm, ba bés bi setee, te biddéewub suba bi fenk ci seen xol: Xamleen li jiitu, ne benn waxu ci Kàddug Mbind mi bokkul ci firndeel gu jóg ci boppam. Ndaxte waxu ci waxul woon ci jamonoy yàgg ci coobare nit; waaye nit ñu sell yu jóg ci Yàlla lañu waxoon, bi leen Xel mu Sell mi di yóbbu. 2 Pierre 1:19–21.</w:t>
      </w:r>
    </w:p>
    <w:p>
      <w:pPr>
        <w:pStyle w:val="ArticleBody"/>
        <w:jc w:val="left"/>
      </w:pPr>
      <w:r>
        <w:rPr>
          <w:rFonts w:ascii="Times New Roman" w:hAnsi="Times New Roman" w:eastAsia="Times New Roman" w:cs="Times New Roman"/>
        </w:rPr>
        <w:t>Ci jëfandikoo ci wàllu ñent-fukki aaya bi, benn misaal bu ma gis ni mooy “tekkiin bu boppam” am na ci The Great Controversy.</w:t>
      </w:r>
    </w:p>
    <w:p>
      <w:pPr>
        <w:pStyle w:val="ArticleScripture"/>
        <w:jc w:val="left"/>
      </w:pPr>
      <w:r>
        <w:rPr>
          <w:rFonts w:ascii="Times New Roman" w:hAnsi="Times New Roman" w:eastAsia="Times New Roman" w:cs="Times New Roman"/>
        </w:rPr>
        <w:t>“Ni Sabba bi nekk na boppu jëfandikoo bu mag ci biir Kirisiteyaaŋtéem bépp, te boroom kilifay diine ak boroom kilifay àddina bokk nañu ngir gaawal sàmm Dibeer, bañ gu sax bu ndaw ñi gën a néew di bañ a jébbalu ci la ñi bare bëgg dina leen def ay nit ñu ñépp di xaste. Dinañu wax ne ñi néew ñooñu, ñiy taxaw ci weddi yoonu kërg diine ak sàrtu réew mi, waruñu a muññal; ne gën na ñu sonnal leen, bu mu ëppul xeex ak yàqute ci réew yi yépp. Benn doxalin boobu lañu yëgle woon Kirist ay téeméeri at yu bare lu jiitu, jaar ci “njiitu askan wi.” “Lu jariñ ci nun mooy,” la Kayaf bu xel mu dëgër wax, “nit kenn dee ngir askan wi, ngir baña réew mépp a sànku.” John 11:50. Doxalin boobu dina mel ni lu wér te mat sëkk; te ci mujj, dinañu génne ab dogal ci kaw ñiy sellal Sabba bu ndigalu ñeenteel bi, di leen yedd ne ñooy yayoo mbugal mi gën a tar, te di jox nit ñi sañ-sañ, gannaaw ab jamono bu ñu tëral, ngir rey leen. Roomaanis ci Àddina Gu Yàgg gi ak Protestaaŋs bu wonee ne dafa dëddu ci Àddina Gu Bees gi dinañu topp benn yoon boobu ci kaw ñi teral yépp ndigali Yàlla yi.” The Great Controversy, 615.</w:t>
      </w:r>
    </w:p>
    <w:p>
      <w:pPr>
        <w:pStyle w:val="ArticleBody"/>
        <w:jc w:val="left"/>
      </w:pPr>
      <w:r>
        <w:rPr>
          <w:rFonts w:ascii="Times New Roman" w:hAnsi="Times New Roman" w:eastAsia="Times New Roman" w:cs="Times New Roman"/>
        </w:rPr>
        <w:t>«Kiristaan» mooy mbooloom Kiristaan yi ci àddina bi yépp, walla jëfandikookat mbooloom réew yi ak aada yi ñuy dale woon ci Kiristaange bi. Baat bi dañuy ko faral di jëfandikoo ngir tekki fan yi ci àddina bi fu Kiristaange mooy di diine ji gën a note, te moo am solo lool ci aada yi, yoon yi, ak cosaanu mbind mi ci askan wi. Kiristaan dafay ëmb ñaataandiw bu yaatu bu Kiristaange ci àddina bi, ci lu jëm ci ay toppkatam, jëfam ci aada, ak soloom ci nettali at yi. Suñu fekk ne duñu dindi wax ju am ay delloo ci Ellen White CD-ROM bi, baat bi Kiristaan feeñ na téeméer ak juróom-ñaari fukki juróom-benn yoon. Ci wàllug geografi, Sister White fésal na ne Kiristaan, ci yeneen mbir yi, dafay firndeel Ërop ak Amerik yi. Ci contexto Sister White, Ërop mi dañu koy ràññee ni mooy Àddina Yu Yàgg, te Amerik yi mooy Àddina Yu Bees bi.</w:t>
      </w:r>
    </w:p>
    <w:p>
      <w:pPr>
        <w:pStyle w:val="ArticleScripture"/>
        <w:jc w:val="left"/>
      </w:pPr>
      <w:r>
        <w:rPr>
          <w:rFonts w:ascii="Times New Roman" w:hAnsi="Times New Roman" w:eastAsia="Times New Roman" w:cs="Times New Roman"/>
        </w:rPr>
        <w:t>«Waaye rab wu am ndoxum xar mi gis nañu ko ne mu ngi “jógé ci suuf si.” Loolu mooy ne, bu baaxul a daane yeneen dooley nguur ngir sos boppam, xeetu réew mi muy tegtal war na jóg ci réew yu kenn dekkul woon ba noppi, te mag ndànk-ndànk ak jàmm. Kon nag, manul a jóg ci biir xeeti réewi Àddina gu Yàgg ga, fa xeet yi fees ba xëccoo di xeexante—géej gu yëngaloo gu “xeet yi, ak mbooloo yi, ak réew yi, ak làkk yi.” War nañu ko seet ci Àddina Sowu.</w:t>
      </w:r>
    </w:p>
    <w:p>
      <w:pPr>
        <w:pStyle w:val="ArticleScripture"/>
        <w:jc w:val="left"/>
      </w:pPr>
      <w:r>
        <w:rPr>
          <w:rFonts w:ascii="Times New Roman" w:hAnsi="Times New Roman" w:eastAsia="Times New Roman" w:cs="Times New Roman"/>
        </w:rPr>
        <w:t>«Ban xeet bu Bees bu New World la woon ci atum 1798 di yokku ci kàttan, di wone yaakaaru doole ak màggaay, te di yóbbu xel bu àddina? Jëfandikoo màndarga bi amul benn laaj. Benn réew rekk, te du kenn kudul moom, moo dëpp ak misaal yi ci waxu wax bu ñëw bii; muy tegtal bu wóor ci United States of America.» The Great Controversy, 441.</w:t>
      </w:r>
    </w:p>
    <w:p>
      <w:pPr>
        <w:pStyle w:val="ArticleBody"/>
        <w:jc w:val="left"/>
      </w:pPr>
      <w:r>
        <w:rPr>
          <w:rFonts w:ascii="Times New Roman" w:hAnsi="Times New Roman" w:eastAsia="Times New Roman" w:cs="Times New Roman"/>
        </w:rPr>
        <w:t>Bàyyi kàddu bi mujj ci xët wi nu ngi seet, jëfandikoo nañu ko ngir wax ne “Roomaanis mii ci Àddina bu Yàgg bi ak Protestantis bu weddi ngëm ci Àddina bu Bees bi” dafay mel ni mu ngi ràññee “Roomaanis mii ci Àddina bu Yàgg bi” ni mooy papaas bi ci jamono Yàllawee yi, te Etazini (Protestantis bu weddi ngëm) mooy Room gu Bees gi, ngir li ñu fésal ci wax ji ne “Protestantis bu weddi ngëm ci Àddina bu Bees bi.” “Bu Yàgg” dees na ko tekki ni mooy jaar-jaar bu weesu, te “bu Bees” dees na ko tekki ni mooy jaar-jaar bu yees walla bu fi nekk léegi. Jëfandikoo boobu day wëlbët xam-xamu Sister White bu sampu ci mbirum Kirisitaandé ak ci Àddina bu Yàgg bi ak Àddina bu Bees bi.</w:t>
      </w:r>
    </w:p>
    <w:p>
      <w:pPr>
        <w:pStyle w:val="ArticleBody"/>
        <w:jc w:val="left"/>
      </w:pPr>
      <w:r>
        <w:rPr>
          <w:rFonts w:ascii="Times New Roman" w:hAnsi="Times New Roman" w:eastAsia="Times New Roman" w:cs="Times New Roman"/>
        </w:rPr>
        <w:t>Ñi ñooñ ñi di jëfandikoo wax ji ci anam u jaar-jaar ak anam u ëllëg, dañuy fexe gis “firi bu boppam” ci benn jàppale gu jubadi ak li Sister White bëggoon wax. Wax ji mooy ne “Old World” dafay tektal jaar-jaar ju weesu, te “New” dafay tektal jaar-jaar ju bees walla ju fi nekk tey (New).</w:t>
      </w:r>
    </w:p>
    <w:p>
      <w:pPr>
        <w:pStyle w:val="ArticleBody"/>
        <w:jc w:val="left"/>
      </w:pPr>
      <w:r>
        <w:rPr>
          <w:rFonts w:ascii="Times New Roman" w:hAnsi="Times New Roman" w:eastAsia="Times New Roman" w:cs="Times New Roman"/>
        </w:rPr>
        <w:t>Wax jii ne: “dina topp.” Romanis ak Protestantis bu réere te “dina topp yoonu bu mel ni benn ci kaw ñi di teral mboolem ndigali Yàlla.” “Àddina ju Yàgg ji” ci wax jii mooy Tugal ak “Àddina ju Bees ji” mooy Amerig yi. Rakk bu jigéen Whitey di jàngale ne àddina bépp dees na ko jëfandikoo ak nattu yoonu Dibéer bi, te Romanis mooy jiite ci fitna yi ci Tugal, te Protestantis bu réere di jiite ci fitna yi ci Amerig yi. Amerig yi ak Tugal ñoo ñuy wax ne “Kiristandóom.” Romanis ak Protestantis bu réere ñoom ñaar ñépp “dinañu topp yoonu bu mel ni benn ci kaw ñi di teral mboolem ndigali Yàlla.”</w:t>
      </w:r>
    </w:p>
    <w:p>
      <w:pPr>
        <w:pStyle w:val="ArticleBody"/>
        <w:jc w:val="left"/>
      </w:pPr>
      <w:r>
        <w:rPr>
          <w:rFonts w:ascii="Times New Roman" w:hAnsi="Times New Roman" w:eastAsia="Times New Roman" w:cs="Times New Roman"/>
        </w:rPr>
        <w:t>«Di na topp ci» day mel ni am na jëf ju ñëw ci kanam buy ànd ak ñaari kàttan yooyu, te ci wàllu njortu kàddu, mënul a nekk ba ñu wax ne Romanism bu Àdduna gu Yàgg gi mooy kàttanu paap bi ci Jamonoy Lëndëm yi. Fitna, walla songa, bi ñaari kàttan yooyu di def, jëm na ci jamono juy ñëw. Tekki gi ci wax ji mooy «di na topp ci», te muy tekki topp walla dàq luñu, ak coobarey jot ci moom mbaa am ko. Loolu dafay wone jëf ju ñëw ci kanam, fu nit walla mbooloo nekk ak dogal gu tar ngir seet ba jot ci benn mébet mbaa benn njariñ.»</w:t>
      </w:r>
    </w:p>
    <w:p>
      <w:pPr>
        <w:pStyle w:val="ArticleBody"/>
        <w:jc w:val="left"/>
      </w:pPr>
      <w:r>
        <w:rPr>
          <w:rFonts w:ascii="Times New Roman" w:hAnsi="Times New Roman" w:eastAsia="Times New Roman" w:cs="Times New Roman"/>
        </w:rPr>
        <w:t>Wax ji mën naa jëfandikoo ci ay yoon yu bare: “Moom dina topp yoonu liggéey ci paj mi,” te loolu mooy ne mu fas yéene liggéey ngir nekk nit ku xam-xam ci wér-gu-yaram. “Moom dina topp ab diggantey jang ci inxiniyëriŋ,” te loolu di won ne mu am na yéene jàng inxiniyëriŋ ci kër gu kawe ci njàngum kowe. “Ékip bi dina topp projé bi ba noppi,” te loolu di tekki ne ékip bi dina wéy di liggéey ci projé bi ba kera mu mat. “Ñoom dinañu topp yoonu àtte ak kompani bi,” te loolu mooy ne dañuy yéene jël ay matuwaay yu yoon ngir tàmbali mbir walla seet njub. Ci wàllu yépp, “dina topp” dafay tekki taxawaay gu dëgër, saxal, ak yéene wu leer ngir jot ci benn jëfekaay walla mujj mu ñu xëy ci kanam.</w:t>
      </w:r>
    </w:p>
    <w:p>
      <w:pPr>
        <w:pStyle w:val="ArticleBody"/>
        <w:jc w:val="left"/>
      </w:pPr>
      <w:r>
        <w:rPr>
          <w:rFonts w:ascii="Times New Roman" w:hAnsi="Times New Roman" w:eastAsia="Times New Roman" w:cs="Times New Roman"/>
        </w:rPr>
        <w:t>Tekki bu ñuy jëfandikoo ngir jàngale ne Romanis maa ngi ci Aduna gu Yàgg gi mooy mbir mu weesu ba noppi, ginnaaw loolu ñu jëfandikoo ko ni ab xëy ngir teg taxawaay ci jëfandikoo gu jubulwul gu benn waxu yonent buy am ñetti jëfandikoo. Mu di wax ne ñetti jëfandikoo yi ci Room dañuy tegtal Room gu pagan, topp ci Room gu paapal, te ci mujj États-Unis mooy ñetteelu benn ci ñetti Room yi. Benn jëfandikoo bu ni mel, te itam jubulwul, lañu jëfandikoo wax ak gannaaw 11 Septembre 2001, ba keroog amoon na ab kuréel gu tasoowoon ak yëngu-yëngu bi ndax téereb Joel.</w:t>
      </w:r>
    </w:p>
    <w:p>
      <w:pPr>
        <w:pStyle w:val="ArticleBody"/>
        <w:jc w:val="left"/>
      </w:pPr>
      <w:r>
        <w:rPr>
          <w:rFonts w:ascii="Times New Roman" w:hAnsi="Times New Roman" w:eastAsia="Times New Roman" w:cs="Times New Roman"/>
        </w:rPr>
        <w:t>Boo xëcc ba nag tambalee woon na ci ab ndaje bu ñuy dalal ca Kanada, fa ñu boolee jëfandikoo bu ñett yoonu ñetti ay allaaxira yi ci téereb Yoel ngir jàngale ne Islam, mi di ñetteelu allaaxira, mooy xeet wi dikk ci suuf si ci saar 6 bu bàyyi 1. Xeet woowu mooy Roomu baab, waaye dañoo dugaloon ab tekki bu boppam ne xeet wi mooy Islam. Jëfandikoo bu ñett yoonu ñetti ay allaaxira yi moo sampoon Islam ne mooy kàttan gi ci 11 Septaambar 2001, te tekki bu bees, bu boppam, daldi sax ne kàttanu baab bi ci Yoel saar 1, dëgg-dëgg, mooy Islam. Ab tekki bu boppam buy bañ sañ-sañu ràññee bu jub bi ci kàttanu baab bi nekk ci téereb Yoel, dafa gën a ñoŋal ndax jëfandikoo bu baaxul bu ñetti ay allaaxira yi. Léegi nag, dañuy dugal ab tekki bu boppam buy wacc kàttanu baab bi ngir dëkkal ko ci Etazini.</w:t>
      </w:r>
    </w:p>
    <w:p>
      <w:pPr>
        <w:pStyle w:val="ArticleScripture"/>
        <w:jc w:val="left"/>
      </w:pPr>
      <w:r>
        <w:rPr>
          <w:rFonts w:ascii="Times New Roman" w:hAnsi="Times New Roman" w:eastAsia="Times New Roman" w:cs="Times New Roman"/>
        </w:rPr>
        <w:t>Lu amoon, mooy li di am; te li ñuy def, mooy li ñuy defaat: amul benn lu bees ci suuf si. Ndax am na dara lu ñu man a wax ne, Xoolil, lii bees na? Moom amoon na ba noppi ci jamono yu yàgg ya, yi jiitu nu. Ecclésiaste 1:9, 10.</w:t>
      </w:r>
    </w:p>
    <w:p>
      <w:pPr>
        <w:pStyle w:val="ArticleBody"/>
        <w:jc w:val="left"/>
      </w:pPr>
      <w:r>
        <w:rPr>
          <w:rFonts w:ascii="Times New Roman" w:hAnsi="Times New Roman" w:eastAsia="Times New Roman" w:cs="Times New Roman"/>
        </w:rPr>
        <w:t>Xuloo yi mujjug fan yi dafa boole ñibbi xuloo yu yàggoon, te ci Daniel saar 11 amna xuloo bi Uriah Smith di teg ay tekkiin yu mu boppam ci misaalub buur bu bëj-gànnaar. Ci li mu def noonu, mu sos am xam-xam bu ci Daniel saar 11 bu jurul woon ludul lëndëm. Ci fan yii mujj, xuloo yi di ñibbi, ci lu ëpp, dañuy wone meññeelug jëfandikoo ay tekkiin yu bopp ci kaw dëgg gu sampu. Loolu la Smith def ci téereem bi tudd Daniel and the Revelation. Loolu it lañu defoon ci xuloo bi ci téereb Joel, te mooy benn doxalin boobu sax buy jëfe ci saa su ñuy jële benn xët wu nekk ci The Great Controversy, ba bañ a topp tegtalu bi nekk ci addug àddina ak ci mbind yi Ellen White ci li “Christendom” di tekki, booleek bañ yoon yu njëkk yu njàngat mucc yi di wone ne wax ji “will pursue” dafay tegtal lu ciy xew yëgëg kanam. Gannaaw boobu taxawaay, ñuy jëfandikoo xalaat wu jeng ne “Old World” mooy taarixu kàttanug pap bi tambalee 538 ba 1798, ngir werante ak xam-xam bi sampu ci tekkib jëfandikoo yonnent gu am ñetti jëfandikoo.</w:t>
      </w:r>
    </w:p>
    <w:p>
      <w:pPr>
        <w:pStyle w:val="ArticleScripture"/>
        <w:jc w:val="left"/>
      </w:pPr>
      <w:r>
        <w:rPr>
          <w:rFonts w:ascii="Times New Roman" w:hAnsi="Times New Roman" w:eastAsia="Times New Roman" w:cs="Times New Roman"/>
        </w:rPr>
        <w:t>“Lépp lu Yàlla waxoon ci jaar-jaari waxu yonent yi ne dina amoon ci jamono jëkk, am na; te lépp lu des tey ci ay yoonam dina am. Daniel, yonentu Yàlla bi, taxaw na ci bérabam. Yowaana taxaw na ci bérabam. Ci Kàddug Peeñ mi, Gaynde gi cosaanu Yuda ubbi na téereb Daniel ci ñi di jang waxu yonent yi; noonu Daniel di taxaw ci bérabam. Mu ngi seedeel li Boroom bi wone woon ko ci gis-gis bu ñuy wax ay mbir yu mag te tedd, yi nuy war a xam, naka noonu nuy taxaw ci wetu buntug seeni mat.”</w:t>
      </w:r>
    </w:p>
    <w:p>
      <w:pPr>
        <w:pStyle w:val="ArticleScripture"/>
        <w:jc w:val="left"/>
      </w:pPr>
      <w:r>
        <w:rPr>
          <w:rFonts w:ascii="Times New Roman" w:hAnsi="Times New Roman" w:eastAsia="Times New Roman" w:cs="Times New Roman"/>
        </w:rPr>
        <w:t>“Ci nettali ak ci kàdduy wax yu ñëw, Kàddug Yàlla dafay wone xare bu gudd bi sax diggante dëgg ak njuumte. Xare boobu mungi ba tey di dox. Yëf yi amoon, dinañu dellu am. Werante yu yàgg yu jëkk dinañu dekkati, te xelmu yu bees dinañu sax di sàkku. Waaye ñi nekk askanu Yàlla, ñi ci seen ngëm ak ci saafara seen matalug waxi wax yu ñëw jëfoon wàll ci yégleb ndaw mu njëkk, ñaareel ak ñetteel, xam nañu fu ñu taxaw. Am nañu am-am bu gën a tayu wurus wu set. War nañu taxaw bu dëgër mel ni doj, di tëye njàlbéenug seen kuutal ba ca mujj ga.” Selected Messages, téere 2, 109.</w:t>
      </w:r>
    </w:p>
    <w:p>
      <w:pPr>
        <w:pStyle w:val="ArticleBody"/>
        <w:jc w:val="left"/>
      </w:pPr>
      <w:r>
        <w:rPr>
          <w:rFonts w:ascii="Times New Roman" w:hAnsi="Times New Roman" w:eastAsia="Times New Roman" w:cs="Times New Roman"/>
        </w:rPr>
        <w:t>Man nañu won ci yomb ne Sœur White mooy wax ne “tàmbaliku seen ngëm” bi Pool wax, mooy dëgg-yu njëkk yu Adventisme sukkandiku ci. Millerites yi daan nañu jàngale ne sàccakat yi ci sa askan mooy kàttanu pap bi, te li dale ci 1989 ba léegi yëngu-yëngu ñent-fukk ak ñeent junni nit ñi, lu bari yoon, moom itam mooy jëfandikoo déggoo boobu ci melokaan bi ni ko Millerites yi déggoon. Léegi am na “teori bu bees” ci kan mooy sàccakat yi ci sa askan, te loolu dekkal na werante bu yàgg woon, ndaxte dafay jëfandikoo firi bu jubulul ci melokaanu waxu yonent ngir tabax melo bu yonent ci tuuf. Muy doon firinde gu boppam gu Smith, walla jëfandikoo bu jubululul bu xeetu réew ma ci Yoel saar bi njëkk, walla tudde États-Unis ne mooy Room bu Yees; ñetti njuumte yooyu yépp dañuy xare ak déggoo gu jub ci Roomu pap bi ci fan yu mujj yi, te ci noonu dañuy xare ak melokaan bi di taxawal gis-gisu waxu yonent wi di wone ndax askanu Yàlla dinañu alalu walla dinañu dund.</w:t>
      </w:r>
    </w:p>
    <w:p>
      <w:pPr>
        <w:pStyle w:val="ArticleBody"/>
        <w:jc w:val="left"/>
      </w:pPr>
      <w:r>
        <w:rPr>
          <w:rFonts w:ascii="Times New Roman" w:hAnsi="Times New Roman" w:eastAsia="Times New Roman" w:cs="Times New Roman"/>
        </w:rPr>
        <w:t>Ci kanam, Romanism ci Europe ak Protestantism buy bàyyi dëgg ci Amerik yi “dinañu topp” fitna ak tegal ay son ci kaw ñi sàmm bésu Noflaay, ni loolu ame na ba pare ci biir jaar-jaari taarixu sell bi.</w:t>
      </w:r>
    </w:p>
    <w:p>
      <w:pPr>
        <w:pStyle w:val="ArticleScripture"/>
        <w:jc w:val="left"/>
      </w:pPr>
      <w:r>
        <w:rPr>
          <w:rFonts w:ascii="Times New Roman" w:hAnsi="Times New Roman" w:eastAsia="Times New Roman" w:cs="Times New Roman"/>
        </w:rPr>
        <w:t>“Yàlla dina yee ay nitam; bu yeneen yooni mënul jokkoo, ay heresi dinañu dugg ci seen biir, te loolu dina leen séddale, di xàj mboolem ñax mi ak pepp mi. Boroom bi woo na ñépp ñi gëm Kàddoom ngir ñu yeewu ci nelaw gi. Leer gu tedd gis nañu ko, te mu méngoo ak jamono jii. Mooy dëggu Biibël bi, di wone musiba yi nekk ci sunu kanam sax. Leer googu war na nu indi ci jàngg Mbind mi ak tegtal gu góor-góorlu ci anam yi nu yor. Yàlla bëgg na ngir mboolem wet ak taxawaayi dëgg gi ñu seetlu ko bu baax ak muñ, ànd ak ñaan ak woor. Gëmkat yi waruñu noppi ci xalaat yu ñu teg rek ak xel yu leerul ci li man a nekk dëgg.” Gospel Workers, 299.</w:t>
      </w:r>
    </w:p>
    <w:p>
      <w:pPr>
        <w:pStyle w:val="ArticleBody"/>
        <w:jc w:val="left"/>
      </w:pPr>
      <w:r>
        <w:rPr>
          <w:rFonts w:ascii="Times New Roman" w:hAnsi="Times New Roman" w:eastAsia="Times New Roman" w:cs="Times New Roman"/>
        </w:rPr>
        <w:t>Dina nu waral ci sunuy xalaat yii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sosu gis-gis bi — Limu Njëkk</dc:title>
  <dc:subject>Tekki Bopp Bu Sellalameekendiku</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