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mooytu Peeñ bi — Nimeero Ñett</w:t>
      </w:r>
    </w:p>
    <w:p>
      <w:pPr>
        <w:pStyle w:val="ArticleSubtitle"/>
        <w:jc w:val="left"/>
      </w:pPr>
      <w:r>
        <w:rPr>
          <w:rFonts w:ascii="Arial" w:hAnsi="Arial" w:eastAsia="Arial" w:cs="Arial"/>
        </w:rPr>
        <w:t>Etazini ak gis-gisu Yonent yi: Woote ngir xam-xam bu xóot ci Biibël ak déggoo bu mat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2024-07-14</w:t>
      </w:r>
    </w:p>
    <w:p>
      <w:pPr>
        <w:pStyle w:val="ArticleBody"/>
        <w:jc w:val="left"/>
      </w:pPr>
      <w:r>
        <w:rPr>
          <w:rFonts w:ascii="Times New Roman" w:hAnsi="Times New Roman" w:eastAsia="Times New Roman" w:cs="Times New Roman"/>
        </w:rPr>
        <w:t>Ci ñaari mbind yi weesu yi jëm ci tekki bu boppam buy wax ne États-Unis dañoo mel ni “saayi sa nit ñi” yi “tabax visions bi” ci Daniel saar fukki benn aaya fukki ñeent, nu indiwoon ab xelal gu joge ci kallam Ellen White, buy wax ne: “Nit ñi nekk ci kërgàngoo gi, kenn ku nekk dinañu ko natt, seet, te firndeel ko.” Loolu mooy jéego bu firndeel, natt ak séddoo bi, bi ñu wone ni mooy Yónnenteb Kóllëre gi ci Malachi saar ñett, miy setal xaalis ak wurus, te léegi mi ngi dox. Ci Malachi saar ñett, mi ngi raññee ab setal gu dëgg.</w:t>
      </w:r>
    </w:p>
    <w:p>
      <w:pPr>
        <w:pStyle w:val="ArticleScripture"/>
        <w:jc w:val="left"/>
      </w:pPr>
      <w:r>
        <w:rPr>
          <w:rFonts w:ascii="Times New Roman" w:hAnsi="Times New Roman" w:eastAsia="Times New Roman" w:cs="Times New Roman"/>
        </w:rPr>
        <w:t>Te mu toog ci melokaanu buy seetal te sellal xaalis bu xonq; dina sellal doom yaa Léwi, te setal leen ni wurus ak xaalis bu xonq, ngir ñu joxe Boroom bi sarax bu àttey njubte. Noonu saraxu Yuda ak Yerusalem dina neex Boroom bi, ni ci fan yu yàgg ya, ak ni ci at yu jëkk ya. Malasi 3:3, 4.</w:t>
      </w:r>
    </w:p>
    <w:p>
      <w:pPr>
        <w:pStyle w:val="ArticleBody"/>
        <w:jc w:val="left"/>
      </w:pPr>
      <w:r>
        <w:rPr>
          <w:rFonts w:ascii="Times New Roman" w:hAnsi="Times New Roman" w:eastAsia="Times New Roman" w:cs="Times New Roman"/>
        </w:rPr>
        <w:t>Ñi ñi jàpp ne États-Unis mooy misaal bi di tax vision bi taxaw, mënuñu walla bëgguñu xam ne yëgle bi ñu ubbiwoon ci weeru Sulet 2023 mooy li di setal ay way tànn yi ngir bokk ci ñent-fukk ak ñeent junni ñi. Ci jàngu Yawut ya ca Kapernawum, setal gu mujj gu ñent-fukk ak ñeent junni ñi la fa misaaloon.</w:t>
      </w:r>
    </w:p>
    <w:p>
      <w:pPr>
        <w:pStyle w:val="ArticleScripture"/>
        <w:jc w:val="left"/>
      </w:pPr>
      <w:r>
        <w:rPr>
          <w:rFonts w:ascii="Times New Roman" w:hAnsi="Times New Roman" w:eastAsia="Times New Roman" w:cs="Times New Roman"/>
        </w:rPr>
        <w:t>«Yeesu wax na leen bu leer ne: “Am na ci yéen ñi gëmul”; te mu yokk ne: “Moo tax ma waxoon leen ne kenn mënu maa ñëw ci Man, su ko sama Baay mayewul.”» Dafa bëggoon ñu xam ne su fekkee ne ñoom ñuñu leen wootee ci Moom, loolu ndax seeni xol ubbikuwuñu ci Xelum Yàlla mu Sell mi. «Nit ku ànd ak dundug xar-kanam jotul ci yëf yi bokk ci Xelum Yàlla; ndaxte ay dof lañu ko di gise, te mënu ko xam itam, ndaxte ci anam wu xel mu sell lañuy setalee yëf yooyu.» 1 Korent 2:14. Ci ngëm la bakkan di gis ndamu Yeesu. Ndamu loolu nëbb na, ba keraag bi ngëm di tàkk ci bakkan bi jaarale ko ci Xelum Yàlla mu Sell mi.</w:t>
      </w:r>
    </w:p>
    <w:p>
      <w:pPr>
        <w:pStyle w:val="ArticleScripture"/>
        <w:jc w:val="left"/>
      </w:pPr>
      <w:r>
        <w:rPr>
          <w:rFonts w:ascii="Times New Roman" w:hAnsi="Times New Roman" w:eastAsia="Times New Roman" w:cs="Times New Roman"/>
        </w:rPr>
        <w:t>«Ci yëglewul leen ci kanam nit ñi ngir seen ngëmadi, taalibe yooyu gën nañoo sore Yeesu. Seen mer dafa réyoon lool, te bëgg a gaañu Musalkat bi ak feesal aandegu Farisen ya, dañoo dellu gannaawam, bàyyi ko ak xeeb. Def nañu seen tànn,—jël nañu melokaan wi te bañ ruuf gi, xolub pepp ba te bañ bëñ bi nekk ci biir. Seen dogal boobu kenn du ko waññiwaat; ndaxte dootuñu doxati ak Yeesu.»</w:t>
      </w:r>
    </w:p>
    <w:p>
      <w:pPr>
        <w:pStyle w:val="ArticleScripture"/>
        <w:jc w:val="left"/>
      </w:pPr>
      <w:r>
        <w:rPr>
          <w:rFonts w:ascii="Times New Roman" w:hAnsi="Times New Roman" w:eastAsia="Times New Roman" w:cs="Times New Roman"/>
        </w:rPr>
        <w:t>“‘Ku am fanam am ci loxoom, te dina setal bu baax mbeddam, te dina dajale peppam ci sàkk bi.’ Matthew 3:12. Lii moo nekkoon benn ci jamono yi ci setal gi. Jaarale ko ci waxi dëgg, ñax mi mooy weesoo ak pepp mi. Ndaxte dañoo weesu woon ci mbañ a nangu yedd, te dañoo bëgg àddina lool ba bañ a nangu dund gu fees ak woyof, ñu bare dëddu nañu Yeesu. Ñu bare tey itam dañoo def noonu. Tey, nit ñi dañuy jàppalees ni ko taalibe ya jàppaleese woon ci jàngu Kapernaum ga. Bu dëgg gi agsee ba ci xol bi, dañuy gis ne seen dund méngoo ak coobare Yàlla. Dañuy gis ne soxla nañu soppeku gu mat ci seen bopp; waaye bëgguñu yékkati liggéey bi di weddi bopp. Moo tax bu seeni bàkkaar feeñee, dañuy mer. Dañuy dem, te lii di leen gaawloo xol, ni taalibe ya bàyyée Yeesu, di gunuñu naan, ‘Wax jii metti na; kan moo ko man a dégg?’” The Desire of Ages, 392.</w:t>
      </w:r>
    </w:p>
    <w:p>
      <w:pPr>
        <w:pStyle w:val="ArticleBody"/>
        <w:jc w:val="left"/>
      </w:pPr>
      <w:r>
        <w:rPr>
          <w:rFonts w:ascii="Times New Roman" w:hAnsi="Times New Roman" w:eastAsia="Times New Roman" w:cs="Times New Roman"/>
        </w:rPr>
        <w:t>Ci wax yu dëgg lañu tektale woon wurus ak xaalis ci misaalu Malasi ci mbes mu mujju, bi ñu di setal kër Yàlla gi, ngir ñetti fukki junni ak ñeent-fukki ñeent.</w:t>
      </w:r>
    </w:p>
    <w:p>
      <w:pPr>
        <w:pStyle w:val="ArticleScripture"/>
        <w:jc w:val="left"/>
      </w:pPr>
      <w:r>
        <w:rPr>
          <w:rFonts w:ascii="Times New Roman" w:hAnsi="Times New Roman" w:eastAsia="Times New Roman" w:cs="Times New Roman"/>
        </w:rPr>
        <w:t>Xooluleen, dina yónni sama ndawsi, te dina waajal yoon wi ma jiitu; te Boroom bi ngeen di seet, dina ñëw ci saa si ci kërëm gu sell gi, moom ndawsi kóllëre gi, ki ngeen di bànneex ci moom; xooluleen, dina ñëw, kàddu na ko Aji Boroom buy kilifa mbooloom xarekat yi. Waaye kan moo man a dékku bésub ñëwam? te kan moo man a taxaw bu feeñee? ndaxte moom mel na ni safara buy laab, te mel itam ni saabu boroom raxas yére yi. Malasi 3:1, 2.</w:t>
      </w:r>
    </w:p>
    <w:p>
      <w:pPr>
        <w:pStyle w:val="ArticleBody"/>
        <w:jc w:val="left"/>
      </w:pPr>
      <w:r>
        <w:rPr>
          <w:rFonts w:ascii="Times New Roman" w:hAnsi="Times New Roman" w:eastAsia="Times New Roman" w:cs="Times New Roman"/>
        </w:rPr>
        <w:t>Yépp yonent yi bépp, booleek Malasi, dañuy won fan yi mujj yi. Ci jëkk ci ñi ci ay mbind yii nu waxoon, nu daldi jëfandikoo The 1888 Materials, xët 403, fa ñu xamal nu ne: “Ku bànneexu ci xam-xamam bu am fii tey ci Mbind mi Sell, te mu yaakaar ne loolu doy ngir muccam, dafay jublu ci nax bu yàqu. Am na ñu bare ñi ñu tëralul ba baax ci layi Mbind mi Sell, ngir ñu man a ràññee juumu te daan bépp aada ak gis-gis gu réy ci ndax njàngum nit, yi ñu joxoon ni mooy dëgg.” Ñi ñu tudd ci benn wàll woowu “duñu njàngkat yu jigéen ci Biibël bi,” te “jànguñu ci ngir am njariñ” “wàll yi ci Mbind mi Sell” fa “xalaat yu wuute” amee. Ñi ñu waxal “duñu jàng Biibël bi [ngir] sàcc seen bopp yi yax ak neexal gi ci biirum.” “Dañu ko yëgul ni baatu Yàlla lay waxal ñoom. Waaye, bu nu bëggee xam yoon wucc gi, bu nu bëggee gis leer yi aju ci Jantub Njubte,” kon “war nañu jàng Mbind yi ci ngir am njariñ.”</w:t>
      </w:r>
    </w:p>
    <w:p>
      <w:pPr>
        <w:pStyle w:val="ArticleBody"/>
        <w:jc w:val="left"/>
      </w:pPr>
      <w:r>
        <w:rPr>
          <w:rFonts w:ascii="Times New Roman" w:hAnsi="Times New Roman" w:eastAsia="Times New Roman" w:cs="Times New Roman"/>
        </w:rPr>
        <w:t>Mbind mi jëkk mi wone na ne benn ci xëti seen misaal gu yàqu ci mbirum waxyu mooy xët wi nekk ci The Great Controversy, bi bind ne, “Romanism in the Old World and apostate Protestantism in the New will pursue a similar course toward those who honor all the divine precepts.” The Great Controversy, 615. Seen firnde bu ñuy jëfandikoo ci sutura rekk dafa wax ne kàddu gii dafay feeñal “Romanism” ni moom la jaar ba noppi ci taarix, te “apostate Protestantism” mooy àddina su bees si. Gannaaw firnde yi aju ci saraxalug wax wi ne jëfandikoo gi ñuy def ci kàddu gii dañu ko jël ci anam gu jàll ci maanaam ju jub, kenn ci ñoom wonewul ci kanam nit ñi benn dëggal gu dellu ci jëfandikoo gu dul dëgg ga. Li gën a doy waar mooy ne ñoom jëfandikoo nañu sax xët wi ci boppam ngir yégle seen beneen ndaje Zoom. Waaye xamleef nañu ne, “We ought to impress upon all the necessity of inquiring diligently into divine truth, that they may know that they do know what is truth.” Amul woon benn jéego ngir dindi wax ju dul dëgg jooju, te loolu mel ni firnde ne ñi di yégle jëfandikoo gu dul dëgg gii nekkuñu ci “inquiring diligently” ngir “know what is truth.”</w:t>
      </w:r>
    </w:p>
    <w:p>
      <w:pPr>
        <w:pStyle w:val="ArticleBody"/>
        <w:jc w:val="left"/>
      </w:pPr>
      <w:r>
        <w:rPr>
          <w:rFonts w:ascii="Times New Roman" w:hAnsi="Times New Roman" w:eastAsia="Times New Roman" w:cs="Times New Roman"/>
        </w:rPr>
        <w:t>Ndax lii jëfandikoo njàmbaar bii, nu jegewoon ko mel ni lu gën a nekk ab xuloo rekk ci diggante dëgg ak njuumte ci kan la “sacc yi ci sa xeet” di tekki, te ba léegi maa ngi sax ci boobu taxawaay. Mbind yi ci téerebu Daniel dafa agsiwoon ba ci lim boo xam ni ñaar téeméeri fanweeri, fa mu ne solo ay aaya 13 ba 15 ci Daniel 11 dañu ko fésaloon bu baax. Aaya yooyu dañuy tegtal jaar-jaaru nettali gi tambali ci 1989 ba ci yoonu Dibeer bu gaaw a ñëw, bi nekk ci aaya 40 ci Daniel 11.</w:t>
      </w:r>
    </w:p>
    <w:p>
      <w:pPr>
        <w:pStyle w:val="ArticleBody"/>
        <w:jc w:val="left"/>
      </w:pPr>
      <w:r>
        <w:rPr>
          <w:rFonts w:ascii="Times New Roman" w:hAnsi="Times New Roman" w:eastAsia="Times New Roman" w:cs="Times New Roman"/>
        </w:rPr>
        <w:t>Nunu nuy jàngale woon ne jaar-jaaru dëgg boobu mooy jaar-jaar bu nëbb bi ci saar fanweeri. Nuy wone itam ne bi Rakku Jigéen White waxee ne, “téere biñ tëj doonul Kàddug Revelasioŋ, waaye mooy boobu cér ci yonent-kàddu Daniel buy jëm ci fan yu mujj yi,” jaar-jaar bu nëbb bi nekk ci Daniel sàcc 11 saar 40 mooy “boobu cér ci yonent-kàddu Daniel.” Saar yi ñatt-fukk ak ñett ba ñatt-fukk ak juróom wone dëgg-yonent biñ ubbi ci fan yu mujj yi. Kon nag, ñetti saar yooyu dañu leen itam melal ni ñooy “Revelasioŋu Yeesu Kirist” ak “Juróom-Ñaari Dënn-Dëru Yi” ci téereb Revelasioŋ biñ ubbi tuuti laata waxtuw probasioŋ di jeex. Bu Rakku Jigéen White di wax ci “boobu cér ci téereb Daniel,” xaaj ba kaadug wax jooju nekk dafa wax ne:</w:t>
      </w:r>
    </w:p>
    <w:p>
      <w:pPr>
        <w:pStyle w:val="ArticleScripture"/>
        <w:jc w:val="left"/>
      </w:pPr>
      <w:r>
        <w:rPr>
          <w:rFonts w:ascii="Times New Roman" w:hAnsi="Times New Roman" w:eastAsia="Times New Roman" w:cs="Times New Roman"/>
        </w:rPr>
        <w:t>“Bule kenn xalaat ne ndaxte manul nañu leeral tekkiinu bépp màndarga ci Kàddug Yëgle gi, kon amul njariñ ci ñoom ñuy seet téere bii ngir xam tekkiinu dëgg gi mu ëmb. Ki yéegle woon jomboy yii ci Yowaana, dina may ki wut dëgg ak farlu ab mosu xam-xamu asamaan. Ñi seen xol ubbeeku ngir nangu dëgg, dees na leen may ñu man a xam njàngaleem, te dees na leen may barke bi ñu digoon ñi ‘dégg kàdduy waxu ci yëgle bii, te sàmm yi ci bind ci biirum.’”</w:t>
      </w:r>
    </w:p>
    <w:p>
      <w:pPr>
        <w:pStyle w:val="ArticleScripture"/>
        <w:jc w:val="left"/>
      </w:pPr>
      <w:r>
        <w:rPr>
          <w:rFonts w:ascii="Times New Roman" w:hAnsi="Times New Roman" w:eastAsia="Times New Roman" w:cs="Times New Roman"/>
        </w:rPr>
        <w:t>“Ci Kàddug Yàlla bépp téere yi ci Biibël bi dajee te jeexee. Fii la matalug téereb Daniyeel nekk. Benn bi ab waxu wax la; beneen bi mooy ab yégle. Téere bi ñu tëj ba màndargaal ko du Kàddug Yàlla gi, waaye mooy wàll wu ci waxu waxu Daniyeel wi jëm ci fan yu mujj yi. Malaka ma santa ne: ‘Waaye yaw, yow Daniyeel, tëjël kàddu yi, te nga màndargaale téere bi, ba ci jamono ju mujj ji.’ Daniyeel 12:4.” Acts of the Apostles, 584, 585.</w:t>
      </w:r>
    </w:p>
    <w:p>
      <w:pPr>
        <w:pStyle w:val="ArticleBody"/>
        <w:jc w:val="left"/>
      </w:pPr>
      <w:r>
        <w:rPr>
          <w:rFonts w:ascii="Times New Roman" w:hAnsi="Times New Roman" w:eastAsia="Times New Roman" w:cs="Times New Roman"/>
        </w:rPr>
        <w:t>Kàddu “complement” tekki na indi ag ci matug yaram walla ci matale. Cér yi nekk ci téereb Daniel te jëm ci fan yu mujj yi, yi ubbeek nañu ci jamonoy mujj ga, dañuy mat ba noppi buñu leen boolee, “rëdd ci kaw rëdd,” ak “Peesug Yeesu Kirist,” ak “Juróom-ñaari Dëgg yu di Dëgër.” Ñetti melokaan yooyu mooy yégle bi ubbeek, te mooy kon “kàdduy dëgg” yi ñuy jëfandikoo ngir “setal” junni juróom-ñeent fukki junni ñent-ñeent ñi ci njaareelug kër Yàlla gu mujj gi ci Malaki, ni ñu ko wone ci aaya 13 ba 15 ci Daniel 11. Aaya bi nekk ci diggante mooy aaya bi fegg xulóo bi am léegi, te ci loolu mu mel ni xulóo boobu benn la ak bi dajale woon Millerites yi ci seen jaar-jaaru wax ci yooni yonent yi.</w:t>
      </w:r>
    </w:p>
    <w:p>
      <w:pPr>
        <w:pStyle w:val="ArticleBody"/>
        <w:jc w:val="left"/>
      </w:pPr>
      <w:r>
        <w:rPr>
          <w:rFonts w:ascii="Times New Roman" w:hAnsi="Times New Roman" w:eastAsia="Times New Roman" w:cs="Times New Roman"/>
        </w:rPr>
        <w:t>Wax ne, di wax ne “sàcc yi ci sa nit ñi” ci saraxu ñaari-fukk ak ñeent bi mooy États-Unis, dafa méngoo bu mat ak Protestants yi ci jaar-jaaru Millerite, ñoo doon wax ne sàcc yaa nga tekki Antiochus Épiphanes. Xulóo bi dina setal xàkkam bi ci wurus ak xaalis, waaye li gën a am solo mooy ne xulóo biñu may ci mu yóbbu ñi ñuy mànnee ak Lewiit yi ci Malaki saar ñett, ngir ñu jàng bu gën a xóot Yàlla Kàddug waxu yonentam lu ëpp lu ñu masoon a def ba léegi. “Nit ku yor paxasu set” bi ci géntu William Miller, léegi mi ngi feg xaalis yu dëggul ak takkaay yu dëggul génne leen ci néeg bi, jiitu liggéeyam ci dajalewaat takkaay yu dëgg yi ci njaŋ mi mat te wér, mi di leer fukki yoon ëpp jant bi.</w:t>
      </w:r>
    </w:p>
    <w:p>
      <w:pPr>
        <w:pStyle w:val="ArticleBody"/>
        <w:jc w:val="left"/>
      </w:pPr>
      <w:r>
        <w:rPr>
          <w:rFonts w:ascii="Times New Roman" w:hAnsi="Times New Roman" w:eastAsia="Times New Roman" w:cs="Times New Roman"/>
        </w:rPr>
        <w:t>Njuumteg bi mayñ ci anam wu nekk ngir amal loolu ci boppam, ndaxte ñu xamal nañu ne: “Yàlla dina yee ay nitam; su yeneen yoon bañee jur njariñ, ay réer-dëgg dinañu dugg ci seen biir, ngir cee sëtal, te taxawal ñi mel ni xob ak ñi mel ni dugub. Boroom bi woo na ñépp ñi gëm Kàddoom ngir ñu xëy ci nelaw. Leer gu am solo jot na, te méngoo ak jamono jii. Mooy dëggu Biibël, buy won ay musiba yi nekk ci sunu kanam te jege nu. Leer googu war na nu jëbbal ci njàngum Mbind mi ak seet gu gëna xóot te wér ci taxawaay yi nuy takku. Yàlla bëgg na ngir wàll yi yépp ak taxawaayi dëgg ñi seet leen bu baax te sax cig muñ, ak ñaan ak woor. Gëmkat yi waruñu dal ci xalaat yu ñuy defe ne sax dëgg la, walla ci xalaat yu leerul ci li di dëgg.”</w:t>
      </w:r>
    </w:p>
    <w:p>
      <w:pPr>
        <w:pStyle w:val="ArticleBody"/>
        <w:jc w:val="left"/>
      </w:pPr>
      <w:r>
        <w:rPr>
          <w:rFonts w:ascii="Times New Roman" w:hAnsi="Times New Roman" w:eastAsia="Times New Roman" w:cs="Times New Roman"/>
        </w:rPr>
        <w:t>“Yéene ju jubadi” yi Mu nangul te jëfandikoo ngir yëngal ay gaayam yu xif xifam, ay “werante yu yàgg” lañu.</w:t>
      </w:r>
    </w:p>
    <w:p>
      <w:pPr>
        <w:pStyle w:val="ArticleScripture"/>
        <w:jc w:val="left"/>
      </w:pPr>
      <w:r>
        <w:rPr>
          <w:rFonts w:ascii="Times New Roman" w:hAnsi="Times New Roman" w:eastAsia="Times New Roman" w:cs="Times New Roman"/>
        </w:rPr>
        <w:t>“Ci jaar ak yoon wi ci kanam, Kàddu Yàlla dafay wone xeex bu yàgg te sax ci diggante dëgg ak njuumte. Xeex boobu am na ba léegi. Li amoon, dina amaat. Werante yi yàgg te màgget dinañu dekkiwaat, te xalaat yu bees dinañu sax di feeñ. Waaye askanu Yàlla, ñi ci seen gëm-gëm ak seen matale yoon wi ci kanam jëfoon wàll ci yégleb yennentu malaaka bu njëkk, ñaareel bi, ak ñetteel bi, xam nañu fu ñu taxaw. Am nañu njàngum dund gu gën a wert wurus wu set. War nañu taxaw bu dëgër ni doj, di téye njàlbéenu seen kóolute ba mu sax ba càddu. ” Selected Messages, téere 2, 109.</w:t>
      </w:r>
    </w:p>
    <w:p>
      <w:pPr>
        <w:pStyle w:val="ArticleBody"/>
        <w:jc w:val="left"/>
      </w:pPr>
      <w:r>
        <w:rPr>
          <w:rFonts w:ascii="Times New Roman" w:hAnsi="Times New Roman" w:eastAsia="Times New Roman" w:cs="Times New Roman"/>
        </w:rPr>
        <w:t>Werante gi ci mbir yi ñuy wax ne “sàcc yi ci sa askan wi” mooy werante gu yàgg te cosaanam nekk ci jaar-jaaru Millerite, te loolu mooy “ndomboog seen kóolute” bi ñu leen wax ngir ñu “jàpp ko bu baax ba ca mujja ga.” “Ndomboog” “kóolute” ga at ak ñeent fukk ak ñeent junni nit ñi mooy dëgg yu njëkk, yu samp te ñuy tegu ci taabloo yi njëkk-ji 1843 ak 1850.</w:t>
      </w:r>
    </w:p>
    <w:p>
      <w:pPr>
        <w:pStyle w:val="ArticleScripture"/>
        <w:jc w:val="left"/>
      </w:pPr>
      <w:r>
        <w:rPr>
          <w:rFonts w:ascii="Times New Roman" w:hAnsi="Times New Roman" w:eastAsia="Times New Roman" w:cs="Times New Roman"/>
        </w:rPr>
        <w:t>“Baña bëgg a jàpp xel yu sunuy doomi góor ak jigéen, ngir waññi leen ci liggéeyu waajal nit ñi ngir taxaw ci fan yii mujj yi. Ay jëfandikoom yu naxare dañuy sàkku ngir jël xel yi sore ci musiba ak warugaru jamono jii. Ñuy jàppe ne leer gi Kirist jóge asamaan ngir jox Yowaana ngir ay nitam, amul dara. Ñuy jàngale ne mbir yi nekk ci sunu kanam léegi yépp, amuñu solo bu war a tax ñu jagleel leen xam-xam bu bees. Ñuy def ne dëgg gi jóge asamaan amul doole, te ñu nangoo nit ñi Yàlla ci seen xam-xamu lu jiitu woon, di leen weccoo ko ak xam-xam bu dul dëgg.</w:t>
      </w:r>
    </w:p>
    <w:p>
      <w:pPr>
        <w:pStyle w:val="ArticleScripture"/>
        <w:jc w:val="left"/>
      </w:pPr>
      <w:r>
        <w:rPr>
          <w:rFonts w:ascii="Times New Roman" w:hAnsi="Times New Roman" w:eastAsia="Times New Roman" w:cs="Times New Roman"/>
        </w:rPr>
        <w:t>«Ni Boroom bi wax: Taxawleen ci yoon yi, te seetaan, te laajleen yoon yu mag ya, fan la yoon wu baax wi nekk, te doxleen ci moom.»</w:t>
      </w:r>
    </w:p>
    <w:p>
      <w:pPr>
        <w:pStyle w:val="ArticleScripture"/>
        <w:jc w:val="left"/>
      </w:pPr>
      <w:r>
        <w:rPr>
          <w:rFonts w:ascii="Times New Roman" w:hAnsi="Times New Roman" w:eastAsia="Times New Roman" w:cs="Times New Roman"/>
        </w:rPr>
        <w:t>“Bu kenn du ñaq jéem a dagg bàyyi cosaan yu sunu ngëm,—cosaan yañu sampoon ca njàlbéenu sunu liggéey, ci njàngum Kàddu gi ànd ak ñaan ak ci ndigal gu jóge ci xamle. Ci yeneen cosaan yooyu lañu di tabax ba léegi diirub juróom-fukki at ak juróom. Nit ñi man nañu defe ne gis nañu benn yoon wu bees, te man nañu samp ab cosaan bu gën a dëgër booleek bi ñu sampoon. Waaye loolu naxx bu réy la. Kenn mënu cee samp beneen cosaan ludul bi ñu samp ba noppi.”</w:t>
      </w:r>
    </w:p>
    <w:p>
      <w:pPr>
        <w:pStyle w:val="ArticleScripture"/>
        <w:jc w:val="left"/>
      </w:pPr>
      <w:r>
        <w:rPr>
          <w:rFonts w:ascii="Times New Roman" w:hAnsi="Times New Roman" w:eastAsia="Times New Roman" w:cs="Times New Roman"/>
        </w:rPr>
        <w:t>“Ci jamono yu bari jëfandikoo woon nañu ngir tabax ngëm gu bees, di samp ay njàngale yu bees. Waaye bañaata la seen tabax mi taxawoon?—Léegi mu daanu; ndaxte sampu woonul ci Kow gu dëgër gi.</w:t>
      </w:r>
    </w:p>
    <w:p>
      <w:pPr>
        <w:pStyle w:val="ArticleScripture"/>
        <w:jc w:val="left"/>
      </w:pPr>
      <w:r>
        <w:rPr>
          <w:rFonts w:ascii="Times New Roman" w:hAnsi="Times New Roman" w:eastAsia="Times New Roman" w:cs="Times New Roman"/>
        </w:rPr>
        <w:t>“Ndax taalibey njëkk ya waruñoo jànkoonte ak waxi nit ñi? Ndax waruñoo déglu xalaat yu dul dëgg, te gannaaw ba ñu def lépp, ñu takku bu baax, naan: ‘Amul kenn ku man a samp yeneen fondemaŋ bu dul bi ñu tabax ba noppi’? ”</w:t>
      </w:r>
    </w:p>
    <w:p>
      <w:pPr>
        <w:pStyle w:val="ArticleScripture"/>
        <w:jc w:val="left"/>
      </w:pPr>
      <w:r>
        <w:rPr>
          <w:rFonts w:ascii="Times New Roman" w:hAnsi="Times New Roman" w:eastAsia="Times New Roman" w:cs="Times New Roman"/>
        </w:rPr>
        <w:t>«Kon nag nuy sax sunu yaakaar gu jëkk ga ak doole ba noppi ba ca mujja. Yàlla ak Kirist yónnee nañu ci nit ñii ay wax yu am kàttan, ngir génne leen ci àddina si, tomb te tomb, ba ca leer gu xóot gu dëggu jamono jii. Ak tuñ yu laal na safara sell, surga yi Yàlla yégle nañu ndigal li. Kàddug Yàlla moo mujj a teg màndargaam ci dëggug wax ji ñu yégle.» Review and Herald, March 3, 1904.</w:t>
      </w:r>
    </w:p>
    <w:p>
      <w:pPr>
        <w:pStyle w:val="ArticleBody"/>
        <w:jc w:val="left"/>
      </w:pPr>
      <w:r>
        <w:rPr>
          <w:rFonts w:ascii="Times New Roman" w:hAnsi="Times New Roman" w:eastAsia="Times New Roman" w:cs="Times New Roman"/>
        </w:rPr>
        <w:t>“Yoon yu mag Yeremi” yi, mooy “fondaasioŋ yiñ tabaxoon ca njàlbéenu sunu liggéey ga.” Dëgg yooyu, “tabaxees na leen ci Kaw Weer gu dëgër gi,” te ci jaar-jaaru Milerit yi, dëgg yu fondaasioŋ yooyu mooy yégleb “dëggu jamono jii” bi ñu waare woon ci atum 1842, 1843 ak 1844.</w:t>
      </w:r>
    </w:p>
    <w:p>
      <w:pPr>
        <w:pStyle w:val="ArticleScripture"/>
        <w:jc w:val="left"/>
      </w:pPr>
      <w:r>
        <w:rPr>
          <w:rFonts w:ascii="Times New Roman" w:hAnsi="Times New Roman" w:eastAsia="Times New Roman" w:cs="Times New Roman"/>
        </w:rPr>
        <w:t>“Na Yàlla dimbali leen ngir ngeen nangu kàddu yi ma wax. Na ñi taxaw ni wottukati Yàlla ci tatai Siyoŋ doon nit ñu man a gis njàqare yi balaa mu agsi ci kanam nit ña,—nit ñu man a ràññee diggante dëgg ak njuumte, njub ak jubadi.</w:t>
      </w:r>
    </w:p>
    <w:p>
      <w:pPr>
        <w:pStyle w:val="ArticleScripture"/>
        <w:jc w:val="left"/>
      </w:pPr>
      <w:r>
        <w:rPr>
          <w:rFonts w:ascii="Times New Roman" w:hAnsi="Times New Roman" w:eastAsia="Times New Roman" w:cs="Times New Roman"/>
        </w:rPr>
        <w:t>“Ñëw bi agsi na: Dara war a wara may a dugg lu dina yàq fondasiyoŋu ngëm gi nu doon tabax dale ca bi yégle baa ñëw ci atum 1842, 1843 ak 1844. Man, ma nekkoon ci bii yégle, te li dale booba ba tey, maa ngi taxaw kanamu àddina, di wóor ci leer gi Yàlla jox nu. Dunu bëgg a jële sunuy tànk ci kaw platfóorm bi ñu leen taxawal, bi nu doon bés bu nekk seet Boroom bi ak ñaan gu dëgër, di wut leer. Ndax ngeen foog ne man mën naa bàyyi leer gi Yàlla jox ma? Mu war a ne mel ni Doju Jamono yi. Moo may gindi dale ca saa si ñu ma ko joxee. Bokki góor ak bokki jigéen, Yàlla dund na te muuy buur te muuy liggéey tey. Loxoom nekk na ci wil, te ci ay dogalam mooy wal wil wi, ànd ak bëgg-bëggam moom. Buleen may nit ñi takk seen bopp ci kéyit yu ñu bind, di wax li ñuy def ak li ñu dul def. Nañu takk seen bopp ci Boroom bi, Yàllay asamaan. Noonu leeru asamaan dina leer ci kër-gu-bakkan gi, te dunu gis muslu Yàlla.” Review and Herald, April 14, 1903.</w:t>
      </w:r>
    </w:p>
    <w:p>
      <w:pPr>
        <w:pStyle w:val="ArticleBody"/>
        <w:jc w:val="left"/>
      </w:pPr>
      <w:r>
        <w:rPr>
          <w:rFonts w:ascii="Times New Roman" w:hAnsi="Times New Roman" w:eastAsia="Times New Roman" w:cs="Times New Roman"/>
        </w:rPr>
        <w:t>Bataaxal bi ñu yégle woon “ci 1842, 1843, ak 1844” mooy bataaxal bi ñuy tektale ci tablo pionie 1843 bi. Ci weeru Mee 1842, ñettéem téeméer tablo 1843 lañu móol. Ellen White ak pionie yi yépp seedeel nañu ne, tablo bi mooy matalug ndigalu Saaru Habakkuk ñaareelu xaj ba, buy wax ne ñu bind peeñ mi te leerloo ko ci kow taabal yi. Ci noonu la woon itam ñettéem téeméer waarekat yu Millerite, te historien yu SDA seedeel nañu ne ñoom ñépp daan nañu jëfandikoo tablo 1843 bi.</w:t>
      </w:r>
    </w:p>
    <w:p>
      <w:pPr>
        <w:pStyle w:val="ArticleBody"/>
        <w:jc w:val="left"/>
      </w:pPr>
      <w:r>
        <w:rPr>
          <w:rFonts w:ascii="Times New Roman" w:hAnsi="Times New Roman" w:eastAsia="Times New Roman" w:cs="Times New Roman"/>
        </w:rPr>
        <w:t>Lan la nit ku ñëw a wax ne njàngaleg ñëwkat yi jëkk ci misaalug Room ne mooy “sacc yi ci sa nit ñi,” ni ko màndarga wi wone, lu ko man a jàpp? Te itam, lan la nit ku koy nangu a jàpp? Waaye it, lan moo jàpp ñoom ñi wax ne nangu nanu xam-xamu ñëwkat yi jëkk ne Room mooy li misaal bi tekke ci wax ji ne, “sacc yi ci sa nit ñi,” te ci dëgg dëgg mënuñu koo taxawal te aar xam-xam boobu ci seen bopp?</w:t>
      </w:r>
    </w:p>
    <w:p>
      <w:pPr>
        <w:pStyle w:val="ArticleBody"/>
        <w:jc w:val="left"/>
      </w:pPr>
      <w:r>
        <w:rPr>
          <w:rFonts w:ascii="Times New Roman" w:hAnsi="Times New Roman" w:eastAsia="Times New Roman" w:cs="Times New Roman"/>
        </w:rPr>
        <w:t>Ci njëkk mi, nu jëfandikoo wax ju topp ngir wax li:</w:t>
      </w:r>
    </w:p>
    <w:p>
      <w:pPr>
        <w:pStyle w:val="ArticleScripture"/>
        <w:jc w:val="left"/>
      </w:pPr>
      <w:r>
        <w:rPr>
          <w:rFonts w:ascii="Times New Roman" w:hAnsi="Times New Roman" w:eastAsia="Times New Roman" w:cs="Times New Roman"/>
        </w:rPr>
        <w:t>“Lu nit ku nit nit mooy yokkute xelam, bu bañ benn saa xalaat ne amul soxla ci wutinu bu xóot te di sax ci Mbind mi Sell ngir leer gu gën a bare. Nun, ni ay nit ñu woo, kenn ku nekk dañu nu woo ngir nekk ay taalibey waxyu. Fàww nu wottu ak cër ngir man a xàmmi benn rëyru leer gu Yàlla di nu won.” Testimonies, volume 5, 708.</w:t>
      </w:r>
    </w:p>
    <w:p>
      <w:pPr>
        <w:pStyle w:val="ArticleBody"/>
        <w:jc w:val="left"/>
      </w:pPr>
      <w:r>
        <w:rPr>
          <w:rFonts w:ascii="Times New Roman" w:hAnsi="Times New Roman" w:eastAsia="Times New Roman" w:cs="Times New Roman"/>
        </w:rPr>
        <w:t>Damaa wax maa ngi wax ne “leer gi Yàlla” di nu joxe “léegi ci nun” mooy ne dunu bëggoon yéeg bu baax sunu warugar ngir xam bopp sunu bopp fukki aaya yu njëkk ak juróom ñaari ci Daniel fukki ak benn, te xamunu it ne aaya fukki ak ñett ba fukki ak juróom ci benn sarxal boobu dafa tegtal dëgg yi di amal setal gu mujj ak màndarga gi ñaari téeméeri junni ak ñeent-fukk ak ñeent ña. Su fekkee ne amul woon bàkkaaru jàngale yu réer yi dugal ci wàllu jaar-jaar boobu sax, loolu dina doon firnde ne nu ngi xool bu baax, te xel mi ngi ñàkk nelaw. Waaye werante bii dafay wone lu wuute.</w:t>
      </w:r>
    </w:p>
    <w:p>
      <w:pPr>
        <w:pStyle w:val="ArticleScripture"/>
        <w:jc w:val="left"/>
      </w:pPr>
      <w:r>
        <w:rPr>
          <w:rFonts w:ascii="Times New Roman" w:hAnsi="Times New Roman" w:eastAsia="Times New Roman" w:cs="Times New Roman"/>
        </w:rPr>
        <w:t>“Li nekk amul werante walla yëngu-yëngu ci biir askanu Yàlla warul ñu ko jàppe ni mooy firnde bu wóor ne dañuy sax ci njàngale ju wér. Am na lu tax ñu ragal ne xaw nañu ba noppi ba xàññ xam nekk diggante dëgg ak njuumte. Bu amul benn laaj bu bees buy tàmbali ci gëstu Mbind mi, bu amul benn wuute ci xalaat buy yóbbu nit ñi ngir seet Biibël bi ci seen bopp ngir wóor ne ñoom am nañu dëgg gi, dina am ñu bare léegi, ni mu meloon ci jamono yu yàgg ya, ñuy sax ci cosaan, te ñuy jaamu li ñu xamul....”</w:t>
      </w:r>
    </w:p>
    <w:p>
      <w:pPr>
        <w:pStyle w:val="ArticleScripture"/>
        <w:jc w:val="left"/>
      </w:pPr>
      <w:r>
        <w:rPr>
          <w:rFonts w:ascii="Times New Roman" w:hAnsi="Times New Roman" w:eastAsia="Times New Roman" w:cs="Times New Roman"/>
        </w:rPr>
        <w:t>“Yàlla dina yëngal ay nitam; bu yeneen pexe yépp amul njariñ, ay njàngum réer dinañu dugg ci seen biir, te loolu dina leen sife, di teqale ñax mi ak dugub ji. Boroom bi woo na ñépp ñi gëm Kàddoom, ngir ñu yewwu génn nelaw. Leer gu am solo, te dëppook jamono jii, agsi na. Mooy dëggu Biibël bi, buy wone musiba yi nekk ci sunu kanam sax. Leer gii war na nu jiite ci jàng Mbind mi ak faral di seet bu wér te bu xóot taxawaay yi nu téye. Yàlla bëgg na ñi xam bu baax, te ak muñ, bépp wàll ak bépp taxawaayu dëgg, ak ñaan ak woor. Gëmkat yi waruñu a noppi ci xalaat yu ñuy defe ay njort ak xel yu leerul ci li mooy dëgg. Seen ngëm war na sampu bu dëgër ci Kàddu Yàlla, ngir ba bésu nattu ba agsee, te ñu indilee leen ci kanamu kureel yi ngir ñu tontu ci seen ngëm, ñu man a joxe lay ci yaakaar wi nekk ci ñoom, ak lewet ak ragal.</w:t>
      </w:r>
    </w:p>
    <w:p>
      <w:pPr>
        <w:pStyle w:val="ArticleScripture"/>
        <w:jc w:val="left"/>
      </w:pPr>
      <w:r>
        <w:rPr>
          <w:rFonts w:ascii="Times New Roman" w:hAnsi="Times New Roman" w:eastAsia="Times New Roman" w:cs="Times New Roman"/>
        </w:rPr>
        <w:t>“Yëngal, yëngal, yëngal. Li tax yi nu di joxe àddina bi war nañu nekk ci nun dëgg guy dund. Am na solo lool ci sunu aar jàngale yi nu teg di artik yu am solo ci ngëm, ba tax ba du nu may sunu bopp mukk nu jëfandikoo lay yu matul ci wér gu mat.” Testimonies, volume 5, 708.</w:t>
      </w:r>
    </w:p>
    <w:p>
      <w:pPr>
        <w:pStyle w:val="ArticleBody"/>
        <w:jc w:val="left"/>
      </w:pPr>
      <w:r>
        <w:rPr>
          <w:rFonts w:ascii="Times New Roman" w:hAnsi="Times New Roman" w:eastAsia="Times New Roman" w:cs="Times New Roman"/>
        </w:rPr>
        <w:t>Bi nuy jëm kanam ci xalaat bii ci saaykat yi ci askanu Yàlla, dinañu wone ne werante gi ci aaya fukk ak ñeent ci Daniel fukk ak benn, bi nekkoon diggante Protestaŋ yi ak Millerit yi, mooy benn ak werante gi nekk diggante firnde gu bees ak gu boppam-boppam, buy wax ne Etats-Unis mooy tënk vision bi, waaye du Room. Taxawaay bi ne The Great Controversy jëfandikoo wax ji, “old world”, ngir màndargaal jaar-jaar yu weesu, mooy ab “xalaat rekk ak léebu xam-xam wu leerul”, te mooy misaal bu nekk ci ab “werante bu baaxagul ba noppi.”</w:t>
      </w:r>
    </w:p>
    <w:p>
      <w:pPr>
        <w:pStyle w:val="ArticleBody"/>
        <w:jc w:val="left"/>
      </w:pPr>
      <w:r>
        <w:rPr>
          <w:rFonts w:ascii="Times New Roman" w:hAnsi="Times New Roman" w:eastAsia="Times New Roman" w:cs="Times New Roman"/>
        </w:rPr>
        <w:t>Ñi jëfandikoo wax ji ngir taxawal seen xalaat ne Millerite yi dañoo juum ci xam ne Room mooy sàcciy sa xeet, war nañu matale seen warugar Kiristaan te dellu ci seen wax ca kanam nit ñi, ndaxte wax jooju maneesul koo saxal ci wetug njàngatug wax ak ci wetug taarix. Waaye yéen ñiy toog ci wetu bitiimu werante bii, yéen itam am ngeen yoonu xaralaat kàddug dëgg gi bu baax, ndaxte woo nañu leen ngeen doon nit ku di taalibe kàddug wax yu yonent yi, waaye du topp xalaatu nit.</w:t>
      </w:r>
    </w:p>
    <w:p>
      <w:pPr>
        <w:pStyle w:val="ArticleBody"/>
        <w:jc w:val="left"/>
      </w:pPr>
      <w:r>
        <w:rPr>
          <w:rFonts w:ascii="Times New Roman" w:hAnsi="Times New Roman" w:eastAsia="Times New Roman" w:cs="Times New Roman"/>
        </w:rPr>
        <w:t>Nit ñi diir Mbind mi sell ngir seen bopp alkande.</w:t>
      </w:r>
    </w:p>
    <w:p>
      <w:pPr>
        <w:pStyle w:val="ArticleScripture"/>
        <w:jc w:val="left"/>
      </w:pPr>
      <w:r>
        <w:rPr>
          <w:rFonts w:ascii="Times New Roman" w:hAnsi="Times New Roman" w:eastAsia="Times New Roman" w:cs="Times New Roman"/>
        </w:rPr>
        <w:t>Te jangale muñ muñ Yàlla sunu Boroom mooy mucc; ni sunu mbokk bu nu bëgg Pool itam, ci xel mu sell mi Yàlla may ko, bindoon na leen ko. Noonu itam ci mboolem ay bataaxalam, muy wax ci seen biir mbir yooyu; ci yooyu am na ay mbir yu jafee xam, yu ñi amul njàng te taxawul ngëm di jéngal, ni ñuy jéngale itam yeneen Mbind mi Sell, ngir seen bopp sanku. Kon nag, yéen samay soppe, gannaaw xam ngeen loolu lu jiitu, moytuleen ngir bañ a jàppandiku ak réerug ña bon, ba fàlléen ci seen taxawaay gu dëgër. Waaye màggleen ci yiwu Yàlla ak ci xam-xamu sunu Boroom ak sunu Musalkat Yeesu Kirist. Moom na ndam li yell, léegi ak ba fàww. Aamiin. 2 Piyeer 3:15–18.</w:t>
      </w:r>
    </w:p>
    <w:p>
      <w:pPr>
        <w:pStyle w:val="ArticleBody"/>
        <w:jc w:val="left"/>
      </w:pPr>
      <w:r>
        <w:rPr>
          <w:rFonts w:ascii="Times New Roman" w:hAnsi="Times New Roman" w:eastAsia="Times New Roman" w:cs="Times New Roman"/>
        </w:rPr>
        <w:t>Piyeer wax na ne, ñi “amul njàng te saxul seen xel” lañuy “jàngal Mbind mi ci anam wu jubadi”, “ba seen bopp sànku.” Ci déggoo ak dëgg googu la Sœur White di nu yëgle jëfandikookat ay waare yu bari ngir nu jàngal sunu bopp. Su nu di matadi sunu warugar ci nekk taalibey waxyu-Yàlla, kon sunuy bopp lañuy dogal sunu alkande.</w:t>
      </w:r>
    </w:p>
    <w:p>
      <w:pPr>
        <w:pStyle w:val="ArticleBody"/>
        <w:jc w:val="left"/>
      </w:pPr>
      <w:r>
        <w:rPr>
          <w:rFonts w:ascii="Times New Roman" w:hAnsi="Times New Roman" w:eastAsia="Times New Roman" w:cs="Times New Roman"/>
        </w:rPr>
        <w:t>Ay saccikat yu sa nit ñi sa xeet ñooy tax ñu tabb gis-gis ga, te Suleymaan wax na ne fu amul gis-gis, nit ñi dafañu yàqu.</w:t>
      </w:r>
    </w:p>
    <w:p>
      <w:pPr>
        <w:pStyle w:val="ArticleScripture"/>
        <w:jc w:val="left"/>
      </w:pPr>
      <w:r>
        <w:rPr>
          <w:rFonts w:ascii="Times New Roman" w:hAnsi="Times New Roman" w:eastAsia="Times New Roman" w:cs="Times New Roman"/>
        </w:rPr>
        <w:t>Fu am gis-gis nekkul, nit ñi dañuy sànku; waaye ki sàmm yoon wi, barkeel nga ci moom. Kàddu yu xel 29:18.</w:t>
      </w:r>
    </w:p>
    <w:p>
      <w:pPr>
        <w:pStyle w:val="ArticleBody"/>
        <w:jc w:val="left"/>
      </w:pPr>
      <w:r>
        <w:rPr>
          <w:rFonts w:ascii="Times New Roman" w:hAnsi="Times New Roman" w:eastAsia="Times New Roman" w:cs="Times New Roman"/>
        </w:rPr>
        <w:t>Benn taxaw yi ci tekki “reer” mooy ne ñu sangal ko mu nekk rafetul, muy nekk ci yaram wu barewul dara. Fu amee xam-xam bu jubul ci ag gis-gis, dafay sukkandiku ci ne melokaan mi samp gis-gis googu deesuko xam, walla deesuko xam bu baaxul. Neek ci ñi reer ci waxtaanu Solomon mooy fexe ba jot ci rafetul gi ñuy feeñal ci waa Laodise, ñi Boroom bi di tufli génne ci gémmiñam ci yoonu ndigalu Dibeer bu waaw bii di ñëw lu gaaw. Lu tax ñu nangu benn xalaat buy wone lu jubulul ci leer gi ëmb ci kàddu ya Sister White waxoon ci addina gu yàgg ak addina gu bees, te di bañ xamale Millerite bi ne Rooma mooy samp gis-gis gi, gi ñu feeñal woon bu leer ci tàngaay 1843 bi, gi di wone dëgg yu samp cosaanu Adventisme, te mooy Kirist, Doj wu Fàww, bi ñuy feeñale ci bépp nataal bu sell buy wone fondaasioŋ yi?</w:t>
      </w:r>
    </w:p>
    <w:p>
      <w:pPr>
        <w:pStyle w:val="ArticleScripture"/>
        <w:jc w:val="left"/>
      </w:pPr>
      <w:r>
        <w:rPr>
          <w:rFonts w:ascii="Times New Roman" w:hAnsi="Times New Roman" w:eastAsia="Times New Roman" w:cs="Times New Roman"/>
        </w:rPr>
        <w:t>“Waaye bépp tabax bu ñuy yékkati ci beneen fondemaŋ bu dul Kàddug Yàlla, dina daanu. Képp ku, ni Yawut yi ci jamonoy Kirist, di tabax ci fondemaŋu xalaati nit ak seeni gis-gis, ci melokaani ak ceremoñi yu nit sos, walla ci jëf yu mu man a def boppam, te ci lu wuute ak yiwu Kirist, mooy yékkati tabaxam gu jëm ci karakteram ci suuf su tuuti te yëngu. Bëj-gànnaay yi tar ci nattu yi dinañu lemat fondemaŋu suuf si, te bàyyi këram ne tasaaru mbubb ci wetu géeju jamono.”</w:t>
      </w:r>
    </w:p>
    <w:p>
      <w:pPr>
        <w:pStyle w:val="ArticleScripture"/>
        <w:jc w:val="left"/>
      </w:pPr>
      <w:r>
        <w:rPr>
          <w:rFonts w:ascii="Times New Roman" w:hAnsi="Times New Roman" w:eastAsia="Times New Roman" w:cs="Times New Roman"/>
        </w:rPr>
        <w:t>«“Kon nag noonu la Boroom bi Yàlla waxee, … Dinaa teg àtte ci rëdd wi, ak njub ci plomb bi; te taw doxor bi dina jébbal dëkku fen yi, te ndox yi dinañu lab ba gën a dugg kër gu nëbb.” Esayi 28:16, 17.</w:t>
      </w:r>
    </w:p>
    <w:p>
      <w:pPr>
        <w:pStyle w:val="ArticleScripture"/>
        <w:jc w:val="left"/>
      </w:pPr>
      <w:r>
        <w:rPr>
          <w:rFonts w:ascii="Times New Roman" w:hAnsi="Times New Roman" w:eastAsia="Times New Roman" w:cs="Times New Roman"/>
        </w:rPr>
        <w:t>“Waaye tey yërmandeey di ñaan bàkkaar-kat bi. ‘Naa ngi dund, wax na Boroom bi Yàlla, amuma bànneex ci dee ga bonkat bi; waaye ci li bonkat bi dëddu yoonam te dund: dëdduleen, dëdduleen seeni yoon yu bon yi; ndax lu tax ngeen bëgg dee?’ Esékiel 33:11. Baat bi wax ak ñi bañ a tuub tey mooy baatu Ki, ci metitug xol, xaacu woon bi Mu doon xool dëkk bi Mu bëgg: ‘Éey Yerusalem, Yerusalem, yaw miy rey yonent yi, di sànni ay doj ci ñi ñu yónni ci yaw! Ana saa yu bare laa bëggoon dajale sa doom yi, ni ginaar di dajale ay njuramam ci suufu laafam, te bëgguleen! Xoolleen, seen kër bàyyi nañu ko ci yéen, muy neen.’ Luug 13:34, 35, R.V. Ci Yerusalem, Yeesu gis na fa misaalu àddina si bañoon te xeeb ngëneelam. Mu doon jooy, éey xol bu dëgër, ngir yow! Sax ba bi ay rongoom Yeesu rottee ci tundu wa, Yerusalem manoon na ba tey tuub, mu rëcc ci àtteem. Diir bu gàtt, Mayug asamaan ga dafa doon xaar mu nangu ko. Noonu it, éey xol, Kirist dafaay wax ak yaw ba tey ak baat yu mbëggeel: ‘Xool, maa ngi taxaw ca bunt ba, di ko tàkk; bu kenn déggee Sama baat, ubbi bunt bi, dinaa dugg ci moom, lekk ak moom, te moom it ak Man.’ ‘Léegi mooy waxtu wi ñu nangu; xoolleen, léegi mooy bésub mucc gi.’ Peeñu 3:20; 2 Korent 6:2.”</w:t>
      </w:r>
    </w:p>
    <w:p>
      <w:pPr>
        <w:pStyle w:val="ArticleScripture"/>
        <w:jc w:val="left"/>
      </w:pPr>
      <w:r>
        <w:rPr>
          <w:rFonts w:ascii="Times New Roman" w:hAnsi="Times New Roman" w:eastAsia="Times New Roman" w:cs="Times New Roman"/>
        </w:rPr>
        <w:t>“Yéen ñiy wéer seen yaakaar ci seen bopp, da ngéen di tabax ci suufus xeeb. Waaye jotagul ba léegi ngir mucc ci yàqule gu doon ñëw. Bala ngelaw lu tar gi daanu, dawleen jëm ca fondemà soo xam ne mooy lu wóor. ‘Nii la Boroom bi Yàlla waxe: Xool-leen, maa ngi tëral ci Siyon ab doj ngir fondemà, doj bu ñu natt, xeeru wet gu tedd te am njariñ, fondemà bu wóor; ku gëm du yàkkamti.’ ‘Xool-leen ci Man, te ngéen mucc, yéen ñépp ci cér yi ëpp ci suuf; ndaxte Man maa di Yàlla, te amul beneen.’ ‘Bul ragal, ndaxte maa ngi ànd ak yaw; bul tiit, ndaxte Man maa di sa Yàlla; dinaa la dëgërël, waaw, dinaa la dimbali; waaw, dinaa la téye ak ndeyjooru sa yoon-jub.’ ‘Dungeen rus mbaa di jaaxle ba fàww.’ Isaaya 28:16, R.V.; 45:22; 41:10; 45:17.” Xel yu jóge ca Tundu Barke bi, 150–152.</w:t>
      </w:r>
    </w:p>
    <w:p>
      <w:pPr>
        <w:pStyle w:val="ArticleBody"/>
        <w:jc w:val="left"/>
      </w:pPr>
      <w:r>
        <w:rPr>
          <w:rFonts w:ascii="Times New Roman" w:hAnsi="Times New Roman" w:eastAsia="Times New Roman" w:cs="Times New Roman"/>
        </w:rPr>
        <w:t>Dina continue sunu jangat bii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mooytu Peeñ bi — Nimeero Ñett</dc:title>
  <dc:subject>Etazini ak gis-gisu Yonent yi: Woote ngir xam-xam bu xóot ci Biibël ak déggoo bu mat</dc:subject>
  <dc:creator>Jeff Pippenger</dc:creator>
  <cp:keywords/>
  <dc:description>Generated by ArticleDigger from modern_rome\03_modern_rome.json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