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sos ci gëstu bi — Limuñeenteel Ñeent</w:t>
      </w:r>
      <w:r>
        <w:rPr>
          <w:rFonts w:ascii="Microsoft YaHei" w:hAnsi="Microsoft YaHei" w:eastAsia="Microsoft YaHei" w:cs="Microsoft YaHei"/>
        </w:rPr>
        <w:t>】</w:t>
      </w:r>
    </w:p>
    <w:p>
      <w:pPr>
        <w:pStyle w:val="ArticleSubtitle"/>
        <w:jc w:val="left"/>
      </w:pPr>
      <w:r>
        <w:rPr>
          <w:rFonts w:ascii="Arial" w:hAnsi="Arial" w:eastAsia="Arial" w:cs="Arial"/>
        </w:rPr>
        <w:t>Delloosi Werante Yu Mag yi: Xareb bi ci Tekki-tekki Kàddug Yonent yi ci Biir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Ñu jëkk a wax nu ne, “xuloo yu yàgg” dinañu leen dekkal ci fan yu mujj yi.</w:t>
      </w:r>
    </w:p>
    <w:p>
      <w:pPr>
        <w:pStyle w:val="ArticleScripture"/>
        <w:jc w:val="left"/>
      </w:pPr>
      <w:r>
        <w:rPr>
          <w:rFonts w:ascii="Times New Roman" w:hAnsi="Times New Roman" w:eastAsia="Times New Roman" w:cs="Times New Roman"/>
        </w:rPr>
        <w:t>“Ci biir jaar-jaaram ak ci waxu yonent yi, Kàddug Yàlla day wone xulóo gu yàgg te sax diggante dëgg ak juumte. Xulóo googu ba tey mungi dox. Yëf yi xewoon, dinañu dellu xewaat. Werante yu yàgg ya dinañu dekkatiwaat, te xalaat yu bees yi di jóge saa su nekk.” Selected Messages, téere 2, 109.</w:t>
      </w:r>
    </w:p>
    <w:p>
      <w:pPr>
        <w:pStyle w:val="ArticleBody"/>
        <w:jc w:val="left"/>
      </w:pPr>
      <w:r>
        <w:rPr>
          <w:rFonts w:ascii="Times New Roman" w:hAnsi="Times New Roman" w:eastAsia="Times New Roman" w:cs="Times New Roman"/>
        </w:rPr>
        <w:t>Ci lu ba noppi yuuma yu nekkoon ay jëfandikoo bu Seytaane ngir yàq wàllu Room bu Fekk, ndaxte Roomu Papa bu fan yu mujj yi mooy taxawal peeñ mi. Am na ay misaal yu bare ci jaar-jaari taariixu Adventisme buy wone dëgg gii. Bii njëkk mooy werante gi nekkoon diggante Protestan yi ak Millerite yi, ni ñu ko tektale woon ci karta pionieer bu 1843 bi. Benn rekk a nekk ci karta pionieer bu sell bu 1843 bi, bi “Boroom bi jiitewoon te waru ko soppi,” te nekkul woon jëfekaayu dëggu kàddu Yàlla gu jub ci waxu yonent yi, mooy tektaleg werante gi diggante Millerite yi ak Protestan yi ci jamono jooju. Protestan yi doon ràññee ne “sàcc yi ci sa nit ñi” ci Daniel saar 11, aaya 14, mooy Antiochus Epiphanes, waaye Millerite yi xamoon nañu ne mooy Room.</w:t>
      </w:r>
    </w:p>
    <w:p>
      <w:pPr>
        <w:pStyle w:val="ArticleScripture"/>
        <w:jc w:val="left"/>
      </w:pPr>
      <w:r>
        <w:rPr>
          <w:rFonts w:ascii="Times New Roman" w:hAnsi="Times New Roman" w:eastAsia="Times New Roman" w:cs="Times New Roman"/>
        </w:rPr>
        <w:t>“164 Deeñu Antiochus Epiphanes, moom nag, ci dëgg-dëgg, taxawul ci wër Buur bi ëpp buur yépp, ndax dafa dee woon 164 at laata Buur bi ëpp buur yépp juddu.” 1843 Pioneer Chart.</w:t>
      </w:r>
    </w:p>
    <w:p>
      <w:pPr>
        <w:pStyle w:val="ArticleBody"/>
        <w:jc w:val="left"/>
      </w:pPr>
      <w:r>
        <w:rPr>
          <w:rFonts w:ascii="Times New Roman" w:hAnsi="Times New Roman" w:eastAsia="Times New Roman" w:cs="Times New Roman"/>
        </w:rPr>
        <w:t>Gannaaw loolu am na woon werante bi nekk ci diggante James White ak Uriah Smith ci mbirum ñaari wax ji jub ci kan mooy “buur bu bëj-gànnaar” bi ci Daniel ayu-benn fukk ak benn. James dafa nekkoon ci dëgg bi mu jàppalee ne “buur bu bëj-gànnaar” bi ci aaya yu mujj yi ci Daniel 11 mooy Room gu paapal gi, walla ni ma koy woowe, Room gu jamono jii. Smith jàppe woon ne “buur bu bëj-gànnaar” bi ci Daniel 11:36 mooy Farãs gu weddi Yàlla.</w:t>
      </w:r>
    </w:p>
    <w:p>
      <w:pPr>
        <w:pStyle w:val="ArticleScripture"/>
        <w:jc w:val="left"/>
      </w:pPr>
      <w:r>
        <w:rPr>
          <w:rFonts w:ascii="Times New Roman" w:hAnsi="Times New Roman" w:eastAsia="Times New Roman" w:cs="Times New Roman"/>
        </w:rPr>
        <w:t>“AAYA 36. Te buur bi dina def ni ko neex; dina yékkati boppam, màggal boppam ci kaw bépp yàlla, te dina wax ay wax yu yéeme ci lëf Yàlla ju kaw yàlla yi; te dina jàmm ba mer gu réy ga mat, ndaxte li ñu dogal dees na ko def.</w:t>
      </w:r>
    </w:p>
    <w:p>
      <w:pPr>
        <w:pStyle w:val="ArticleScripture"/>
        <w:jc w:val="left"/>
      </w:pPr>
      <w:r>
        <w:rPr>
          <w:rFonts w:ascii="Times New Roman" w:hAnsi="Times New Roman" w:eastAsia="Times New Roman" w:cs="Times New Roman"/>
        </w:rPr>
        <w:t>“Buur bi fii jëfandikoo, mënul nekk doole ji benn ak bi mujj ñu waxoon; maanaam, doole bu paapal bi; ndaxte melokaani yi deesu ànd bu ñu leen di jëfandikoo ci doole boobu.” Uriah Smith, Daniel and the Revelation, 292.</w:t>
      </w:r>
    </w:p>
    <w:p>
      <w:pPr>
        <w:pStyle w:val="ArticleBody"/>
        <w:jc w:val="left"/>
      </w:pPr>
      <w:r>
        <w:rPr>
          <w:rFonts w:ascii="Times New Roman" w:hAnsi="Times New Roman" w:eastAsia="Times New Roman" w:cs="Times New Roman"/>
        </w:rPr>
        <w:t>Bi Smith yokk sunu “tekki tekki firi tekktal” bi baat bi mu waxoon ne, “Buur bi ñu fi dugalul mënul tekki benn doole bi ñu mujj wax ci moom; maanaam, doole papal bi; ndaxte melokaan yi duñu ànd bu ñu ko jëfe ci doole boobu.” Kàddu Yàlla masul a yàqu, te ci yoonu njàng mi itam dafay jubadi ngir jëfandikoo xalaatu nit ngir weddi melokaanu njàng mi leer neex ci kàddu gi. Aaya bi ne “te buur bi,” te loolu dafay laaj ne buur bi ñuy firi mooy benn buur bi ñu wone woon ci wàllu wax ji weesu. Amul benn firnde buy wone ne ab buur bu bees amna, te Smith moom ci boppam dëggal na ne “benn doole bi ñu mujj wax ci moom” mooy “doole papal bi.” Moom ci téereem nangu na ne dale ci aaya fanweeri-benn ba ci aaya fanweeri-juróom mooy doole papal bi, te ndax amul benn firnde ci yoonu njàng mi buy tegtal buur bu bees ci aaya fanweeri-juróom-benn, mu ngi rekk werante ne aaya yi topp aaya fanweeri-juróom duñu wone melokaan yi yonent bi wax ci doole papal bi. Kon nag, dafay dugal xalaatam ci Frãs.</w:t>
      </w:r>
    </w:p>
    <w:p>
      <w:pPr>
        <w:pStyle w:val="ArticleBody"/>
        <w:jc w:val="left"/>
      </w:pPr>
      <w:r>
        <w:rPr>
          <w:rFonts w:ascii="Times New Roman" w:hAnsi="Times New Roman" w:eastAsia="Times New Roman" w:cs="Times New Roman"/>
        </w:rPr>
        <w:t>Bi Smith di jàngale aayaat ñaar-fukk ak benn, ndax jëfandikoom bu baaxul ci kàddug waxu Yàlla, bi mu tabaxee ci tekkitalam bu boppam, dafa ko tax mu ràññee am na xare ñetti wàll, te ci ay xalaatam rekk mu jàpp buur bu bëj-gànnaar mooy Misra, mi ci aaya bi “bëgg a dàq” Farãs, te Turki bi mu jàppee ne mooy buur bu bëj-saalum, moom itam dafa ñëw ci kaw Farãs. Tekkitalu nit boobu yokkute tabax na misaal bu waxu Yàlla gu tax Smith di jàppee Armageddoŋ bu dëggu, fa Turki di dox jëm Yerusalem, loolu di màndargaal jeexitalu waxtu ngir nit yi seetaan seen yoon, ba Mikayel taxaw. Ci jaar-jaari téere yu bare ci mboolem jaar-jaaru Adventisme, ñu bind nañu leen bu baax ngir jëmmale sikkalug njuumte gi ci jëfandikoo boobu.</w:t>
      </w:r>
    </w:p>
    <w:p>
      <w:pPr>
        <w:pStyle w:val="ArticleBody"/>
        <w:jc w:val="left"/>
      </w:pPr>
      <w:r>
        <w:rPr>
          <w:rFonts w:ascii="Times New Roman" w:hAnsi="Times New Roman" w:eastAsia="Times New Roman" w:cs="Times New Roman"/>
        </w:rPr>
        <w:t>Dund waxtu bii mooy jëfandikookat bii wax ci njariñ yi fekk ci xalaatu boppam bu Uriah Smith, waaye rekk ngir xamale werante gi toppoon ba mu tàmbalee yégle xalaatu boppam boobu; ndaxte bi James White weddee gis-gisam gu jubadi, loolu nekkat itam benn yoon wu bees ci werante yi ci Adventism, fa ñu doon xunxal xam-xam bu jaar yoon ci kennug Room ak jëfandikoo gu dul dëgg.</w:t>
      </w:r>
    </w:p>
    <w:p>
      <w:pPr>
        <w:pStyle w:val="ArticleBody"/>
        <w:jc w:val="left"/>
      </w:pPr>
      <w:r>
        <w:rPr>
          <w:rFonts w:ascii="Times New Roman" w:hAnsi="Times New Roman" w:eastAsia="Times New Roman" w:cs="Times New Roman"/>
        </w:rPr>
        <w:t>Am na itamoonoon ci werante yu yàgg ci mbirum “bu bés bi” ci téereb Daniel, ba Laodiseeñu Adventism jël gis-gisu Protestaa yu gàddoon te di firi “bu bés bi” ci téereb Daniel ne mooy liggéeyu Kirist ci kër-yàlla gu sell gi, di weddi dëggu sas wi taxaw bu leer ne “bu bés bi” dafa doon màndarga Room gu bokk ci ñaawtéef.</w:t>
      </w:r>
    </w:p>
    <w:p>
      <w:pPr>
        <w:pStyle w:val="ArticleScripture"/>
        <w:jc w:val="left"/>
      </w:pPr>
      <w:r>
        <w:rPr>
          <w:rFonts w:ascii="Times New Roman" w:hAnsi="Times New Roman" w:eastAsia="Times New Roman" w:cs="Times New Roman"/>
        </w:rPr>
        <w:t>«Gannaaw loolu ma gis ci mbirum “bés bu nekk” bi (Daniel 8:12) ne baat bi ñuy wax “sarax” yokk na ko xelinu nit, te bokkul ci mbind mi, te Boroom bi moo jox gis-gis bu jub ci moom ñi yégle woon yuuxu waxtu àtte bi. Bi benn bokk nekkoon, bala 1844, lu ëpp ci ñoom dañoo bennoon ci gis-gis bu jub ci “bés bu nekk” bi; waaye ci jaxasoo gi am gannaaw 1844, yeneen gis-gis lañu nangu, te lëndëm ak jaxasoo topp ci. Waxtu nekkul woon nattu gannaaw 1844, te du delluati mukk nekk nattu.» Early Writings, 74.</w:t>
      </w:r>
    </w:p>
    <w:p>
      <w:pPr>
        <w:pStyle w:val="ArticleBody"/>
        <w:jc w:val="left"/>
      </w:pPr>
      <w:r>
        <w:rPr>
          <w:rFonts w:ascii="Times New Roman" w:hAnsi="Times New Roman" w:eastAsia="Times New Roman" w:cs="Times New Roman"/>
        </w:rPr>
        <w:t>Ci jamono mujj, ci atum 1989, ba ñu ubbee juróom-benn ak juróom-ñaari aaya yu mujj yi ci Daaniyel fukk ak benn, buur bu bëj-gànnaaru bi dañu ko xamoon ne mooy Room gu paapal, ni ko James White jëfandikoo woon bu njëkk ci xulooam ak Uriah Smith. White dafa jëfandikoo woon yoonu “rëdd ci kaw rëdd” bi muy tontu njuumteb Smith. White waxoon ne bu kàttan gu mujj gi ñu teewal ci Daaniyel ñaar, ak kàttan gu mujj gi ñu teewal ci Daaniyel juróom-ñaari, ak kàttan gu mujj gi ñu teewal ci Daaniyel juróom-ñett, yépp di Room, kon ci ñetti rëddi seede, kàttan gi dikk ba ag mujjam ci Daaniyel fukk ak benn mooy Room, waaye du li Smith waxoon ne mooy Tirki.</w:t>
      </w:r>
    </w:p>
    <w:p>
      <w:pPr>
        <w:pStyle w:val="ArticleBody"/>
        <w:jc w:val="left"/>
      </w:pPr>
      <w:r>
        <w:rPr>
          <w:rFonts w:ascii="Times New Roman" w:hAnsi="Times New Roman" w:eastAsia="Times New Roman" w:cs="Times New Roman"/>
        </w:rPr>
        <w:t>Mëtu yonent buy ñetteel malaaka mi tambalee ci atum 1989, dafa daje ak werante bu jëm ci Yoel saar bi jëkk, lu gannaaw 11 Septàmbar 2001. Ci juróomi aaya yu jëkk ya, ñaari seede, njëkk mooy maas yi, topp it mooy suuf-saay yi, dañuy xamale yàqute gu yokk ndànk ndànk gu Room indi ci kaw Adventism. “Ndiif ya” ci waxi yoonent, ni Esayi waxe, ñooy “nit ñi di ñaawal tey nguuru Yerusalem.” Dañuy yewu ci ñetteelu maas bi te mujj ba noppi. Yàqute googu gu yokk ndànk ndànk, yàqute gu xel la, ndaxte Yerusalem bu fan yu mujj la waxal, te dale na ci réerug atum 1863 ba ñëw, Adventist yu juróom-ñaareelu fan yi ci Laodise dañoo naan ndànk ndànk ci njàngale yi Room.</w:t>
      </w:r>
    </w:p>
    <w:p>
      <w:pPr>
        <w:pStyle w:val="ArticleScripture"/>
        <w:jc w:val="left"/>
      </w:pPr>
      <w:r>
        <w:rPr>
          <w:rFonts w:ascii="Times New Roman" w:hAnsi="Times New Roman" w:eastAsia="Times New Roman" w:cs="Times New Roman"/>
        </w:rPr>
        <w:t>Kàddu Boroom bi mi ñëw ci Yowel doomu Petuwel. Dégluleen lii, yéen mag ñi, te dégluleen bu baax, yéen ñépp aji dëkk réew mi. Ndax lu mel nii amoon na ci seen fan yi, mbaa sax ci fan yu seen baay yi? Waxleen ko seen doom yi, te na seen doom yi wax ko seen doom yi, te seen doom yi itam ci beneen maas. Li ñaaw bu njëkk bi bàyyi, mbind mi lekk na ko; te li mbind mi bàyyi, ñaaw bu topp bi lekk na ko; te li ñaaw bu topp bi bàyyi, beneen ñaaw bi lekk na ko. Yéen màndiŋkat yi, xippileen te jooy; te yéen ñépp naan naaj wi, yuuxuleen ndax biiñ bu bees bi, ndax dagg nañu ko ci seen gémmiñ. Yowel 1:1–5.</w:t>
      </w:r>
    </w:p>
    <w:p>
      <w:pPr>
        <w:pStyle w:val="ArticleBody"/>
        <w:jc w:val="left"/>
      </w:pPr>
      <w:r>
        <w:rPr>
          <w:rFonts w:ascii="Times New Roman" w:hAnsi="Times New Roman" w:eastAsia="Times New Roman" w:cs="Times New Roman"/>
        </w:rPr>
        <w:t>Gannaaw yu réy yu New York City bi daanu, xamoon nañu ne ndoxum taw bi mujj bi tambalee woon “wërsëg”, te xulóo bi ci Habakkuk saar ñaareel bi, bi amoon yoon ci jaar-jaaru Millerite, dellu naat a tambali. Xulóo boobu moo doon ci mbirum yoonu waxeeb yonent yi bu jub.</w:t>
      </w:r>
    </w:p>
    <w:p>
      <w:pPr>
        <w:pStyle w:val="ArticleScripture"/>
        <w:jc w:val="left"/>
      </w:pPr>
      <w:r>
        <w:rPr>
          <w:rFonts w:ascii="Times New Roman" w:hAnsi="Times New Roman" w:eastAsia="Times New Roman" w:cs="Times New Roman"/>
        </w:rPr>
        <w:t>Dinaa taxawal ci samay wottu, te teguma sama bopp ci kër gu kawe gi; dinaa xool ngir gis li mu may wax, ak li ma war a tontu bu ma yeddalee. Noonu Aji Sax ji tontu ma ne ma: “Bindal peeñ mi, te leerale ko ci pataas yi, ngir ku koy jàng mën a daw ak moom. Ndaxte peeñ mooma am na jamono jooñu; waaye ci mujj gi dina wax, te du fen; bu yàggée sax, xaaral ko, ndaxte dina ñëw dëgg-dëgg, du yàggat. Xoolal, ki xolam réy ci moom bopp, jubul ci biiram; waaye aji jub ji, ci ngëmam la dundee. Rax-ci-dolli, ndax dafa bàkkaarale ci biiñ, nit ku réy la, du des ci kërëm; dafa yaatal bëgg-bëggam ni safara, te mel ni dee, te du fees mukk; dafa dajale ci boppam xeet yépp, te dajale ci moom nit ñépp.” Habakkuk 2:1–5.</w:t>
      </w:r>
    </w:p>
    <w:p>
      <w:pPr>
        <w:pStyle w:val="ArticleBody"/>
        <w:jc w:val="left"/>
      </w:pPr>
      <w:r>
        <w:rPr>
          <w:rFonts w:ascii="Times New Roman" w:hAnsi="Times New Roman" w:eastAsia="Times New Roman" w:cs="Times New Roman"/>
        </w:rPr>
        <w:t>Nattu Abakuk ñaar dafa teqale woon nattu yokkute gi ñu tudde benn téeméeri ak ñeent-fukk ak ñeent-junni, mi tàmbalee bi malaaka bu mag bi ci Peeñu xët 18 wàccee ci bésub 11 Septàmbar 2001. Ba noppi, waxtaanu werante tàmbali na ci diggante ñi taxawoon ci ndombo yi Adventism, yi ñu teqale ci kërgi àddinaak ay jëkkërkat yi ci kart bu njëkk ba 1843, ak ñi ci Abakuk tooñ “ndax biiñ,” te ñoom ñooy “naan-kat yi” ci Yoel, ñi “yeewe,” waaye ngir “biiñ bu bees bi” dagganteek seen “gémmiñ.”</w:t>
      </w:r>
    </w:p>
    <w:p>
      <w:pPr>
        <w:pStyle w:val="ArticleBody"/>
        <w:jc w:val="left"/>
      </w:pPr>
      <w:r>
        <w:rPr>
          <w:rFonts w:ascii="Times New Roman" w:hAnsi="Times New Roman" w:eastAsia="Times New Roman" w:cs="Times New Roman"/>
        </w:rPr>
        <w:t>Baatu Ebere “reproved” bi nekk ci saar bu njëkk bi tekki na “werante ak”. Werante wi ñu joxoon way-wottu Millerite yi, dañu ko wone woon ci këraleg ji ñuy wax këraleg pionieer 1843, gi ñu sosoon ci weeru Mee 1842 ngir matal ay aaya yooyu. Benn xeetu nit, ñi dundooon ci seen ngëm, nekkoon nañu ci werante ci mbir yégleb dëggu jamono jii ci kàddu yoonu waxeeb Yàlla ngir waxtu woowu, ak baneen xeet buy bàkkaar ndax biiñ. Ñooñu la Joel wax ne ay màndiŋ, ñuy yeewu gis ne biiñ bi — misaalu njàngale — dagg nañu ko ci seen gémmiñ. Ñooñu itam ñoo di màndiŋi Efrayim yi ci Esayi, ñiy yilif Yerusalem te mënuñu a xam téere bi ñu tàyyi.</w:t>
      </w:r>
    </w:p>
    <w:p>
      <w:pPr>
        <w:pStyle w:val="ArticleScripture"/>
        <w:jc w:val="left"/>
      </w:pPr>
      <w:r>
        <w:rPr>
          <w:rFonts w:ascii="Times New Roman" w:hAnsi="Times New Roman" w:eastAsia="Times New Roman" w:cs="Times New Roman"/>
        </w:rPr>
        <w:t>Ay yëngoo ci kaalag réy ba, ci ñi màndi ci Efrayim, ñoom ñi seen taaru ndam di tóor-tóor mel ni tóor-tóoru tóor buy wow, te nekk ci kaw xol yi yaatu, garab yi diiw, yu ñi biiñ ci biiñ tàggat! Xoolleen, Boroom bi am na ku dëgër te am kàttan, miy mel ni ngelaw gu metti ak taw xorom-buy yàq, mel ni ndox mu bari, ndox mu am doole buy daldi xëb ba fëx, dina ko sànni suuf ak loxoom. Kaalag réy ba, ñi màndi ci Efrayim, dees na leen jàppandikoo tànk.... Taxawleen, te waaru; xaacu-leen, te xaacu: màndoo nañu, waaye du ndax biiñ; diir nañu, waaye du ndax naan gu tar.... Moo tax dégleen kàddug Boroom bi, yéen góor ñi di ñaawal, ñiy nguuru mbooloo mii nekk Yerusalem. Ndaxte Boroom bi sotti na ci yéen xel mu nelaw gu xóot, te tëj na seen bët: yonent yi ak seen njiit yi, gisakat yi, mu muur leen. Te peeñug lépp nekk na ci yéen mel ni waxi téere bu tëj, bu nit ñi di jox ku jàng, naan ko: “Jàngal ma lii, maa ngi lay ñaan.” Mu tontu naan: “Manuma ko, ndaxte tëj na.” Te téere bi dees ko jox itam ku bañ a jàng, naan ko: “Jàngal ma lii, maa ngi lay ñaan.” Mu tontu naan: “Jànguma.” Esayi 28:1–3, 14; 29:9–12.</w:t>
      </w:r>
    </w:p>
    <w:p>
      <w:pPr>
        <w:pStyle w:val="ArticleBody"/>
        <w:jc w:val="left"/>
      </w:pPr>
      <w:r>
        <w:rPr>
          <w:rFonts w:ascii="Times New Roman" w:hAnsi="Times New Roman" w:eastAsia="Times New Roman" w:cs="Times New Roman"/>
        </w:rPr>
        <w:t>Jëfandikoo bu Habakkuk bi diggante nandikat Éfraïm ak ñi dox ci ngëm ci Kàddu Yàlla buy wax lu war a xew, moom lañu xàjjal ci wérgu-yoon ak yoonu jëfandikoo wu baax ak wu baaxul ci seede Isaaya, ndaxte Isaaya moo xamle ne mooy yoonu “rëdd ci kaw rëdd” mi tax nandikat yi daanu te dugg ci kóllërebu dee.</w:t>
      </w:r>
    </w:p>
    <w:p>
      <w:pPr>
        <w:pStyle w:val="ArticleScripture"/>
        <w:jc w:val="left"/>
      </w:pPr>
      <w:r>
        <w:rPr>
          <w:rFonts w:ascii="Times New Roman" w:hAnsi="Times New Roman" w:eastAsia="Times New Roman" w:cs="Times New Roman"/>
        </w:rPr>
        <w:t>Waaye ñoom itam, dañoo réer ndax biiñ, te ndax naan bu tar dañoo wéy; saraxalekat bi ak yonent bi dañoo réer ndax naan bu tar, biiñ moo leen xuum, dañoo wéy ndax naan bu tar; dañoo réer ci gis-gis, te dañoo tàq ci àtte. Ndaxte bànqaas yépp fees nañu ak màtt ak sobe ba kenn xàjjaat set nekkatul. Kan la muy jàngal xam-xam? te kan la muy may xam njàngale? ndax ñi ñu dindiwul meew mi, te ñu weesu ci dënn ya? Ndaxte sàrt war na nekk ci kaw sàrt, sàrt ci kaw sàrt; rëdd ci kaw rëdd, rëdd ci kaw rëdd; fii tuuti, fa it tuuti: Ndaxte ak tuuti baat yu jéggi te ak làkk wu wuute lay wax ak xeet wii. Ñi mu waxoon ne leen: Lii mooy noflaay bi ngeen di ci noppaliku ñi sonn; te lii mooy féexal gi: waaye bëgguñu woon déglu. Waaye kàddu Aji Sax ji nekkoon na ci ñoom sàrt ci kaw sàrt, sàrt ci kaw sàrt; rëdd ci kaw rëdd, rëdd ci kaw rëdd; fii tuuti, fa it tuuti; ngir ñu dem, daldi daanu ginnaaw, te damm, te jàppandi, te ñu jàpp leen. Moo tax dégluleen kàddu Aji Sax ji, yéen nit ñi di ree, yéen ñiy yilif xeet wii nekk Yerusalem. Ndaxte ngeen wax ne: Nun def na nu kóllëre ak dee, te ak safara nu ànd ci déggoo; bu yar bu di xëw di jaar, du ñëw ci sunu kaw; ndaxte fen def na nu sunu làqukaay, te suufu ndubul nu nëbb sunu bopp. Esayi 28:7–15.</w:t>
      </w:r>
    </w:p>
    <w:p>
      <w:pPr>
        <w:pStyle w:val="ArticleBody"/>
        <w:jc w:val="left"/>
      </w:pPr>
      <w:r>
        <w:rPr>
          <w:rFonts w:ascii="Times New Roman" w:hAnsi="Times New Roman" w:eastAsia="Times New Roman" w:cs="Times New Roman"/>
        </w:rPr>
        <w:t>Noonu Esayi mi ngi wax li Yàlla defoon ci juumteb Abakuk, te loolu mooy li waroon indi àtteb yoon ci kaw naan-kat yi; te moo doon doj yu njëkk, “juróom-ñaari yoon yi” yi nekk ci Léwitek ñaar-fukk ak juróom-benn, te mooy njëkk yoon ci kàddug wax ci kanam yu Jibril ak malaaka yi yóbbuwoon William Miller mu xam ko.</w:t>
      </w:r>
    </w:p>
    <w:p>
      <w:pPr>
        <w:pStyle w:val="ArticleScripture"/>
        <w:jc w:val="left"/>
      </w:pPr>
      <w:r>
        <w:rPr>
          <w:rFonts w:ascii="Times New Roman" w:hAnsi="Times New Roman" w:eastAsia="Times New Roman" w:cs="Times New Roman"/>
        </w:rPr>
        <w:t>Moo tax, nii la Boroom bi waxee ne: Seetal, maa ngi samp ci Siyon ab doj ngir nekk fondama, doj bu ñu wóor, doj bu am njariñ, dojub xonq wu jafe-jafe, fondama wu wóor; ku gëm du gaaw. Te itam dinaa teg àtte ci rëdd, ak njub ci filàmbu sàkk; te tawub xeer dina leeral dalub fen, ndox yi diir kër ga ñuy dencu. Te seen kóllëre ak dee dina ñu ko faramfacce, te seen wax-dëggante ak safara du taxaw; bu mbugal mu yàqu, muy daw ba fees, dee jaar, kon dees na leen taccu ci suuf ci moom. Isaaya 28:16–18.</w:t>
      </w:r>
    </w:p>
    <w:p>
      <w:pPr>
        <w:pStyle w:val="ArticleBody"/>
        <w:jc w:val="left"/>
      </w:pPr>
      <w:r>
        <w:rPr>
          <w:rFonts w:ascii="Times New Roman" w:hAnsi="Times New Roman" w:eastAsia="Times New Roman" w:cs="Times New Roman"/>
        </w:rPr>
        <w:t>Gannaawul Yàlla gindiwaat ay nitam ci yoon yu mag ya, tambalee ci 11 Septambar 2001, amoon na ab kurél gu bokkoon ci yokkute gi te dogal ne ñeenti insect yi ci Yoel dañuy tekki Islaam bu ñetteelu musiba bi. Ba metodoloji bu “rëdd ci rëdd” ubbikoo woon nit ñi Yàlla ci jamono ju mujj jooju, ab sàrtu waxu Yàlla bu am solo dafa fees. Sàrt boobu mooy jëfandikoo yonneeji kàddu gi ñetti yoon, te kurél gi dogaloon ne ñeenti maas yi ci Yoel dañuy tekki Islaam bu ñetteelu musiba bi, dafa jëfandikoo sàrtu jëfandikoo yonneeji kàddu gi ñetti yoon ci anam bu jubul ngir taxaw ci seen jëfandikoo bu baaxul.</w:t>
      </w:r>
    </w:p>
    <w:p>
      <w:pPr>
        <w:pStyle w:val="ArticleBody"/>
        <w:jc w:val="left"/>
      </w:pPr>
      <w:r>
        <w:rPr>
          <w:rFonts w:ascii="Times New Roman" w:hAnsi="Times New Roman" w:eastAsia="Times New Roman" w:cs="Times New Roman"/>
        </w:rPr>
        <w:t>Gannaaw jamono 2014, dañu may Seytaane mu dugg ci yëngu-yëngubii ak ajanda “woke” bu jëm ci góor ak góor, mi jóge ci Réewum Bërëtaañ gu Mag ak Australie, te mu samp seeni xare ci kaw tekki gu dul dëggu gu jaar ci jaar-jaari taarix bi ñu teewal ci Daniel sarax 11, aaya 1 ba 15. Njiiti yëf yiy taxaw ngir góor ak góor, yi dugg ci biir yëngu-yëngubii te xeex ko, ci mujj dañuy wax ne Advanthism war na xaalis njéggal baab yu Room, ndaxte dafa mel ni moo def woon jiiñ yu dul dëgg ci Antekiris bi, mooy baab yu Room. Njariñu xare bii mooy rey yëngu-yëngubii, te rawatina ngir jur jaaxle ci boppam ci kàddu googu (Daniel 11:1–15) fi ñuy xàmmee “saccat yi ci sa askan wi.”</w:t>
      </w:r>
    </w:p>
    <w:p>
      <w:pPr>
        <w:pStyle w:val="ArticleBody"/>
        <w:jc w:val="left"/>
      </w:pPr>
      <w:r>
        <w:rPr>
          <w:rFonts w:ascii="Times New Roman" w:hAnsi="Times New Roman" w:eastAsia="Times New Roman" w:cs="Times New Roman"/>
        </w:rPr>
        <w:t>Xulóo yi lépp nekkoon jéem ngir Seytaane jaxase màndargay Roomu paapal bi. Amsul dara lu bees ci suuf si, ni ko waxee nit ki gën a xamoon te mas a dund. Tey itam, werante bi delsi na ci ndigalu Room, miñu màndargaal ci wax ji ne “sàcciy say nit”. Firiin gu bees gi te sëq boppam day wax ne “sàcciy say nit” mooy Etazini, te ci loolu dafa mel ni xamuñu ne loolu mooy benn werante ak bi njëkk bi nekkoon diggante Millerite yi ak Protestaŋ yi, ak wax ju yàgg jiy ñaawlu ci bindkat bu juróom-benn-fukki at yi, John Heywood, buy wax ne: “Amuñu kenn ñu gëna gumb ñiy bañ a gis.” Am na beneen soppiwum waxam bi ne: “Amuñu kenn ñu gëna dëgg-degg ñiy bañ a dégg.” Li ëpp solo mooy ne ñu bari xamuñu sax ne wax jooju dees na ko ñaawlu ci Heywood, te it xamuñu ne waxu Heywood boobu jógé na ci xët yi ci Biibël bi, mel ni yi ñuy gis ci Yeremi ak Esayi, te Yeesu delloo ko ci Kóllëre gu Bees gi.</w:t>
      </w:r>
    </w:p>
    <w:p>
      <w:pPr>
        <w:pStyle w:val="ArticleScripture"/>
        <w:jc w:val="left"/>
      </w:pPr>
      <w:r>
        <w:rPr>
          <w:rFonts w:ascii="Times New Roman" w:hAnsi="Times New Roman" w:eastAsia="Times New Roman" w:cs="Times New Roman"/>
        </w:rPr>
        <w:t>Dégluleen léegi lii, yéen xeet wu réy te xamul dara, te amul xel; ngeen am ay bët, waaye gisuleen; ngeen am ay nopp, waaye dégguleen. Jérémie 5:21.</w:t>
      </w:r>
    </w:p>
    <w:p>
      <w:pPr>
        <w:pStyle w:val="ArticleBody"/>
        <w:jc w:val="left"/>
      </w:pPr>
      <w:r>
        <w:rPr>
          <w:rFonts w:ascii="Times New Roman" w:hAnsi="Times New Roman" w:eastAsia="Times New Roman" w:cs="Times New Roman"/>
        </w:rPr>
        <w:t>Ñi melni “ñaawteef yi” ak “janq yu doyadiwul yi” yu Macë yu amul xam-xam ci “gëna yaatu xam-xam bi”. Gëna yaatu xam-xam bi ci atum 1989 mooy, ci lu ëpp solo, dëggal ne juróom-benn ci juróom-ñaar aaya yu mujj yi ci Daniel saar fukki benn dëyëral nañu jóg gu mujj ak daanu gu mujj gu kàttanu paap bi, walla ni ma ko tuddee, Room bu Bees bi. Aayayi dañuy tegtal États-Unis, waaye rekk ci jëfandikoo ak digganteg États-Unis ak kàttanu paap bi. “Ñaawteef yi” ak “janq yu doyadiwul yi” dañu leen juutoo ak “boroom xel yi”, te boroom xel yu jamono yu mujj yi am nañu xam-xam ci gëna yaatu xam-xam bi ci 1989. Janq yu doyadiwul yi mooy ñi am bët, waaye gisulñu, te am nopp, waaye dégguñu.</w:t>
      </w:r>
    </w:p>
    <w:p>
      <w:pPr>
        <w:pStyle w:val="ArticleScripture"/>
        <w:jc w:val="left"/>
      </w:pPr>
      <w:r>
        <w:rPr>
          <w:rFonts w:ascii="Times New Roman" w:hAnsi="Times New Roman" w:eastAsia="Times New Roman" w:cs="Times New Roman"/>
        </w:rPr>
        <w:t>Te itam ma déggoo baatub Boroom bi, mu ne: Kan laay yónni, te kan mooy demal nu? Noonu ma ne: Maa ngi fii; yónni ma. Mu ne: Demal, waxal xeet wii ne: Dégg ngeen dégg waaye xamuleen; gis ngeen gis waaye seetuleen. Defal xolu xeet wii mu diis, te defal seeni nopp yu tar, te tëj seeni bët; ngir bañ ñu gis ak seeni bët, te dégg ak seeni nopp, te xam ak seen xol, te dellu, te ñu wéral leen. Isaiah 6:8–10.</w:t>
      </w:r>
    </w:p>
    <w:p>
      <w:pPr>
        <w:pStyle w:val="ArticleBody"/>
        <w:jc w:val="left"/>
      </w:pPr>
      <w:r>
        <w:rPr>
          <w:rFonts w:ascii="Times New Roman" w:hAnsi="Times New Roman" w:eastAsia="Times New Roman" w:cs="Times New Roman"/>
        </w:rPr>
        <w:t>Nit ñi ñuy waxal ci Isaaya sar 6, ñooy ñi di wax ne ñoom nekk nañu ci yëgle gu “dëggu jamono jii”, gi agsi woon 11 Suwee 2001, ndaxte Isaaya 6 di mel ne xët wi am na ba “suuf si fees dell ak ndamu Boroom bi”. Suuf si leer na ak ndamu Yàlla bi ba malaakam Peeñu 18 wàccee, bi tabax yu mag yi nekk dëkku New York ñu daane ko ci benn laal bu joge ci Yàlla.</w:t>
      </w:r>
    </w:p>
    <w:p>
      <w:pPr>
        <w:pStyle w:val="ArticleScripture"/>
        <w:jc w:val="left"/>
      </w:pPr>
      <w:r>
        <w:rPr>
          <w:rFonts w:ascii="Times New Roman" w:hAnsi="Times New Roman" w:eastAsia="Times New Roman" w:cs="Times New Roman"/>
        </w:rPr>
        <w:t>Ci atum buur Oosiyas dee, gis naa Boroom bi mu toog ci kaw gàngune gu kawe te yéeg, te mbubbam feesal kër Yàlla ga. Ca kawam taxawoon seraafiin ya: kenn ku nekk amoon juróom-benn i xol; ñaar mu muur ci kanamam, ñaar mu muur ci tànkam, te ñaar mu nawee. Kenn di wootee kenn naan: Sell, sell, sell, mooy Aji Boroom màggat yi; suuf si bépp fees na ci ndamam. Te buntu kër ga yëngoo ci baatub ki woo, te kër ga fees dell ak saxaar. Esayi 6:1–4.</w:t>
      </w:r>
    </w:p>
    <w:p>
      <w:pPr>
        <w:pStyle w:val="ArticleBody"/>
        <w:jc w:val="left"/>
      </w:pPr>
      <w:r>
        <w:rPr>
          <w:rFonts w:ascii="Times New Roman" w:hAnsi="Times New Roman" w:eastAsia="Times New Roman" w:cs="Times New Roman"/>
        </w:rPr>
        <w:t>Seriñ Wiit lëkkale yégleb malaaka bi ak xew-xewu màndarga bi muy waxtaan ne, malaaka bi ci Peeñu gi saar fukki juróom-ñett bi moo fees suuf si yépp ak ndamam.</w:t>
      </w:r>
    </w:p>
    <w:p>
      <w:pPr>
        <w:pStyle w:val="ArticleScripture"/>
        <w:jc w:val="left"/>
      </w:pPr>
      <w:r>
        <w:rPr>
          <w:rFonts w:ascii="Times New Roman" w:hAnsi="Times New Roman" w:eastAsia="Times New Roman" w:cs="Times New Roman"/>
        </w:rPr>
        <w:t>«Bi Yàlla nekkoon ci wetu yónnee Esayi ak ndigal ngir ay nitam, Mu jëkk a may yonent bi mu gis ci peeñu bi, ba ci Barabu Sell bi nekk ci biir kër Yàlla ga. Fekk bunt bi ak ràbba wu biir bu kër Yàlla ga dañu mel ni ñu yékkati walla ñu dindi leen, te mayees na ko mu xool biir, ci Barabu Sell bi, fa sax doomu yonent bi mënu fa dugg ak tànkam. Ci kanamam feeñ na ko peeñu Yàlla di toog ci gàngune gu kawe te koweel, fekk yaayam ndamu amoon feesal kër Yàlla ga. Wër gàngune ga amoon na serafen yi, ni ñuy wottu buur bu mag bi, te dañuy wone ndam la leen wër. Bi seen woy yu cant di jolli ak baat yu xóot yu màggal, kenug bunt bi daldi yëngu, mel ni yëngu-yëngu suuf da koy yëngal. Ak tuñ yu bàñ a sobe ci bàkkaar, malaaka yooyu di génne cant yu Yàlla. “Sell, sell, sell, mooy Aji Boroom mbooloom yi,” lañu yuuxu; “suuf si bépp fees na ak ndamam.” [Xoolal Esayi 6:1–8.]»</w:t>
      </w:r>
    </w:p>
    <w:p>
      <w:pPr>
        <w:pStyle w:val="ArticleScripture"/>
        <w:jc w:val="left"/>
      </w:pPr>
      <w:r>
        <w:rPr>
          <w:rFonts w:ascii="Times New Roman" w:hAnsi="Times New Roman" w:eastAsia="Times New Roman" w:cs="Times New Roman"/>
        </w:rPr>
        <w:t>“Sérafin yi mi wër gangune bi fees nañu lool ak ragal gu sell, ba bu ñuy xool ndamu Yàlla, duñu sax benn diir xool seen bopp ak yéem. Seen cant mooy ngir Boroom mbooloom yi. Bi ñuy xool jëm kanam, ba suuf sépp di fees ak ndamam, woy wu ndam li di delloo echo kenn ci kenn ci mbëggeel gu neex, naan: ‘Sell, sell, sell, mooy Boroom mbooloom yi.’” Gospel Workers, 21.</w:t>
      </w:r>
    </w:p>
    <w:p>
      <w:pPr>
        <w:pStyle w:val="ArticleBody"/>
        <w:jc w:val="left"/>
      </w:pPr>
      <w:r>
        <w:rPr>
          <w:rFonts w:ascii="Times New Roman" w:hAnsi="Times New Roman" w:eastAsia="Times New Roman" w:cs="Times New Roman"/>
        </w:rPr>
        <w:t>Esayi, mi ngi doon tegtal nit ñi Yàlla ci jamono jiir bi tàmbalee 11 septembre 2001, joxees na ko ndigal mu yóbbu ab yégle ci xeet wu am bët, waaye tannul gis, te am nopp, waaye tannul dégg. Yeesu, ni Alfa ak Omega, dafa wone mujju jamono jiir gi ci ñaar-fukk ak ñeent-fukk ak ñeent junni ak tàmbali gi. Ci mujje ga, dina amaat yeneen yonnent bu Esayi di tegtal, miy yóbbu ab yégle ci nit ñi tannul gis ak dégg. Yégle googu dina jur setal gu mujj gi ci ñaar-fukk ak ñeent-fukk ak ñeent junni. Yégle gi mooy waxi Dëgg, yi ñuy indi jële ci seede bu yonent Yàlla. Seede bu yonent boobu mooy “peeñ mi”, mi ñuy tabbax ci doole ji ñuy tegtale ne “sàcckat yi bokk ci sa xeet”.</w:t>
      </w:r>
    </w:p>
    <w:p>
      <w:pPr>
        <w:pStyle w:val="ArticleBody"/>
        <w:jc w:val="left"/>
      </w:pPr>
      <w:r>
        <w:rPr>
          <w:rFonts w:ascii="Times New Roman" w:hAnsi="Times New Roman" w:eastAsia="Times New Roman" w:cs="Times New Roman"/>
        </w:rPr>
        <w:t>Ci ñëw bii ci topp, dinanu jël bépp ci yuub yi te teg leen ci seen kow, benn ci kaw benn, ni ay rëdd yu toftalante. Rëddub Millerite bi, rëddub Smith ak White bi, rëddub “daily” bi, rëddub “buur bu bëj-gànnaar” bi ci 1989, rëddub ganaar yi ci Joel, ak yuub bi nu nekk ci tey. Juróom-benn yuub yu yàgg, yu, suñu leen xoolée benn ci kaw benn, di wone bu leer dëggug njëkk ju ñu fésal ci xarit bu njëkk ya ci tablo bu 1843 bi. Dëgg googu mooy ne Rooma mooy “sàcc yi ci sa nit ñi,” ñiy yékkati seen bopp, te ñuy daanu, di tëj vision bi.</w:t>
      </w:r>
    </w:p>
    <w:p>
      <w:pPr>
        <w:pStyle w:val="ArticleScripture"/>
        <w:jc w:val="left"/>
      </w:pPr>
      <w:r>
        <w:rPr>
          <w:rFonts w:ascii="Times New Roman" w:hAnsi="Times New Roman" w:eastAsia="Times New Roman" w:cs="Times New Roman"/>
        </w:rPr>
        <w:t>“Gis naa ne, tabalu 1843 bi Yàlla moo ko jubbale ak loxoom, te waruñu koo soppi; ay lim yi nekkoon ni Mu ko bëggoon; te loxoom dafa nekkoon ci kawam, ba mu nëbb benn njuumte ci yenn lim yi, ba kenn mënu ko gis, ba keraak ba loxoom jëleefee.” Early Writings, 74.</w:t>
      </w:r>
    </w:p>
    <w:p>
      <w:pPr>
        <w:pStyle w:val="ArticleBody"/>
        <w:jc w:val="left"/>
      </w:pPr>
      <w:r>
        <w:rPr>
          <w:rFonts w:ascii="Times New Roman" w:hAnsi="Times New Roman" w:eastAsia="Times New Roman" w:cs="Times New Roman"/>
        </w:rPr>
        <w:t>Bañ dëgg dëgg yi nekk ci sa tablo boobu, mooy bañ benn ci benn ndigal gi Boppu Yàlla jox ci Jaar-jaari Wax ju Yàlla, te tablo boobu dafay wone ne Rooma la, waaye du États-Unis, di taxawal “peeñ mi”, te peeñ moomu mooy peeñ mi Suleymaan di nu jàngale ne su amul “peeñ” moomu, nit ñi Yàlla moom dinañu réer.</w:t>
      </w:r>
    </w:p>
    <w:p>
      <w:pPr>
        <w:pStyle w:val="ArticleScripture"/>
        <w:jc w:val="left"/>
      </w:pPr>
      <w:r>
        <w:rPr>
          <w:rFonts w:ascii="Times New Roman" w:hAnsi="Times New Roman" w:eastAsia="Times New Roman" w:cs="Times New Roman"/>
        </w:rPr>
        <w:t>«Seytaane dafay… di dug cee lu dul dëgg ngir yóbbu nit ñi sore dëgg gi. Njuumte bu mujj bu Seytaane dina doon ngir def ba seedeel Xelu Yàlla amul njariñ. “Fu peeñ gu Sell amul, nit ñi di sànku” (Proverbs 29:18). Seytaane dina liggéey ak xel mu bare, ci anam yu wuute ak jaarale ko ci ay jumtukaay yu wuute, ngir yëngal kóllëre ga askanu Yàlla gu des bi am ci seedeel dëgg gi. »</w:t>
      </w:r>
    </w:p>
    <w:p>
      <w:pPr>
        <w:pStyle w:val="ArticleScripture"/>
        <w:jc w:val="left"/>
      </w:pPr>
      <w:r>
        <w:rPr>
          <w:rFonts w:ascii="Times New Roman" w:hAnsi="Times New Roman" w:eastAsia="Times New Roman" w:cs="Times New Roman"/>
        </w:rPr>
        <w:t>“Dina am nañu taal benn bañ ci Seede yi te mu bokk ci Seytaane. Jëf yi Seytaane di def mooy yëngal ngëmug mbooloy gëmkat yi ci Seede yooyu, ndax lii moo tax: Seytaane manul am yoon wu leer noonu ngir duggale ay naxam, te lëj ruuy yi ci ay naxamteem, su fekkee ne aar yi, yedd yi ak ndigël yi jóge ci Xelum Yàlla dees leen déggal.” Selected Messages, book 1, 48.</w:t>
      </w:r>
    </w:p>
    <w:p>
      <w:pPr>
        <w:pStyle w:val="ArticleScripture"/>
        <w:jc w:val="left"/>
      </w:pPr>
      <w:r>
        <w:rPr>
          <w:rFonts w:ascii="Times New Roman" w:hAnsi="Times New Roman" w:eastAsia="Times New Roman" w:cs="Times New Roman"/>
        </w:rPr>
        <w:t>“Ki gis lu xool lu weesu bëtu, te di jàng xolu nit ñépp, mooy wax ci ñi amoon leer gu réy ne: ‘Ñoom dëgërul te yéemuñu ndax seen tolluwaay gu ànd ak yoon ak seen xaalis gu xel mu sell.’ Waaw, ñoom tànnañu seen yoon yu bopp, te seen bakkan bànneex ci seen ñaawtéef yi. Man it dinaa tànn seen réer, te indi ci ñoom li ñuy ragal; ndax bi ma wooee, kenn tontuwul; bi ma waxee, dégluñu; waaye defnañu lu bon ci sama kanam, te tànn la ma bànneexul.’ ‘Yàlla dina leen yónnee réer gu tar, ngir ñu gëm fen,’ ndaxte ‘nanguwuñu mbëggeelug dëgg, ngir ñu man a mucc,’ ‘waaye bànneex ci njubadi lañu amoon.’ Esaayi 66:3, 4; 2 Tesalonig 2:11, 10, 12.</w:t>
      </w:r>
    </w:p>
    <w:p>
      <w:pPr>
        <w:pStyle w:val="ArticleScripture"/>
        <w:jc w:val="left"/>
      </w:pPr>
      <w:r>
        <w:rPr>
          <w:rFonts w:ascii="Times New Roman" w:hAnsi="Times New Roman" w:eastAsia="Times New Roman" w:cs="Times New Roman"/>
        </w:rPr>
        <w:t>“Jàngalekat bi bëccëg laajoon na: ‘Ban naxte bu gën a tar moo man a nax xel nit, bu mel ni yéen da ngeen di tabax ci fondmaas bu jub te Yàlla nangoo seeni jëf, te ci dëgg-dëgg ngeen di doxal lu bari topp pexey àddina, te di bàkkaar ci Yexowa? Éy, naxte bu mag la, naxte bu yéme la, buy jël xel yi, bi góor ñi xamoon benn yoon dëgg, jàpp melokaanug ragal Yàlla ni mooy ruuhu ak dooleem; bi ñuy foog ne ñooy boroom alal, ne yokk nañu leen ci yëf, te soxla wuñu dara, fekk ci dëgg-dëgg soxla nañu lépp.’” Testimonies, wàll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sos ci gëstu bi — Limuñeenteel Ñeent】</dc:title>
  <dc:subject>Delloosi Werante Yu Mag yi: Xareb bi ci Tekki-tekki Kàddug Yonent yi ci Biir Adventism</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