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sampu gis mooy taxawal peeñ mi — Juróom-ñaareel lim bi</w:t>
      </w:r>
    </w:p>
    <w:p>
      <w:pPr>
        <w:pStyle w:val="ArticleSubtitle"/>
        <w:jc w:val="left"/>
      </w:pPr>
      <w:r>
        <w:rPr>
          <w:rFonts w:ascii="Arial" w:hAnsi="Arial" w:eastAsia="Arial" w:cs="Arial"/>
        </w:rPr>
        <w:t>Fondom suuf: Bañug dëggu yóbbalu ci Añfentis Laodiseeŋ Adventis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Ci mbind mi, nu waxoon nañu baat yii di toppi yu Yeesu.</w:t>
      </w:r>
    </w:p>
    <w:p>
      <w:pPr>
        <w:pStyle w:val="ArticleScripture"/>
        <w:jc w:val="left"/>
      </w:pPr>
      <w:r>
        <w:rPr>
          <w:rFonts w:ascii="Times New Roman" w:hAnsi="Times New Roman" w:eastAsia="Times New Roman" w:cs="Times New Roman"/>
        </w:rPr>
        <w:t>Moytuleen ci yonent yu dul dëgg, yi di ñëw ci yéreyi xar, waaye ci seen biir dañuy gaynde yu xëcc. Dangeen leen a xàm ci seen meññent. Ndax nit ñuy dajale reseñ ci garab gu am dég, walla fig ci xob yu am xeex? Noonu itam, bépp garab gu baax day meññ meññent mu baax; waaye garab gu bon day meññ meññent mu bon. Garab gu baax mënu meññ meññent mu bon; noonu itam garab gu bon mënu meññ meññent mu baax. Bépp garab gu meññul meññent mu baax dañuy ko dagg, sànni ko ci safara. Kon nag, dangeen leen a xàm ci seen meññent. Du képp kuy wax ma ne: “Boroom bi, Boroom bi,” moo di dugg ci nguurug asamaan; waaye kiy def coobarey Sama Baay bi nekk ci asamaan. Ñu bare dinañu ma wax bés boobu ne: “Boroom bi, Boroom bi, ndax waxunu woon ci sa tur? Ndax dàqanu woon seytaane yi ci sa tur? Ndax defunu woon jaloore yu bare ci sa tur?” Su ko defee dinaa leen wax bu leer ne: “Masmay xamuleen; tàgguleen ak man, yéen ñiy def lu bon.” Moo tax képp ku dégg wax jii yu ma wax te di ko def, dinaa ko mengale ak nit ku am xel, moo tabax kërëm ci kaw doj. Taw bi wàcc, ndox mu ngiy dawsi dikk, ngelaw yi wolloosi, dóor kër ga; waaye daanuwul, ndaxte sampoon na ci kaw doj. Waaye képp ku dégg wax jii yu ma wax te du ko def, dinaa ko mengale ak nit ku amul xel, moo tabax kërëm ci suufu suuf. Taw bi wàcc, ndox mu ngiy dawsi dikk, ngelaw yi wolloosi, dóor kër ga; mu daanu, te magoon na lool njàqareem. Macë 7:15–27.</w:t>
      </w:r>
    </w:p>
    <w:p>
      <w:pPr>
        <w:pStyle w:val="ArticleBody"/>
        <w:jc w:val="left"/>
      </w:pPr>
      <w:r>
        <w:rPr>
          <w:rFonts w:ascii="Times New Roman" w:hAnsi="Times New Roman" w:eastAsia="Times New Roman" w:cs="Times New Roman"/>
        </w:rPr>
        <w:t>Bëggug atum 1863 mooy tàmbaliin ngir Adventismu juróom-ñaari fan yi ci jamonoy Laodise tàmbalee tabax fondesioŋ bu dul dëgg ci kaw suuf-suf. Suuf-suf mooy tekki mbirum Seytaane buy tax ñu nangu yeneen xalaat yu bare ci benn yoon, muy wuute ak Xeer wu dëgg ju mat sëkk. Dëgg ju mat sëkk, ñaar seedee ko taxaw, te dëgg yi ñuy tektale ci ñaari kaart yu sell yi Habakkuk, yi Adventism di bàyyi ndànk-ndànk, jëlees nañu leen ci Biibël te Xel mu yégle Kàddu gi dëggal na leen. Dëgg yooyu, dëgg la yu mat sëkk.</w:t>
      </w:r>
    </w:p>
    <w:p>
      <w:pPr>
        <w:pStyle w:val="ArticleScripture"/>
        <w:jc w:val="left"/>
      </w:pPr>
      <w:r>
        <w:rPr>
          <w:rFonts w:ascii="Times New Roman" w:hAnsi="Times New Roman" w:eastAsia="Times New Roman" w:cs="Times New Roman"/>
        </w:rPr>
        <w:t>“Noon bi di wuté jéem a wërël xel yi sunuy mag ak sunuy jigéen ci liggéeyu waajal nit ñi ngir ñu mana taxaw ci fan yii mujj. Ay pexeem ak ay waxin yu réy-réylu dañu leen def ngir jëlé xel yi sore ci ay fitna ak ay warugar waxtu wi. Ñuy jàpp ne leer gi Kirist jóge asamaan ngir indil Yowaana ngir ay nitam amul njariñ lu bare. Ñuy jàngale ne lii di xew-xew yi nekk ci sunu kanam léegi amuñu solo wu doy ngir ñu jot ndimbal wu bees ci seen seetlu. Ñuy sàññi doole dëgg gi jóge asamaan, te ñuy sàcc nit ñi Yàlla seen jaar-jaaram gu weesu, di leen wuutal loolu ak xam-xam gu dul dëgg. ‘Nii la Boroom bi waxe: Taxawleen ci yoon yi, xoolleen, te laajleen yoon yu njëkk yi, fan la yoon wu baax wi nekk, te doxleen ci moom.’ [Jeremiah 6:16.]”</w:t>
      </w:r>
    </w:p>
    <w:p>
      <w:pPr>
        <w:pStyle w:val="ArticleScripture"/>
        <w:jc w:val="left"/>
      </w:pPr>
      <w:r>
        <w:rPr>
          <w:rFonts w:ascii="Times New Roman" w:hAnsi="Times New Roman" w:eastAsia="Times New Roman" w:cs="Times New Roman"/>
        </w:rPr>
        <w:t>“Bu kenn du wuttee yóbbu di yitte yu sunu ngëm,—yitte yi ñu sampuwoon ca njàlbéenu sunu liggéey, jaarale ko ci jàngu Kàddu gi ak ñaan te ci révélaasioŋ. Ci yitte yooyu la nu di tabax lu ëpp juróom-fukki at. Nit ñi mën nañu defe ne gis nañu yoon wu bees, ne man nañu sampu yeneen yitte yu gën a dëgër yi ñu samp ba noppi; waaye loolu nax bu réy la. ‘Ndaxte kenn manul a samp beneen yitte wu dul wi ñu samp ba noppi.’ [1 Corinthians 3:11.] Ca jamono ju wees ja, ñu bare daan nañu jéem a tabax ngëm gu bees, di taxawal ay dogal yu bees; waaye tabax boobu, fan la yàgg? Ci lu gaaw la daanu; ndaxte sampuwoon nañu ko ci kow Xeer wu mag wi.” Testimonies, volume 8, 296–297.</w:t>
      </w:r>
    </w:p>
    <w:p>
      <w:pPr>
        <w:pStyle w:val="ArticleBody"/>
        <w:jc w:val="left"/>
      </w:pPr>
      <w:r>
        <w:rPr>
          <w:rFonts w:ascii="Times New Roman" w:hAnsi="Times New Roman" w:eastAsia="Times New Roman" w:cs="Times New Roman"/>
        </w:rPr>
        <w:t>Bi 11 septembre 2001 agsee, ndoxu Xel mu Sell mi itam daldi wàcc.</w:t>
      </w:r>
    </w:p>
    <w:p>
      <w:pPr>
        <w:pStyle w:val="ArticleScripture"/>
        <w:jc w:val="left"/>
      </w:pPr>
      <w:r>
        <w:rPr>
          <w:rFonts w:ascii="Times New Roman" w:hAnsi="Times New Roman" w:eastAsia="Times New Roman" w:cs="Times New Roman"/>
        </w:rPr>
        <w:t>«Taw bu mujj bi war a wàcc ci kaw askanu Yàlla. Benn malaaka bu am kàttan war na descendre jógé asamaan, te suuf sépp dina leer ak ndamamam.» Review and Herald, 21 Awril 1891.</w:t>
      </w:r>
    </w:p>
    <w:p>
      <w:pPr>
        <w:pStyle w:val="ArticleBody"/>
        <w:jc w:val="left"/>
      </w:pPr>
      <w:r>
        <w:rPr>
          <w:rFonts w:ascii="Times New Roman" w:hAnsi="Times New Roman" w:eastAsia="Times New Roman" w:cs="Times New Roman"/>
        </w:rPr>
        <w:t>Bi taxaw yu magi dëkku New York City yu réy yi daanuwoon ci laal bu jógé ci Yàlla, taw bu mujj bi tàmbalee wesi. Bi bésu 11 Septembre 2001 agsee, bunt yi téye woon doxali yoonu njàngale papaa yi ubbeekoon.</w:t>
      </w:r>
    </w:p>
    <w:p>
      <w:pPr>
        <w:pStyle w:val="ArticleScripture"/>
        <w:jc w:val="left"/>
      </w:pPr>
      <w:r>
        <w:rPr>
          <w:rFonts w:ascii="Times New Roman" w:hAnsi="Times New Roman" w:eastAsia="Times New Roman" w:cs="Times New Roman"/>
        </w:rPr>
        <w:t>“Ci jamono yu bonso baxul bi di màgget, kërgu Protestànt yi bàyyi woon ab “Noonu la Boroom bi wax,” dinañu agsi ci ab taxawaay bu doy waar. Dinañu soppeeku ngir àddina si. Ci seen tasaro ak Yàlla, dinañu seet a def fen ak bàyyiku ci Yàlla doon yoonu réew mi. Dinañu jëfandikoo boroom nguur yi ci suuf si ngir def ay yoon yu delloo kilifteef gu réerug nit ku bàkkaar ga, mi toog ci kër Yàlla gi, di won boppam ne mooy Yàlla. Njàngale ak dëgg-dëggu Room-Katolik dinañu jël ci wàllu aarug nguur gi. Jàppaleg dëggu Biibël bi duñu ko muñati dara ci ñi deful yoonu Yàlla nekk sàrtu seen dund.” Review and Herald, December 21, 1897.</w:t>
      </w:r>
    </w:p>
    <w:p>
      <w:pPr>
        <w:pStyle w:val="ArticleBody"/>
        <w:jc w:val="left"/>
      </w:pPr>
      <w:r>
        <w:rPr>
          <w:rFonts w:ascii="Times New Roman" w:hAnsi="Times New Roman" w:eastAsia="Times New Roman" w:cs="Times New Roman"/>
        </w:rPr>
        <w:t>Patriot Act bi màndarga tolluwaayu ngir aar mbir yu màgg yu Roomaan Katolig, te loolu di dox ndànk-ndànk jëm ci yoonu Dibeer bu nuy ñëw léegi. Ci 11 Suweññe 2001, ñeenti ngelaw yi di misaal Islaam ci ñetteelu alkande, tàmbalee wole.</w:t>
      </w:r>
    </w:p>
    <w:p>
      <w:pPr>
        <w:pStyle w:val="ArticleScripture"/>
        <w:jc w:val="left"/>
      </w:pPr>
      <w:r>
        <w:rPr>
          <w:rFonts w:ascii="Times New Roman" w:hAnsi="Times New Roman" w:eastAsia="Times New Roman" w:cs="Times New Roman"/>
        </w:rPr>
        <w:t>“Àngel yi daan nañ ñenti ngelaw yi, te ñu ngi leen misaal ni fas wu mer buy sàkku a rot, di daw ci kaw suufu bépp àddina, yóbbu alag ak dee ci yoonam.</w:t>
      </w:r>
    </w:p>
    <w:p>
      <w:pPr>
        <w:pStyle w:val="ArticleScripture"/>
        <w:jc w:val="left"/>
      </w:pPr>
      <w:r>
        <w:rPr>
          <w:rFonts w:ascii="Times New Roman" w:hAnsi="Times New Roman" w:eastAsia="Times New Roman" w:cs="Times New Roman"/>
        </w:rPr>
        <w:t>“Ndax nanu nelaw ci biir boppub suufu gi muy wetetu àddina wu dul jeex? Ndax nanu nekk lu yàgg te sedd te dee? Éy, na nu am ci sunuy mboolooy gëm yi Xel ak ngelaw Yàlla mu wol ci ay nitam, ngir ñu taxaw ci seen tànk te dund. War na nu gis ne yoon wi xat na, te bunt bi xat na. Waaye bu nuy jaar ci bunt bu xat boobu, yaatuwaayam amul kemtalaay.” Manuscript Releases, volume 20, 217.</w:t>
      </w:r>
    </w:p>
    <w:p>
      <w:pPr>
        <w:pStyle w:val="ArticleBody"/>
        <w:jc w:val="left"/>
      </w:pPr>
      <w:r>
        <w:rPr>
          <w:rFonts w:ascii="Times New Roman" w:hAnsi="Times New Roman" w:eastAsia="Times New Roman" w:cs="Times New Roman"/>
        </w:rPr>
        <w:t>Taw bi, ngelaw li ak mbën mi agsi na 11 Suwe 2001, te jaamu Adavaanis ñaareelu fan yi gu Laodise nekk, dañu ko natt ni Yawut yaa ñu leen natt ba ca sóobu Krist, ak ni ñu natt Protestaa yi tàmbalee 11 Ut 1840. Jóggoon boobu ba keroog wax-jëm bu weddi bi ca 18 Sulet 2020, kërug Adavaanis ñaareelu fan yi gu Laodise dafa doon daanu ndànk-ndànk, ni tegu mbooloom Yawut ñi ñu ko waxoon ne mu nekk kër gu wéradi mbaa baaraamul lu jiitu bant ba, ak ni Protestaa yi jàlloon ba noppi ci Protestaa gu ngumbaan ga ca njëkk yéemu bu ñàkk yaakaar ba ca 19 Awril 1844.</w:t>
      </w:r>
    </w:p>
    <w:p>
      <w:pPr>
        <w:pStyle w:val="ArticleBody"/>
        <w:jc w:val="left"/>
      </w:pPr>
      <w:r>
        <w:rPr>
          <w:rFonts w:ascii="Times New Roman" w:hAnsi="Times New Roman" w:eastAsia="Times New Roman" w:cs="Times New Roman"/>
        </w:rPr>
        <w:t>Sàrtu Laodise bu ñetteelu malaaka mi taxawaloon daldi dugg ci njàngatam bu mujj bu nattu; te ni nattu mi tambalee ci 11 Septàmbar 2001, woon nañu woo janq yi ngir ñu dellu ca yoon yu mag ya, yi doon dëgg yu sax yu nekk taxawaayu duxalin Millerite bu malaaka bu jëkk ak bu ñaareel, waaye itam dëgg yu sax yu duxalin bu ñetteelu malaaka bi.</w:t>
      </w:r>
    </w:p>
    <w:p>
      <w:pPr>
        <w:pStyle w:val="ArticleBody"/>
        <w:jc w:val="left"/>
      </w:pPr>
      <w:r>
        <w:rPr>
          <w:rFonts w:ascii="Times New Roman" w:hAnsi="Times New Roman" w:eastAsia="Times New Roman" w:cs="Times New Roman"/>
        </w:rPr>
        <w:t>Mbind mi ci ñàkk nangu dëgg yu sax yooyu ci wàllu réer gu bare gi mooy yégle bi Bawul bind ci Ñaareelu Tesalonig. Yégle boobu moom lañu firndeel ci “sacrifice bu bees bu nekk bés” bi nekk ci téereb Daniyel, ndaxte ci xët yu Tesalonig ya la William Miller déggoo ne “sacrifice bu bees bu nekk bés” bi ci téereb Daniyel dafay tegtal Room gu pagan.</w:t>
      </w:r>
    </w:p>
    <w:p>
      <w:pPr>
        <w:pStyle w:val="ArticleBody"/>
        <w:jc w:val="left"/>
      </w:pPr>
      <w:r>
        <w:rPr>
          <w:rFonts w:ascii="Times New Roman" w:hAnsi="Times New Roman" w:eastAsia="Times New Roman" w:cs="Times New Roman"/>
        </w:rPr>
        <w:t>Amna ay téere yu ñu bind ngir wax ci tekkiinu “bés bu nekk” bi nekk ci téereb Daniel. Li ëpp ci ñoom juum la, waaye bu fekkee ne bëgg nga xool benn mbind mi bawoo ci ab teologiyen Adventist buy wax dëgg ci mbir moomu, nga man a seet téere bii: The Mystery of the Daily, yu John W. Peters. Duma bëgg a jëfandikoo mbind mii ngir wax ci boobu wàllu “bés bu nekk” bi. Am na itam yeneen téere yu nettali jaar-jaaru “kan, lan ak lu tax” ci ni gis-gis bu jubulul ci “bés bu nekk” bi mujj a sampu ci biir Adventismu Juróom-ñaareel Fan yu Laodise.</w:t>
      </w:r>
    </w:p>
    <w:p>
      <w:pPr>
        <w:pStyle w:val="ArticleBody"/>
        <w:jc w:val="left"/>
      </w:pPr>
      <w:r>
        <w:rPr>
          <w:rFonts w:ascii="Times New Roman" w:hAnsi="Times New Roman" w:eastAsia="Times New Roman" w:cs="Times New Roman"/>
        </w:rPr>
        <w:t>Tekki baat bu Ebre kàddu bi ñu tekki ne “bu bés bu nekk”, ak jaar-jaaru buntu ngëmadi ci dëgg gu njëkk gi “bu bés bu nekk”, mi tàmbalee ci doole ci atum 1901, ñu ko weeral jëfandikoo yoon yu bari ci Xalu Habakuk, te itam ci mbind yi bees yi ci téereb Daniel.</w:t>
      </w:r>
    </w:p>
    <w:p>
      <w:pPr>
        <w:pStyle w:val="ArticleBody"/>
        <w:jc w:val="left"/>
      </w:pPr>
      <w:r>
        <w:rPr>
          <w:rFonts w:ascii="Times New Roman" w:hAnsi="Times New Roman" w:eastAsia="Times New Roman" w:cs="Times New Roman"/>
        </w:rPr>
        <w:t>Maa ngi bëgg a saxal njàlbéenug “bés bu nekk” ci mbind mi ci kaw jëfandikook ay melokaan yu yoon wax ci simbóolu Room bu ñu bañ. Képp ku nangu dëgg-dëgg sañ-sañu mbind yi Ellen White bind, war na rekk a jàng lii di ñëw ngir xam lan mooy xam-xam bu jub ci “bés bu nekk.”</w:t>
      </w:r>
    </w:p>
    <w:p>
      <w:pPr>
        <w:pStyle w:val="ArticleScripture"/>
        <w:jc w:val="left"/>
      </w:pPr>
      <w:r>
        <w:rPr>
          <w:rFonts w:ascii="Times New Roman" w:hAnsi="Times New Roman" w:eastAsia="Times New Roman" w:cs="Times New Roman"/>
        </w:rPr>
        <w:t>«Ba noppi ma ci mbirum “Bés bu nekk,” ne baat bi ñuy wax “sarax” xel mu nit moo ko yokk, te bokkul ci mbind mi; te Boroom bi moo jox ñi yégle woon waxu waxtuw àtte bi gis-gis gu jub ci moom. Bi benn-boole fekkee woon, bala 1844, lu ëpp ci ñépp dañoo bokk ci gis-gis gu jub ci mbirum “Bés bu nekk;” waaye gannaaw 1844, ci jaxasoo ja, am na yeneen gis-gis yu ñu nangu, te lëndëm ak jaxasoo topp ci.» Review and Herald, 1 Nowàmbar, 1850.</w:t>
      </w:r>
    </w:p>
    <w:p>
      <w:pPr>
        <w:pStyle w:val="ArticleBody"/>
        <w:jc w:val="left"/>
      </w:pPr>
      <w:r>
        <w:rPr>
          <w:rFonts w:ascii="Times New Roman" w:hAnsi="Times New Roman" w:eastAsia="Times New Roman" w:cs="Times New Roman"/>
        </w:rPr>
        <w:t>Bàyyi déggin William Miller ci li mu xam ne mooy “bu bess bi” dafay ànd ak bàyyi sañ-sañu bind yi Ellen White, ndaxte moom gisoon na ne “Boroom bi jox na xalaat wu jub ci moom ñi yéglee waxu waxtu àtte ba.” Te itam won na ko ne yeneen xalaat yi ci “bu bess bi” jur nañu “lëndëm ak jaxasoo,” te yooyu bokkuñu ci melokaanu Kirist. Miller xamoon na ne “bu bess bi” mooy Room gu ñuul ga ñuy wax pagan bi, ba mu doon jàng 2 Thessaloniciens.</w:t>
      </w:r>
    </w:p>
    <w:p>
      <w:pPr>
        <w:pStyle w:val="ArticleScripture"/>
        <w:jc w:val="left"/>
      </w:pPr>
      <w:r>
        <w:rPr>
          <w:rFonts w:ascii="Times New Roman" w:hAnsi="Times New Roman" w:eastAsia="Times New Roman" w:cs="Times New Roman"/>
        </w:rPr>
        <w:t>«Jàng naa ci kaw, te mënuma woon a gis beneen bérab bu ko [di “bés bu nekk”] amee, lu dul ci Daniel. Noonu ma [ak ndimmalu ab téereb méngale kàddu yi] jël kàddu ya ko bokkoon, “jëlee”; dina jëlee bés bu nekk; “li dale ci waxtu woowu bés bu nekk di jëleeku,” ak yeneen. Jàng naa ba noppi, te defe woon ma ni duma gis genn leer ci mbind mi; mujj ma agsi ci 2 Thessaloniciens 2:7, 8. “Ndaxte kumpay ñaawtéef mi ngi liggéey ba léegi; waaye ki ko téye tey dina ko téye ba kera mu jëleeku ko ci yoon, te boo ko defee, ki bon ki dina feeñ,” ak yeneen. Te bi ma agsee ci mbind moomu, éy, dëgg gi mel ne leer na ba xóot te tedd na! Fii la nekk! Loolu mooy bés bu nekk bi! Kon nag, lan la Pawulo di tekki ci “ki ko téye tey,” walla ki ko tere? Ci “nit ku bàkkaar bi,” ak “ki bon ki,” mooy Popery. Kon nag, lan mooy li tere Popery feeñ? Moom de, mooy Paganism; kon nag, “bés bu nekk bi” dafa war a tekki Paganism.»—William Miller, Second Advent Manual, xët 66.” Advent Review and Sabbath Herald, 6 Samwiyee 1853.</w:t>
      </w:r>
    </w:p>
    <w:p>
      <w:pPr>
        <w:pStyle w:val="ArticleBody"/>
        <w:jc w:val="left"/>
      </w:pPr>
      <w:r>
        <w:rPr>
          <w:rFonts w:ascii="Times New Roman" w:hAnsi="Times New Roman" w:eastAsia="Times New Roman" w:cs="Times New Roman"/>
        </w:rPr>
        <w:t>Ci mujj, Adawantisug Lawodise dafa bàyyi xam-xam bu jub bi ñu joxoon Miller ak ñi yégle woon wax ju ne waxtu àtte baa ngi, ngir jël xalaat bu juum bu Protestàntu gàddikook ya, bi naan “bés bu nekk bi” dafay tekki liggéeyu Kirist ci kër-yàllaam. Xam-xam boobu lu yéeme la ci yeneen anam yu bare, waaye du ne rekk lu wàññiku te juum; day woote itam ne màndargay Seytaane mooy màndargay Kirist.</w:t>
      </w:r>
    </w:p>
    <w:p>
      <w:pPr>
        <w:pStyle w:val="ArticleScripture"/>
        <w:jc w:val="left"/>
      </w:pPr>
      <w:r>
        <w:rPr>
          <w:rFonts w:ascii="Times New Roman" w:hAnsi="Times New Roman" w:eastAsia="Times New Roman" w:cs="Times New Roman"/>
        </w:rPr>
        <w:t>« Kon nag nii, biiñ sacci ji, ci lu jiitu, di melokaanu Seytaane, noonu itam, ci beneen anlam bu topp, mooy mandargay Room gu ñu doon jaamu yenn yàlla yi. » The Great Controversy, 439.</w:t>
      </w:r>
    </w:p>
    <w:p>
      <w:pPr>
        <w:pStyle w:val="ArticleBody"/>
        <w:jc w:val="left"/>
      </w:pPr>
      <w:r>
        <w:rPr>
          <w:rFonts w:ascii="Times New Roman" w:hAnsi="Times New Roman" w:eastAsia="Times New Roman" w:cs="Times New Roman"/>
        </w:rPr>
        <w:t>Miller waxaloon na ne “bés bi” mooy Room gu bokk ci ngëm yàlla yu bon yi, jinne ji; waaye Adventisme bu Laodicee jël na xalaat bi ci Protestantisime bu daanu ne moo tekki liggéeyu Kirist ci kër-yàlla gu asamaan. Bàyyi màggal ni Miller mi ngi xamale “bés bi” ne mooy Room gu bokk ci ngëm yàlla yu bon yi, mooy bàyyi màggal dëgg gu ñu tegtal ci ñaari karte yu sell yi te doon matug Habakuk saar ñaareel. Kon nag, loolu mooy bàyyi màggal ab dëgg gu saxal ndombo, ni la nekkoon itam ci bàyyi màggal juróom-ñaari waxtu yi ci Levitik fanweeri ñaar-fukk ak juróom-benn.</w:t>
      </w:r>
    </w:p>
    <w:p>
      <w:pPr>
        <w:pStyle w:val="ArticleBody"/>
        <w:jc w:val="left"/>
      </w:pPr>
      <w:r>
        <w:rPr>
          <w:rFonts w:ascii="Times New Roman" w:hAnsi="Times New Roman" w:eastAsia="Times New Roman" w:cs="Times New Roman"/>
        </w:rPr>
        <w:t>Bañ a jël dëgg gi ne “bés bu nekk,” moo tax ndaw Roma buy jaamu xërëm, mooy bañ fondasiyoŋu Adventisme ak sañ-sañu Xelu Kàddug Yonent. Jàpp ne màndargaam Seytaane mooy màndargaam Almasi bi, dafa méngook jàpp ne liggéeyu Almasi bi mooy liggéeyu Seytaane.</w:t>
      </w:r>
    </w:p>
    <w:p>
      <w:pPr>
        <w:pStyle w:val="ArticleScripture"/>
        <w:jc w:val="left"/>
      </w:pPr>
      <w:r>
        <w:rPr>
          <w:rFonts w:ascii="Times New Roman" w:hAnsi="Times New Roman" w:eastAsia="Times New Roman" w:cs="Times New Roman"/>
        </w:rPr>
        <w:t>“Ci bañ a nangu Kirist, xeetu Yawut ya def nañu bàkkaar bu ñuulul baal; te ci bañ nangu woote gu yërmande, nun it man nanu def njaatige boobu benn. Danu toroxal Buurub dund gi, te danu ko may rus ci kanam mbooloom ndajem Seytaane ak ci kanam àddina asamaan si, bu nu bañee déglu yonnent yi mu dénk, waaye nu déglu ndaw ñi Seytaane di yónni ngir dëddu xol bi soreel ko ak Kirist. Fekk nit ki sax ci def noonu, du man a gis benn yaakaar walla baal; te ci mujj dina ñàkk bépp bëgg-bëgg ngir delloo ak Yàlla.” The Desire of Ages, 324.</w:t>
      </w:r>
    </w:p>
    <w:p>
      <w:pPr>
        <w:pStyle w:val="ArticleBody"/>
        <w:jc w:val="left"/>
      </w:pPr>
      <w:r>
        <w:rPr>
          <w:rFonts w:ascii="Times New Roman" w:hAnsi="Times New Roman" w:eastAsia="Times New Roman" w:cs="Times New Roman"/>
        </w:rPr>
        <w:t>Bi Adventism bu Laodisee gàntoo xam-xam bu njëkk ci “the daily” ak juróom-ñaaru yoon yi, duñu woon rekk gàntoo sañ-sañu Xelum Yëgle, ak fondasiyoŋ yi, waaye dañoo gàntoo itam liggéeyu William Miller, kooku malaaka Jibril ak yeneen malaaka yi doon jiite ba mu agsi ci xam-xam yooyu.</w:t>
      </w:r>
    </w:p>
    <w:p>
      <w:pPr>
        <w:pStyle w:val="ArticleScripture"/>
        <w:jc w:val="left"/>
      </w:pPr>
      <w:r>
        <w:rPr>
          <w:rFonts w:ascii="Times New Roman" w:hAnsi="Times New Roman" w:eastAsia="Times New Roman" w:cs="Times New Roman"/>
        </w:rPr>
        <w:t>“Yàlla yónnee malaakaamam ngir mu jóg ci xol ab beykat bu gëmuloon Biibël bi, ngir jiite ko mu seet kàdduy waxi yonent yi. Malaakay Yàlla ñëwuloon ci moom, ki ñu tànn, yoon wu bari, ngir gindi xelam te ubbil ko ci xam-xamam waxi yonent yi yu nekkoon saa su neex lëndëm ci nit ñi Yàlla. Ñu jox ko ndoorte jëriñu dëgg gi, te ñu gindi ko mu seet lëkkalekaay benn ci ginnaaw benn, ba mu xool Kàddug Yàlla ak yéemu ak màggal. Mu gis fa ab jëriñ bu mat sëkku ci dëgg. Kàddu googu ga mu jàppoon ne amul ngëneel gu Yàlla, léegi ubbee na fa kanamam ci taaram ak ndamaram. Mu gis ne benn xaaj bu Mbind mi dafay leeral beneen xaaj, te su amee ne benn wàll bu jàngale bëggul a ubbi ci xam-xamam, mu gis ci beneen bërëb ci Kàddu gi li koy leeral. Mu wormaal Kàddug Yàlla gu sell gi ak mbégte ak ak worma gu gëna xóot ak ragal gu sell.” Early Writings, 230.</w:t>
      </w:r>
    </w:p>
    <w:p>
      <w:pPr>
        <w:pStyle w:val="ArticleBody"/>
        <w:jc w:val="left"/>
      </w:pPr>
      <w:r>
        <w:rPr>
          <w:rFonts w:ascii="Times New Roman" w:hAnsi="Times New Roman" w:eastAsia="Times New Roman" w:cs="Times New Roman"/>
        </w:rPr>
        <w:t>« Ay malaakaam » mooy wax ju jàngale ne malaaka Jiibril la.</w:t>
      </w:r>
    </w:p>
    <w:p>
      <w:pPr>
        <w:pStyle w:val="ArticleScripture"/>
        <w:jc w:val="left"/>
      </w:pPr>
      <w:r>
        <w:rPr>
          <w:rFonts w:ascii="Times New Roman" w:hAnsi="Times New Roman" w:eastAsia="Times New Roman" w:cs="Times New Roman"/>
        </w:rPr>
        <w:t>“Waxi malaaka bi, ‘Man naa di Gabriel, mi taxaw ci kanamu Yàlla,’ dañuy wone ne moom am na berab bu kàttan te màgg ci kërug àjjana yi. Bi mu ñëwee ak benn yégle ci Daniel, mu ne: ‘Amul kenn ku ma taxawu ci mbir yii, kudul Michael [Kirist] seen Buur-Kàttan.’ Daniel 10:21. Ci mbirum Gabriel, Musalkat bi wax na ci Kàddug Peeñ mi, ne: ‘Mu yónnee ko, te xamal ko ci ay mandargam jaarale ko ci ab malaakam ngir ay jaamam Yowaana.’ Revelation 1:1.” The Desire of Ages, 99.</w:t>
      </w:r>
    </w:p>
    <w:p>
      <w:pPr>
        <w:pStyle w:val="ArticleBody"/>
        <w:jc w:val="left"/>
      </w:pPr>
      <w:r>
        <w:rPr>
          <w:rFonts w:ascii="Times New Roman" w:hAnsi="Times New Roman" w:eastAsia="Times New Roman" w:cs="Times New Roman"/>
        </w:rPr>
        <w:t>Ràññee beneen yu Seytaane laatañee ne mooy màndarga Kirist, du rekk mell ni bàkkaar bu baaxul te kenn mënul ko baal, waaye itam bàkkaar boobu bu kenn mënul a baal jaxasoo na ak bañ nañu ndawñeel yi Kirist di yónni. Kon “bés bu nekk bi” div na màndarga bàkkaar boobu bu kenn mënul a baal, te bu ñu xamanee “ki tànn bi,” William Miller, ñu ko jiitewoon ci xam-xam gu jub gu dëgg googu, te ba noppi ñu bañ ko, loolu méngoo bu baax ak Ñaareel Tesalonig 2, miy mënn sas bu Mbind mi ci biir Miller gisee li mu gis. Bañ dëgg googu mooy firnde ne dañu bëggul dëgg, te rébb boobu di jur ni Xel mu Sell mi dëddu, ba ñu jébbal leen xel mu sellul mu Seytaane, mi Pool tudde na ne mooy nax gu dëgër.</w:t>
      </w:r>
    </w:p>
    <w:p>
      <w:pPr>
        <w:pStyle w:val="ArticleBody"/>
        <w:jc w:val="left"/>
      </w:pPr>
      <w:r>
        <w:rPr>
          <w:rFonts w:ascii="Times New Roman" w:hAnsi="Times New Roman" w:eastAsia="Times New Roman" w:cs="Times New Roman"/>
        </w:rPr>
        <w:t>Ni “ay sàcc yi ci sa xeet”, yi “samp vision bi”, noonu it “bés bu nekk” mooy misaal bu Room gu pagan. Ci yoonu wax ju ñëw ci Ñaareelu Tesalonig, Pool jàngale ne bañug ndegam yoonu bataaxal bi ci sarax bu ñaar tegtal la ne ñiy def loolu bëgguñu dëgg bi. Ndaxte bëgguñu dëgg bi miir ci sarax bi, dañuy jot nax gu tar.</w:t>
      </w:r>
    </w:p>
    <w:p>
      <w:pPr>
        <w:pStyle w:val="ArticleBody"/>
        <w:jc w:val="left"/>
      </w:pPr>
      <w:r>
        <w:rPr>
          <w:rFonts w:ascii="Times New Roman" w:hAnsi="Times New Roman" w:eastAsia="Times New Roman" w:cs="Times New Roman"/>
        </w:rPr>
        <w:t>Yépp yonent yi ñépp dañuy wax ci fan yu mujj yi, te xët yu ñu feeñal woon te ñu soloo ci mbind mi nekk ci waxtaan wii di won ne nax bu tar bi dina dikk ci kaw ñi bëggul dëgg bi, bi Xel mu Sell mi di wal. Benn wàll day jot diwlin bi, te beneen wàll di jot nax bu tar bi.</w:t>
      </w:r>
    </w:p>
    <w:p>
      <w:pPr>
        <w:pStyle w:val="ArticleBody"/>
        <w:jc w:val="left"/>
      </w:pPr>
      <w:r>
        <w:rPr>
          <w:rFonts w:ascii="Times New Roman" w:hAnsi="Times New Roman" w:eastAsia="Times New Roman" w:cs="Times New Roman"/>
        </w:rPr>
        <w:t>Xel Mu Sell mi, ci biir jamono ji ñuy dindi Xel Mu Sell mi ci ñi bañ yokkuteg xam-xam bi ñu ubbi biir ñaari jamonoy nattu yi ci waxtu tëj-kër gi, dale ko ci 11 Septambar 2001 ba ci yoonu Dibéer bu ñëw léegi. Jëfandikooat benn wax ju weesu:</w:t>
      </w:r>
    </w:p>
    <w:p>
      <w:pPr>
        <w:pStyle w:val="ArticleScripture"/>
        <w:jc w:val="left"/>
      </w:pPr>
      <w:r>
        <w:rPr>
          <w:rFonts w:ascii="Times New Roman" w:hAnsi="Times New Roman" w:eastAsia="Times New Roman" w:cs="Times New Roman"/>
        </w:rPr>
        <w:t>“Biir ci bés yu mujja yi, doole ju àndul ak kem moo wax itam ci ñi ‘teeruñu mbëggeelug dëgg, ngir ñu man a mucc’: ‘Te moo tax Yàlla dina yónnee ci ñoom nax gu tar, ba ñu gëm fen: ngir ñépp ñi gëmuñu dëgg te bànneex ci njubadi ñu ñàkk ndimbal.’ Naka lañuy bañee njàngaleem Kàddugam, Yàlla di dindi Xelam, bàyyi leen ci nax yi ñuy soppiku.’ Early Writings, 46.</w:t>
      </w:r>
    </w:p>
    <w:p>
      <w:pPr>
        <w:pStyle w:val="ArticleBody"/>
        <w:jc w:val="left"/>
      </w:pPr>
      <w:r>
        <w:rPr>
          <w:rFonts w:ascii="Times New Roman" w:hAnsi="Times New Roman" w:eastAsia="Times New Roman" w:cs="Times New Roman"/>
        </w:rPr>
        <w:t>Bind ci kaw, Daniyel jàngale ne, ne ci mujjug jamono yi, sacc yi ci sa nit ñi, (tey misaalu Room lañu) ñoo tax ngir vision bi sampu. Sacc yooyu itam dañu leen tekki ni “bës bu nekk bi.” Suleymaan jàngale ne, ne ci mujjug jamono yi, ñi amul vision bi, dañuy alkumati, maanaam ne dañuy nekk golo. Ñu def nit ku golo, mooy nekk waa Laodise, te waa Laodise mooy janq bu ñàkk xel.</w:t>
      </w:r>
    </w:p>
    <w:p>
      <w:pPr>
        <w:pStyle w:val="ArticleScripture"/>
        <w:jc w:val="left"/>
      </w:pPr>
      <w:r>
        <w:rPr>
          <w:rFonts w:ascii="Times New Roman" w:hAnsi="Times New Roman" w:eastAsia="Times New Roman" w:cs="Times New Roman"/>
        </w:rPr>
        <w:t>“Taxawaayu Kàggu gi ñu tekki ci janq yu ñàkk xel yi, moom itam wax nañu ko ni mooy taxawaayu Laodise.” Review and Herald, 19 Awoût 1890.</w:t>
      </w:r>
    </w:p>
    <w:p>
      <w:pPr>
        <w:pStyle w:val="ArticleBody"/>
        <w:jc w:val="left"/>
      </w:pPr>
      <w:r>
        <w:rPr>
          <w:rFonts w:ascii="Times New Roman" w:hAnsi="Times New Roman" w:eastAsia="Times New Roman" w:cs="Times New Roman"/>
        </w:rPr>
        <w:t>Nekku dof jigéen yu ñàkk xel bu yégleb Guddi ga agsi, mooy wone li Yowaana bind ci Peeñu ga, sarxal 16, ne: “gàccegu sa rafetadi neen.” Artu Yowaana ci juróomeel mbas mi, mu ngi ci jëm ci booloo bu ñetti wàll—naga, rab wi ak yonent bu dëggul bi—ñi, li dale ci 1989, nekk ci yoonu yóbbu àddina bi jëm Armajedon.</w:t>
      </w:r>
    </w:p>
    <w:p>
      <w:pPr>
        <w:pStyle w:val="ArticleBody"/>
        <w:jc w:val="left"/>
      </w:pPr>
      <w:r>
        <w:rPr>
          <w:rFonts w:ascii="Times New Roman" w:hAnsi="Times New Roman" w:eastAsia="Times New Roman" w:cs="Times New Roman"/>
        </w:rPr>
        <w:t>Bataaxalu Pool ci Ñaareelu Tesalonig nekkul rekk ci ne Room gu bokk ci xonq yu dul Yàlla mooy li Daniyel teewal ni “li bis bu nekk,” waaye saar bi dafa di joxe ndimbalu waxtu ci diggante Room gu bokk ci xonq yu dul Yàlla ak Roomu paap. Room gu bokk ci xonq yu dul Yàlla moo tere woon nit ku bàkkaar bi (moo ko téye woon) ngir mu bañ a jóge ci gàngune suuf si ci atum 538. Bi ñu jëlee Room gu bokk ci xonq yu dul Yàlla, ba noppi “kumpayug tooñ,” “ki bon ki,” mooy paap bu Room, feeñ na. Ci saar bi Pool mi ngi màndargaal ab diggante gu mat ci waxi yonent yi, diggante Room gu bokk ci xonq yu dul Yàlla ak Roomu paap. Bañ njàngalem saar bi mooy bañ dëgg te nangu nax gu tar.</w:t>
      </w:r>
    </w:p>
    <w:p>
      <w:pPr>
        <w:pStyle w:val="ArticleScripture"/>
        <w:jc w:val="left"/>
      </w:pPr>
      <w:r>
        <w:rPr>
          <w:rFonts w:ascii="Times New Roman" w:hAnsi="Times New Roman" w:eastAsia="Times New Roman" w:cs="Times New Roman"/>
        </w:rPr>
        <w:t>Buleen kenn nit nax leen ci benn anam: ndaxte bés boobu du ñëw mukk suul, bu jëkkul am mbañu dëgg gi, te góor gu bàkkaar ga feeñ, moom doomu alkande gi; mooy kiy xeex te yékkati boppam fa kaw lépp lu ñuy wax Yàlla walla lu ñuy jaamu; ba tax mu toog, ni Yàlla, ci kër Yàlla ga, di won ne moom moo di Yàlla. Ndax fàtte ngeen ne, bi ma nekkee ak yéen, waxoon naa leen yooyu? Te léegi xam ngeen li koy tere, ngir mu feeñ ci jamonoom. Ndaxte kumpa bàkkaar baangi liggéey ba léegi; waaye ki koy tere léegi dina ko tere ba kera mu dalee. Te bu ko defee, Ki Bon ki dina feeñ, kooku Boroom bi di ko rey ak noflaayu gémmiñam, te alag ko ak leeru ñëwam; moom mi ñëwam dëppoo ak jëfandikoo Seytaane, ak bépp doole ak kéemaan ak firnde yu fen, ak bépp naxtegu jubadi ci ñi sànku; ndaxte nanguwuñu bëgg-bëggu dëgg gi ngir ñu mucc. Looloo tax Yàlla di leen yónnee réer gu tar, ngir ñu gëm fen; ngir ñépp ñooñu ñu daan leen, ñi gëmul woon dëgg gi, waaye bànneexu ci jubadi. 2 Thessalonians 2:3–12.</w:t>
      </w:r>
    </w:p>
    <w:p>
      <w:pPr>
        <w:pStyle w:val="ArticleBody"/>
        <w:jc w:val="left"/>
      </w:pPr>
      <w:r>
        <w:rPr>
          <w:rFonts w:ascii="Times New Roman" w:hAnsi="Times New Roman" w:eastAsia="Times New Roman" w:cs="Times New Roman"/>
        </w:rPr>
        <w:t>Lu tax nit ñi bokk yu fan yu mujj yii “ñu daan leen?” Lu tax ñu yónnee leen “naqar bu tar?” Lu tax ñuy “sankoo” te noonu di wone rusug seen rafetul? Xaaj bi wax ne loolu ndaxte bëgguñu dëgg gi, te dëgg gi ñu feesal ci ayu baat bii mooy ne Room bu pagan, nguur gu ñeenteel gi ci waxi yoon wi ci Biibël, dina tere Room bu paapal, nguur gu juróomeel gi ci waxi yoon wi ci Biibël, ngir mu yéeg ca gàngune ga ba keraam ba ñu dindi paganism.</w:t>
      </w:r>
    </w:p>
    <w:p>
      <w:pPr>
        <w:pStyle w:val="ArticleBody"/>
        <w:jc w:val="left"/>
      </w:pPr>
      <w:r>
        <w:rPr>
          <w:rFonts w:ascii="Times New Roman" w:hAnsi="Times New Roman" w:eastAsia="Times New Roman" w:cs="Times New Roman"/>
        </w:rPr>
        <w:t>Jokkonte bi nekk diggante Room gu bokkoon ci jaamkat yi ak Room gu paap yi, ni ko màggale gi bind, Yowaana itam mooy ko màggale ak jokkonte bi nekk diggante kërceenug Pergam ak kërceenug Tiyatir. Pergam dafa ànd ak Room gu jaamkat yi, te Tiyatir mooy Room gu paap yi. Pool ak Yowaana diñu joxe ñaari seede ci jokkonte bi nekk diggante ñaari kàttan yooyu, noonu itam la téereb Daniyel di ko def.</w:t>
      </w:r>
    </w:p>
    <w:p>
      <w:pPr>
        <w:pStyle w:val="ArticleBody"/>
        <w:jc w:val="left"/>
      </w:pPr>
      <w:r>
        <w:rPr>
          <w:rFonts w:ascii="Times New Roman" w:hAnsi="Times New Roman" w:eastAsia="Times New Roman" w:cs="Times New Roman"/>
        </w:rPr>
        <w:t>Ci téere Daniyeel, jokkoo gi nekk diggante Room gu bokkul ak Room gu bañe pap yi, ñu koy wone ci yeneen yoon yu bari. Ci Daniyeel ñaar, dees na ko mel ni jaxasoo wu weñ ak ban bu tooy. Ci Daniyeel juróom-ñaari, Room gu bokkul ak Room gu pap yi ñoom ñaar ñoo di nguur yu “wuute”; te doonte Daniyeel ñaar di melal ñaari dooley yooyu ni jaxasoo, saa su juróom-ñaari bii di xamle ne dooley pap yi génn na ci nguur gu fukki baaraam gi Room gu bokkul. Ci Daniyeel juróom-ñett, baaraam bu ndaw bi nekk ci aaya yu juróom-ñent ba fukk ak ñaar mooy Room ci ñaari jamono yi. Aaya juróom-ñent ak fukk ak benn dañuy wax baaraam bu ndaw bi ci jamono ju góor, te loolu di xamle Room gu bokkul; te aaya fukk ak ñaar dañuy wax baaraam bu ndaw bi ci jamono ju jigéen, te loolu di xamle Room gu pap yi.</w:t>
      </w:r>
    </w:p>
    <w:p>
      <w:pPr>
        <w:pStyle w:val="ArticleBody"/>
        <w:jc w:val="left"/>
      </w:pPr>
      <w:r>
        <w:rPr>
          <w:rFonts w:ascii="Times New Roman" w:hAnsi="Times New Roman" w:eastAsia="Times New Roman" w:cs="Times New Roman"/>
        </w:rPr>
        <w:t>Ci biir bañeenti ci téere Daniel, saar fukk ak ñett, Roomu ñoŋ ak Roomu paap bi dañu leen wone ni ñaari dooley alag. Roomu ñoŋ mooy dooley alag bi ñuy wax ne “bu bés bi,” te Roomu paap bi mooy tooñ bi di alag. Ci biir fukk ak benn, saar ñett-fukk ak benn, dooley alag bu “bés bi” bu Roomu ñoŋ dafa teg dooley yéefar buy alag, mooy dooley paap bi. Ci biir fukk ak ñaar, saar fukk ak benn, dooley alag bu “bés bi” bu Roomu ñoŋ dañu koy dindi ngir samp dooley yéefar buy alag bu paapekaay bi.</w:t>
      </w:r>
    </w:p>
    <w:p>
      <w:pPr>
        <w:pStyle w:val="ArticleBody"/>
        <w:jc w:val="left"/>
      </w:pPr>
      <w:r>
        <w:rPr>
          <w:rFonts w:ascii="Times New Roman" w:hAnsi="Times New Roman" w:eastAsia="Times New Roman" w:cs="Times New Roman"/>
        </w:rPr>
        <w:t>Jokkante ñaari kàttan yu Yaramu Room yu yàqkat yi mooy benn ci yëf yi gën a am solo ci téerey Daniel ak Apokalips, te jokkante boobu mooy li Pool wax ne mooy dëgg gi war a bëgg ngir nit man a moytu réer gu tar gi juddoo ci gëm fen. Yàlla du dégganteel rekk, te woneb jokkante Room gu bokk ak tuur ak Room gu paapal gépp am na seedeem bu xeeb ci mbir mi; waaye bañ a nangu màndarga Room ci fan yu mujj yi, mooy bañ a nangu taw bi mujj te jot réer gu tar ci boppam. Loolu mooy nees a xam ba fàww ni mu mel ni Laodise gu rafetul, buy nekk ci yaramam rekk.</w:t>
      </w:r>
    </w:p>
    <w:p>
      <w:pPr>
        <w:pStyle w:val="ArticleBody"/>
        <w:jc w:val="left"/>
      </w:pPr>
      <w:r>
        <w:rPr>
          <w:rFonts w:ascii="Times New Roman" w:hAnsi="Times New Roman" w:eastAsia="Times New Roman" w:cs="Times New Roman"/>
        </w:rPr>
        <w:t>Historiyankat Adventiste Laodise yi, doonte sax ñu wonewul benn sago bu sell ci wàllu ak liggéeyu William Miller, waaye dañuy xamle ne moo di xam-xamam ci jokkoo gi nekk diggante Room gu pagan ak Room gu papal moo doon tabaxu kàddug wax yu yëgle yi mu samp “yépp” ay jëfandikookam yu wax ci yëgle. Gabriel ak yeneen malaaka yi jiite nañu Miller ba mu xam jokkoo gi nekk diggante Room gu pagan ak Room gu papal, waaye ci nettali tarixam, gisul Room ni ab benn mbooloo bu ñetti xaaj, muy jaay, rab wa ak yonent bu dëggul bi.</w:t>
      </w:r>
    </w:p>
    <w:p>
      <w:pPr>
        <w:pStyle w:val="ArticleBody"/>
        <w:jc w:val="left"/>
      </w:pPr>
      <w:r>
        <w:rPr>
          <w:rFonts w:ascii="Times New Roman" w:hAnsi="Times New Roman" w:eastAsia="Times New Roman" w:cs="Times New Roman"/>
        </w:rPr>
        <w:t>Ci jamonoom, États-Unis amagul woon nañu seen wàll ci nekk yonent bu dëggul bi, ndaxte Protestaaŋ yu États-Unis amaguñu woon nekk doom yu Room ba ci 1844, te liggéeyu njàlbéen bi Miller defoon, ñu booloo ko ba noppi ci kart bu 1843 bi ñu génne woon ci weeru Mee 1842.</w:t>
      </w:r>
    </w:p>
    <w:p>
      <w:pPr>
        <w:pStyle w:val="ArticleBody"/>
        <w:jc w:val="left"/>
      </w:pPr>
      <w:r>
        <w:rPr>
          <w:rFonts w:ascii="Times New Roman" w:hAnsi="Times New Roman" w:eastAsia="Times New Roman" w:cs="Times New Roman"/>
        </w:rPr>
        <w:t>Ci atum 1989, juróom-benn ba mujj ci saar bi fukki benni Daniel dañu leen ubbi, te yonnentukatu jamono jooju xam ne am na ñetti doole yu seen jëfandikoo yu yoonent yi di daw ci saar ba ñent-fukk ak juróom ba ñent-fukk ak juróom-benn ci xaaj bi fukk ak benn. Buur bu bëj-gànnaar bi nekk ci saar ba ñent-fukk mooy dooley nagoog bi; buur bu bëj-saalum mooy dooley baap bi, mi ñu joxoon gaaw bu rey ci ndoorteelu saar boobu ci atum 1798, ci loxoy dooley nagoog bu France bu Napoléon. Ci saar boobu dooley baap bi tàmbali na liggéeyu faj gaawam gu rey. Ci atum 1989, buur bu bëj-saalum bi dellu feyy ci dooley nagoog bu Union soviétique, mi nekkoon buur bu bëj-gànnaar booba. Bi rab wu Katolisism bi feyyee ci Union soviétique bi, dafa dikk ak mbooloom xare bu muy jëfandikoo ci yeneen, muy États-Unis, yonnent bu fen bi ci Pexe Gist gi xaaj bi fukk ak juróom-benn. Buur bu bëj-gànnaar bi di nagoog bi, buur bu bëj-saalum bi di rab bi, ak yonnent bu fen bi ci kareta xare, fas yi ak gaal yi, ñépp dañu leen wone ci saar ba ñent-fukk; te sàrt yoonent bi mujje na ci saar ba ñent-fukk ak juróom-benn, ba fa dooley baap bi “dikk ba mujjam te kenn du ko dimbali.”</w:t>
      </w:r>
    </w:p>
    <w:p>
      <w:pPr>
        <w:pStyle w:val="ArticleBody"/>
        <w:jc w:val="left"/>
      </w:pPr>
      <w:r>
        <w:rPr>
          <w:rFonts w:ascii="Times New Roman" w:hAnsi="Times New Roman" w:eastAsia="Times New Roman" w:cs="Times New Roman"/>
        </w:rPr>
        <w:t>Armageddon, ci Téereb Peeñu gi, saraxleen fanweer gu mel ni benn goxu suuf buy wone ngàllankooru nit ñi miy jiitu dellusi Kirist. Armageddon mooy benn misaal; baat bi defees na ko ci ñaari baat: “Har” mi tekki tund, ak “Megiddo,” mi di xuru Yeesreel. Li tax Yowaana boole tund ak Megiddo, fekk Megiddo mooy xuru, day xamal taalibeb waxi yonent bi ne Armageddon misaal la, buy ëmb ab joxef bu jëm ci geografi, ndaxte amul benn tund ci xuru Yeesreel.</w:t>
      </w:r>
    </w:p>
    <w:p>
      <w:pPr>
        <w:pStyle w:val="ArticleBody"/>
        <w:jc w:val="left"/>
      </w:pPr>
      <w:r>
        <w:rPr>
          <w:rFonts w:ascii="Times New Roman" w:hAnsi="Times New Roman" w:eastAsia="Times New Roman" w:cs="Times New Roman"/>
        </w:rPr>
        <w:t>Xurub Yeesereel nekk na ci diggante ñetti géej yi (Géeju Mederane, Géeju Galile, ak Géeju Dee) ak Yerusalem. Mu ngi féete bu baax ci bëj-gànnaaru Israayil, te ñetti mbirum ndox yooyu ak Yerusalem nekk nañu ko wër ci jubluwaay yu wuute. Saar forty-five bu Daniel fukki benn mooy fa buurub bëj-gànnaar di fekk mujjam te kenn du ko dimbali, te saar boobu di firndeel mujjam ci fan wu nekk ci diggante géej yi ak tundu sell, tundu ndam la, bu Yerusalem. Saar forty bu Daniel fukki benn di tàmbalee wax ci ñetti doole yi, yiy mbir yi ñuy wax ci wéral ga bu gaañu dee bi nguurug paap bi ak mujjam bu mujj.</w:t>
      </w:r>
    </w:p>
    <w:p>
      <w:pPr>
        <w:pStyle w:val="ArticleBody"/>
        <w:jc w:val="left"/>
      </w:pPr>
      <w:r>
        <w:rPr>
          <w:rFonts w:ascii="Times New Roman" w:hAnsi="Times New Roman" w:eastAsia="Times New Roman" w:cs="Times New Roman"/>
        </w:rPr>
        <w:t>Kàddu gu jëkk gu aaya yi dafay xamle jamono muj ga ci atum 1798, ba baabaal bi jotee ay gaañu dee bu tar, te aaya fanweeri juróom-benn fukk bi dafay xamle gaañu dee bu sax ba fàww. Jaar-jaaru taariixu yonent bi nekk diggante dee gu njëkk ak dee gu mujj gu kàttanu baabaal bi, dafay xamle ngàkkug nit ñi, ba ñuy delloo kaweelug kàttanu baabaal bi, bi ñu fajee gaañu dee boobu, bala kàttanu baabaal bi agsi ci sëru mujjam. Juróom-benn aaya yooyu yëpp yore nañu màndargay dëgg, ndax njàlbéen ak mujj gi ñoom ñaar ñépp dee lañu ci kàttanu baabaal bi, te aaya yi nekk ci diggante yi mooy ngàkkug nit ñi, bi ñuy fajee gaañu dee gu njëkk ga.</w:t>
      </w:r>
    </w:p>
    <w:p>
      <w:pPr>
        <w:pStyle w:val="ArticleBody"/>
        <w:jc w:val="left"/>
      </w:pPr>
      <w:r>
        <w:rPr>
          <w:rFonts w:ascii="Times New Roman" w:hAnsi="Times New Roman" w:eastAsia="Times New Roman" w:cs="Times New Roman"/>
        </w:rPr>
        <w:t>Miller am nañu ko leer gu jóge ca malaakay asamaan yi ci mbind mi nekk diggante Room bu yéefeer ak Room bu paapal. Ubbi ngir Miller dégg xel waxtaanu yonent bi, bi mu jëfandikoo ci bépp njariñam ci yoonent yi, mooy “bu bes bu nekk bi” ci Ñaareelu Téssalonig. “Bu bes bu nekk bi” ci saar woowu mooy Room bu yéefeer; te loolu mooy li tax vision bi William Miller xam ko, ndaxte mooy Room, sàccakat yi ci sa xeet wi ci aaya fukk ak ñeent ci saar fukk ak benn bi, moo taxawal vision bi.</w:t>
      </w:r>
    </w:p>
    <w:p>
      <w:pPr>
        <w:pStyle w:val="ArticleBody"/>
        <w:jc w:val="left"/>
      </w:pPr>
      <w:r>
        <w:rPr>
          <w:rFonts w:ascii="Times New Roman" w:hAnsi="Times New Roman" w:eastAsia="Times New Roman" w:cs="Times New Roman"/>
        </w:rPr>
        <w:t>Yonnenta bi Yàlla taxaw ngir mu dégg yokkute xam-xam bi ci atum 1989, mu dégg nag ne Room am na ñetti melokaan. Miller mooy woon yonnenta bu malaaka bu njëkk ak bu ñaareel bi, te mu dégg woon jëfandikoo ñaari feeñu-feeñi Room yu njëkk ngir samp visión bi mu joxoon àddina si. Yonnenta bu malaaka bu ñetteel bi dafa dégg ñetti feeñu-feeñi Room yépp ngir samp visión bi ñu ko jox ngir muy yégle ko àddina si.</w:t>
      </w:r>
    </w:p>
    <w:p>
      <w:pPr>
        <w:pStyle w:val="ArticleBody"/>
        <w:jc w:val="left"/>
      </w:pPr>
      <w:r>
        <w:rPr>
          <w:rFonts w:ascii="Times New Roman" w:hAnsi="Times New Roman" w:eastAsia="Times New Roman" w:cs="Times New Roman"/>
        </w:rPr>
        <w:t>Jëfandikook bu njëkk bu Rooma mooy Rooma gu bokk ci yàlla ju dul Yàlla. Ci Rooma gu bokk ci yàlla ju dul Yàlla la Rooma gu paap, moom jëfandikook bu ñaareel, jóge. Ci ñaari jëfandikook yooyu la Rooma gu bees gi jóge, mooy boole bu ñetti wàll yu màndarga ak rabu ji, rab wa, ak yonent bu dëggul bi.</w:t>
      </w:r>
    </w:p>
    <w:p>
      <w:pPr>
        <w:pStyle w:val="ArticleBody"/>
        <w:jc w:val="left"/>
      </w:pPr>
      <w:r>
        <w:rPr>
          <w:rFonts w:ascii="Times New Roman" w:hAnsi="Times New Roman" w:eastAsia="Times New Roman" w:cs="Times New Roman"/>
        </w:rPr>
        <w:t>Dinanu yokkute ci wàllug werante gi ñuy wax ne “the daily” ci mboolem jaar-jaariy taariixu Advent bi ci bind bi di ñëw.</w:t>
      </w:r>
    </w:p>
    <w:p>
      <w:pPr>
        <w:pStyle w:val="ArticleScripture"/>
        <w:jc w:val="left"/>
      </w:pPr>
      <w:r>
        <w:rPr>
          <w:rFonts w:ascii="Times New Roman" w:hAnsi="Times New Roman" w:eastAsia="Times New Roman" w:cs="Times New Roman"/>
        </w:rPr>
        <w:t>“Ki gis lu xool ci suuf, te di jàng xol yi yépp ci nit ñi, wax na ci ñi amoon leer gu réy ne: ‘Ñoom deesul leen sonnal mbaa yéemu ndax seen tolluwaay gu yoonu jëf ak gu xel mu sell.’ Waaw, ñoom dañoo tànn seen yoon yu bopp, te seen ruu bànneex na ci seen ñaawtéef yi. Man itam dinaa tànn seen réeram yi, te indi seen ragal ci seen kaw; ndaxte ba ma wooee, kenn tontuwoonul; ba ma waxee, dégguñuwoon; waaye dañoo def lu bon ci sama bët yi, te tànn li ma bànneexul woon.’ ‘Yàlla dina yónnee ci ñoom réer gu tar, ngir ñu gëm fen,’ ndaxte ‘seetuñu mbëggeelug dëgg ngir ñu mucc,’ ‘waaye bànneexuñu woon ci njubadiul.’ Esayi 66:3, 4; 2 Tesalonig 2:11, 10, 12.</w:t>
      </w:r>
    </w:p>
    <w:p>
      <w:pPr>
        <w:pStyle w:val="ArticleScripture"/>
        <w:jc w:val="left"/>
      </w:pPr>
      <w:r>
        <w:rPr>
          <w:rFonts w:ascii="Times New Roman" w:hAnsi="Times New Roman" w:eastAsia="Times New Roman" w:cs="Times New Roman"/>
        </w:rPr>
        <w:t>“Jàngalekat bu asamaan bi laajoon na ne: ‘Lan moo gën a metti nax xel, lu dul naaféq gu ni yéen ngiy tabax ci fondamaŋ bu baax te Yàlla nangul seen jëf, fekk ci dëgg-dëgg yéen ngiy jëfandikoo lu bare ci li yoonu àddina di teg, te ngiy bàkkaar ci Yexowa? Éy, mooy nax bu réy, réer gu neex xol, guy jàpp xel yi, bu nit ñi xamoon dëgg gi benn yoon, jàppe melokaanu ragal Yàlla ni mooy ruuham ak dooleem; bu ñu foogee ne ku-ñu-bare lañu, yokk nañu leen ci alal, te soxlaatuñu dara, fekk ci dëgg-dëgg soxla nañu lépp.’”</w:t>
      </w:r>
    </w:p>
    <w:p>
      <w:pPr>
        <w:pStyle w:val="ArticleScripture"/>
        <w:jc w:val="left"/>
      </w:pPr>
      <w:r>
        <w:rPr>
          <w:rFonts w:ascii="Times New Roman" w:hAnsi="Times New Roman" w:eastAsia="Times New Roman" w:cs="Times New Roman"/>
        </w:rPr>
        <w:t>«Yàlla soppiwul dara ci jëfandikookatam yu takku yi di sàmm seen yére ba mu set wecc. Waaye ñu barey di yuuxu naan: “Jàmm ak kaaraange,” fekk tas gu gaaw di ñëw ci seen kow. Su fekkee amul tuub gu mat sëkk, su nit ñi suufeewul seen xol ci wàññi bopp ak wax-firnde, te nanguwul dëgg gi mel ni mu nekk ci Yeesu, duñu dugg mukk asamaan. Bu sellal gi amee ci sunu xeet, dootu nu desati di noppalu ci sunu dalte, di réer ci ne nu am na nu alal te yokku na nu ci yëf, ba nekk ni amu nu soxla dara.»</w:t>
      </w:r>
    </w:p>
    <w:p>
      <w:pPr>
        <w:pStyle w:val="ArticleScripture"/>
        <w:jc w:val="left"/>
      </w:pPr>
      <w:r>
        <w:rPr>
          <w:rFonts w:ascii="Times New Roman" w:hAnsi="Times New Roman" w:eastAsia="Times New Roman" w:cs="Times New Roman"/>
        </w:rPr>
        <w:t>“Kan moo wax dëgg ne: ‘Sunu wurus dafa jaar ci safara bi; sunuy yére amul benn tuuma yu àddina bi’? Gis naa sunu Jàngalekat bi muy tegtal yére yi ñuy wax ne mooy njubte. Bi Mu leen summee, Mu feeñal sobute ga nekk ci suufam. Noonu Mu ne ma: ‘Ndax gisoo ni ñu dajale seen sobute ak seen yàqute jikko ci naaféq ak ngistal? “Naka la dëkk ba woon ku takku ci Yàlla doon jigéen ju ndaw!” Kër sama Baay soppi nañu ko kërug jaay ak jënd, bérab bu képp di liggéey ngir alal, fa te nekkinu Yàlla ak ndamam jóge nañu. Loolu moo tax am na néew doole, te kàttan amul.’”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sampu gis mooy taxawal peeñ mi — Juróom-ñaareel lim bi</dc:title>
  <dc:subject>Fondom suuf: Bañug dëggu yóbbalu ci Añfentis Laodiseeŋ Adventis yi</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