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taxawal gis-gisu bi — Limu fukk bi</w:t>
      </w:r>
    </w:p>
    <w:p>
      <w:pPr>
        <w:pStyle w:val="ArticleSubtitle"/>
        <w:jc w:val="left"/>
      </w:pPr>
      <w:r>
        <w:rPr>
          <w:rFonts w:ascii="Arial" w:hAnsi="Arial" w:eastAsia="Arial" w:cs="Arial"/>
        </w:rPr>
        <w:t>Jëfandikoo Ju Mujj: Téereb Yoel, Mbetug New York, ak Misaalu Room ci Jaar-jaaru Advent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Bëgg-bëgg xulóo bu ma bëgg ak yeneen xalaat yu jaaralekat ci mbirum misaalu Room ci biir taarixu Advent mooy téereb Joel. Xulóo boobu amoon na gannaaw 11 Septambar 2001, te suñu seetul woon xaalis yu jamono jooju, ay tomb yu suturaat mën nañoo rëcc ba ñu xeeb. Ngir teg xaalis yooyu ci seen dëppoo, war nañu seet taarixu Millerite bi. Ci 11 Ut 1840, yeneen-waxtu bu yonent gi nekk ci Peeñu, saar 9, aaya 15, mat na woon.</w:t>
      </w:r>
    </w:p>
    <w:p>
      <w:pPr>
        <w:pStyle w:val="ArticleScripture"/>
        <w:jc w:val="left"/>
      </w:pPr>
      <w:r>
        <w:rPr>
          <w:rFonts w:ascii="Times New Roman" w:hAnsi="Times New Roman" w:eastAsia="Times New Roman" w:cs="Times New Roman"/>
        </w:rPr>
        <w:t>Noonu ñent yi ñatt ñi, yi ñu waajaloon ngir benn waxtu, ak benn bés, ak benn weer, ak benn at, ñu yiwi leen ngir ñu rey ñetteelu xaaj bi ci nit ñi. Peeñu 9:15.</w:t>
      </w:r>
    </w:p>
    <w:p>
      <w:pPr>
        <w:pStyle w:val="ArticleBody"/>
        <w:jc w:val="left"/>
      </w:pPr>
      <w:r>
        <w:rPr>
          <w:rFonts w:ascii="Times New Roman" w:hAnsi="Times New Roman" w:eastAsia="Times New Roman" w:cs="Times New Roman"/>
        </w:rPr>
        <w:t>Aaya bi wax jàngale ne “waxtu wi, ak benn bés, ak benn weer, ak benn at” dafa yem ak ñetti téeméeri ak juróom-ñeent-fukk ak benn at ak fukk ak juróom-ñaari bés. Ñeenti malaaka yi dañoo teewaloon waxtu bi Islaam jógé nguur, te indi xare ci Rom, tàmbalee ko 27 Sulet 1449. Fanwees ga ñu jële woon moo taxawoon ci jëfandikoo fanweesug yegg bi ci yeneen waxu yoon bu njëkk bu téeméeri ak juróom-fukk at. Waxu yoon bu njëkk boobu bu téeméeri ak juróom-fukk at, ñu ko tëraloon ci nettali mboolem musiba mu njëkk mi, mi di it trompetu juróomeel bi ci Peeñu Yàlla saar 9. Bi waxu yoon bu téeméeri ak juróom-fukk at jeexee ci 27 Sulet 1449, waxu yoon bi nuy seet léegi tàmbalee, te gannaaw ñetti téeméeri ak juróom-ñeent-fukk ak benn at ak fukk ak juróom-ñaari bés, waxu yoon bi jeex ci 11 Ut 1840.</w:t>
      </w:r>
    </w:p>
    <w:p>
      <w:pPr>
        <w:pStyle w:val="ArticleBody"/>
        <w:jc w:val="left"/>
      </w:pPr>
      <w:r>
        <w:rPr>
          <w:rFonts w:ascii="Times New Roman" w:hAnsi="Times New Roman" w:eastAsia="Times New Roman" w:cs="Times New Roman"/>
        </w:rPr>
        <w:t>William Miller dafa deggoon na doole yi ci Peeñu juróom-ñeent ba juróom-benn ne dañoo doon misaal Islam, te bala bésub 11 Ut 1840, nit ku bokk ci waa Miller, di Josiah Litch, joxe woon ab wax ju aju ci kàddug waxi Yàlla, muy feeñal ne ci 1840, nguurug Ottoman bi dina jeex. Fukki fan yu jiitu 11 Ut 1840, Litch delloo xëtal ay waxam te yeesal ko ngir feeñal du rekk at mi kàddug waxi Yàlla gi di mat, waaye sax at ba, bés ba ak weer wa. Sœur White wax na ci lu waxu Litch ji indi ci àddina jiine ji ci biir waa Miller, bi xew-xew ba amee mat.</w:t>
      </w:r>
    </w:p>
    <w:p>
      <w:pPr>
        <w:pStyle w:val="ArticleScripture"/>
        <w:jc w:val="left"/>
      </w:pPr>
      <w:r>
        <w:rPr>
          <w:rFonts w:ascii="Times New Roman" w:hAnsi="Times New Roman" w:eastAsia="Times New Roman" w:cs="Times New Roman"/>
        </w:rPr>
        <w:t>“Ci atum 1840 am na, beneen mat ug yëgle ci wër-gu-yaram ci matug kàddug wax ji yëngal na mbégte bu yaatu. Ñaari at laata loolu, Josiah Litch, kenn ci saraxalekat yu mag yi doon waare ñëwug ñaareelu dikk bi, moo génne tekki bu Apocalipse 9, di wax lu jiitu ne Nguuru Ottoman bi dina daanu. Ni mu ko waññee, doole boobu waroon nañu koo daaneel... ci 11-i fanweeri Ogoot 1840, ba keroog dooley Ottoman ci Constantinople manees na cee séentu ne dina damm. Te loolu, man gëm naa ne dees na ko gis ne noonu la.”</w:t>
      </w:r>
    </w:p>
    <w:p>
      <w:pPr>
        <w:pStyle w:val="ArticleScripture"/>
        <w:jc w:val="left"/>
      </w:pPr>
      <w:r>
        <w:rPr>
          <w:rFonts w:ascii="Times New Roman" w:hAnsi="Times New Roman" w:eastAsia="Times New Roman" w:cs="Times New Roman"/>
        </w:rPr>
        <w:t>“Ci jamono boobu lañ waxoon, Tirki, jaarale ko ci ay ndawam, nangu na aarug réew yi bokk ci andug dëkk yu mag yi ci Tugal, te noonu mu teg boppam ci suufu yoregi xeeti Kiristaan yi. Loolu moo matale woon yégleb gi ba noppi. Bi loolu siiwée, mbooloo yu bare daldi gëm ne yoonu tekki waxi yonent yi yi Miller ak ña mu andaloon ak ñoom jëfandikoo woon, jub na; te loolu jox na yëngu-yëngu ngëntu Boroom bi doole bu yéeme. Nit ñu am xam-xam ak daraja booloo nañu ak Miller, ci waare ji ak ci bindkatug ay xalaatam, te li diggante atum 1840 ak 1844, liggéey bi law na ba yaatu lool.” The Great Controversy, 334, 335.</w:t>
      </w:r>
    </w:p>
    <w:p>
      <w:pPr>
        <w:pStyle w:val="ArticleBody"/>
        <w:jc w:val="left"/>
      </w:pPr>
      <w:r>
        <w:rPr>
          <w:rFonts w:ascii="Times New Roman" w:hAnsi="Times New Roman" w:eastAsia="Times New Roman" w:cs="Times New Roman"/>
        </w:rPr>
        <w:t>Ndigalem bu dëggal xew-xew bii, ci at yi weesu, waa Adventiste du juróom-ñaareel fan yu Laodisee dañu ko xeexaat bu bare ci yeneen yoonu yu wuute. Ni mu deme ci juróom-ñaari yoon yi ak “bés bu nekk bi”, song dëgg gii mooy bañ fondamã yi, ni ñu leen teewaloon ci ñaari xët yu sell yi, ak itam sañ-sañu Xelu Kàddug Yëgle bi. Li tax Seytaane liggéey na ngir yàq kóolute ci jaar-jaar boo xam ne bari na ay wàll.</w:t>
      </w:r>
    </w:p>
    <w:p>
      <w:pPr>
        <w:pStyle w:val="ArticleBody"/>
        <w:jc w:val="left"/>
      </w:pPr>
      <w:r>
        <w:rPr>
          <w:rFonts w:ascii="Times New Roman" w:hAnsi="Times New Roman" w:eastAsia="Times New Roman" w:cs="Times New Roman"/>
        </w:rPr>
        <w:t>Yëg Litch dafa tekkiwoon bi dafa jëfandikoo “mbiri yëf yu tekki waxi yonent yi Miller nangoo woon.” Yàlla mayoon na Miller xam-xam ci mbirum waxtu yonent, te ku feebar ci ne yégleb Miller dafa sukkandikoo woon ci waxtu yonent, dafa war rekk seetati tablooy ñiy jiital 1843 ak 1850 ngir wóor ne loolu dëgg la. Bala 11 Ut 1840, ñi doon weddi yeneen Miller ci dellusi Kirist, daan naan ne maneesul a jëfandikoo waxtu yonent ngir xam kañ la Kirist di dellusi. Léegi sax, ñoom daan jëfandikoo waxu Biibël bi ne ñu xamul bés bi walla waxtu wi, ngir bañ a nangoo yégleem ak liggéeyam.</w:t>
      </w:r>
    </w:p>
    <w:p>
      <w:pPr>
        <w:pStyle w:val="ArticleScripture"/>
        <w:jc w:val="left"/>
      </w:pPr>
      <w:r>
        <w:rPr>
          <w:rFonts w:ascii="Times New Roman" w:hAnsi="Times New Roman" w:eastAsia="Times New Roman" w:cs="Times New Roman"/>
        </w:rPr>
        <w:t>Waaye bés boobu ak waxtu woowu, kenn xamul dara ci nekkam, du sax malaakay asamaan yi, waaye Baay bi rekk. Te ni mu deme woon ci fan yi Noowe nekkoon, noonu itam ñëwug Doomu nit ki dina deme. Ndaxte ni ci fan yi jiitu ndox mu mag ma, ñuy lekk di naan, di takk séy te di joxe ci séy, ba bés ba Noowe duggee ca gaal ga, te xamuñu woon dara ba kera ndox mu mag ma agsi, jël leen ñoom ñépp; noonu itam ñëwug Doomu nit ki dina deme. Bu boobaa ñaar dinañu nekk ci tool ba; kenn ki dees na ko jël, ka ca des dees na ko bàyyi. Macë 24:36–40.</w:t>
      </w:r>
    </w:p>
    <w:p>
      <w:pPr>
        <w:pStyle w:val="ArticleBody"/>
        <w:jc w:val="left"/>
      </w:pPr>
      <w:r>
        <w:rPr>
          <w:rFonts w:ascii="Times New Roman" w:hAnsi="Times New Roman" w:eastAsia="Times New Roman" w:cs="Times New Roman"/>
        </w:rPr>
        <w:t>Ci loolu lépp, Millerites yi gisoon nañu ay lay yu bare ci Biibël bi ngir taxawal seeni yëgle, te ñu wéyal seen liggéey ci kaw benn njàngat gu Sister White waxoon gannaaw gi.</w:t>
      </w:r>
    </w:p>
    <w:p>
      <w:pPr>
        <w:pStyle w:val="ArticleScripture"/>
        <w:jc w:val="left"/>
      </w:pPr>
      <w:r>
        <w:rPr>
          <w:rFonts w:ascii="Times New Roman" w:hAnsi="Times New Roman" w:eastAsia="Times New Roman" w:cs="Times New Roman"/>
        </w:rPr>
        <w:t>«“Amul kenn xam bés bi mbaa waxtu wi” moo doon xalaat bi ñu gën a jëfandikoo ci ñi bañee ngeen gu ñëwug Kirist. Mbind mi nee na: “Waaye bés boobu ak waxtu woowu kenn xamuko, du sax malaaka yi ci asamaan, waaye sama Baay rekk.” Macë 24:36. Ñi doon seetaan Boroom bi, ñoom dañoo joxe leer te dëppalug tekkiinu bind boobu, te ñu won bu leer ni seeni noon di ko jëfandikoo lu awul yoon. Kàddu yooyu, Kirist moo leen waxoon ci waxtaan wooyu am solo ak taalibeem yi ca tundu Oliw ya, gannaaw bi mu jógee kër Yàlla ga ngir mujj. Taalibe yi laajoon nañu ne: “Lan mooy tektalu sa dikk ak mujjug àddina?” Yeesu jox leen ay tektal, ne leen: “Bu ngeen gisee yëf yii yépp, xamleen ne jege na, ba ci bunt ya sax.” Aaya 3, 33. Benn waxinu Musalkat bi warul tax mu yàq beneen. Doonte kenn xamul bés bi mbaa waxtu wi ci dikkam, jàngalees na nu te santaanees na nu nu xam bu mu jegee. Yokk nañu ci ne, su ñu xeebee artam, te bañ mbaa bàyyi xam bu dikkam jegee, loolu dina man a yàq nu, ni ko nekkoon ñi dundoon ci fan yu Nóoyin, ba ñu xamul woon kañ la mbëy mi di ñëw. Te léeb bi nekk ci benn xaaj boobu it, di wone wuute gi am diggante jaam bu takku ak jaam bu amul ngor, te di joxe àtteb ki wax ci xolam ne: “Sama Boroom yaa ngi yéex ci dikkam,” dafay wone bu leer naka la Kirist di xool ak fey ñi mu fekk di wottu, di jàngale dikkam, ak ñi koy weddi. “Wottuleen nag,” la wax. “Kuy barkeel mooy jaam boobu, bi ko boroomam fekkee muy def loolu bu mu ñëwee.” Aaya 42, 46. “Kon nag boo wottuwul, dinaa ñëw ci yaw ni sàcc, te doo xam ban waxtu laay ñëwee ci yaw.” Peeñu 3:3.» The Great Controversy, 370.</w:t>
      </w:r>
    </w:p>
    <w:p>
      <w:pPr>
        <w:pStyle w:val="ArticleBody"/>
        <w:jc w:val="left"/>
      </w:pPr>
      <w:r>
        <w:rPr>
          <w:rFonts w:ascii="Times New Roman" w:hAnsi="Times New Roman" w:eastAsia="Times New Roman" w:cs="Times New Roman"/>
        </w:rPr>
        <w:t>Bi Litch waxee ba ci yon wàllu mbir yi mu yégle woon, nit ñi “am xam-xam ak daraja boole nañu ak Miller, ci waare ak ci sànkale xalaatam yi, te li dale ci 1840 ba 1844 liggéey bi yaatal na bu gaaw.” Baatu Miller gi jot na doole bi yoonu tekki wax yu yonent yi mu sampoon dëggaloo ni ay yoon yu baax lañu doon. Ci tontu dëggalu waxu jamono ji, du yooni Miller rekk lañu dëggal, te ñu bare bokk ci yëngu-yëngub Millerite; waaye li noonu itam am solo ci wàllu yonent mooy ne yoon wi gën a am njëkk ci yooni Miller yi moom lañu dëggaloon. Itam, li ñu jëfandikoo ngir dëggal loolu mooy jëfandikoo ab waxu yonent bu jëm ci ñaareelu mboolem ñetti musiba yi, yi itam di juróomeelu, juróom-bennelu ak juróom-ñaareelu trompet.</w:t>
      </w:r>
    </w:p>
    <w:p>
      <w:pPr>
        <w:pStyle w:val="ArticleBody"/>
        <w:jc w:val="left"/>
      </w:pPr>
      <w:r>
        <w:rPr>
          <w:rFonts w:ascii="Times New Roman" w:hAnsi="Times New Roman" w:eastAsia="Times New Roman" w:cs="Times New Roman"/>
        </w:rPr>
        <w:t>Doole bi yéegu ci yoonu waareb Miller doon benn ci misaal yu gëna am solo ci yoon wi ñuy wax yoonu yeesalug Millerite. Loolu dafa ame woon misaal ci sóobu ndox bu Yeesu. Mu feeñale ne jéemantu mujj gi ñeel askanu kóllëre gu njëkk gi (Protestants) tàmbali na. Mu doon itam boppu seetaanub Seytaane ci kaw yépp yoon wi ak bataaxalub Millerite.</w:t>
      </w:r>
    </w:p>
    <w:p>
      <w:pPr>
        <w:pStyle w:val="ArticleScripture"/>
        <w:jc w:val="left"/>
      </w:pPr>
      <w:r>
        <w:rPr>
          <w:rFonts w:ascii="Times New Roman" w:hAnsi="Times New Roman" w:eastAsia="Times New Roman" w:cs="Times New Roman"/>
        </w:rPr>
        <w:t>“Bépp laaj bu Seytaane mën a yëngu ci xel ngir jur sikki-sàkk ci mbirum màggat gu yaatu gu jaar-jaaram nit ñi Yàlla moom, dina neex ndamam Seytaane te mooy tooñ Yàlla. Xibaar bi ne Boroom bi dina ñëw ci sunu àddina léegi ak kàttan ak ndam lu réy, mooy dëgg, te ci atum 1840 baat yu bare yéeg nañu ngir yégle ko.” Manuscript Releases, volume 9, 134.</w:t>
      </w:r>
    </w:p>
    <w:p>
      <w:pPr>
        <w:pStyle w:val="ArticleBody"/>
        <w:jc w:val="left"/>
      </w:pPr>
      <w:r>
        <w:rPr>
          <w:rFonts w:ascii="Times New Roman" w:hAnsi="Times New Roman" w:eastAsia="Times New Roman" w:cs="Times New Roman"/>
        </w:rPr>
        <w:t>Ci 11i Septàmbar 2001, ñetteelu ay bi ànd ak alàmmik waxu Yàlla agsi na ci jaar-jaaru yonent gi. Lii dëggal na sàrtu njàngat bu njëkk bi yoonu tekkiyonent wi, mi yëngu-yëngu malaaka bu ñetteel bi jël woon, mi tàmbalee ci 1989. Dëggu njëkk bi ñu ubbi woon ndaw ndaw ci ndaw ndaw ndaw ndaw ndaw ndaw ndaw ndaw ndaw ndaw ndaw ndaw ndaw ndaw ndaw ndaw ndaw ndaw ndaw ndaw ndaw ndaw ndaw ndaw ndaw ndaw ndaw ndaw ndaw ndaw ndaw ndaw ndaw ndaw ndaw ndaw ndaw ndaw ndaw ndaw ndaw ndaw ndaw ndaw ndaw ndaw ndaw ndaw ndaw ndaw ndaw ndaw ndaw ndaw yonnentukat bu yëngu-yëngu jubbantal boobu, ubbees na ko ci 1989, te moom nekku woon juróom-benni ay aaya yu mujj yi ci Daniel fukki benn. Dëgg la woon ne bépp yëngu-yëngu jubbantal dafa daw ci benn yamoo ak yeneen yi, te war nañu leen dajale “rëdd ak rëdd” ngir xàm melokaanu yëngu-yëngu nit ñaar-fukk ak ñeent junni ñent-fukk ak ñeent yi, mi di yëngu-yëngu malaaka bu ñetteel bi. Jàngale gu njëkk gi ma mas a joxe ci kanam mbooloo, ci ndaje camp meeting la woon ci 1994, walla xeyna 1995. Jàngale googu nekku woon ci juróom-benni ay aaya yu mujj yi ci Daniel fukki benn; ci ay rëdd yu jubbantal yiy daw ci benn yamoo la woon.</w:t>
      </w:r>
    </w:p>
    <w:p>
      <w:pPr>
        <w:pStyle w:val="ArticleBody"/>
        <w:jc w:val="left"/>
      </w:pPr>
      <w:r>
        <w:rPr>
          <w:rFonts w:ascii="Times New Roman" w:hAnsi="Times New Roman" w:eastAsia="Times New Roman" w:cs="Times New Roman"/>
        </w:rPr>
        <w:t>Bi waxu yeneen ci Isalaam gu ñetteelu musiba matoon ci 11 Septambar 2001, mu doon ànd ak 11 Awu 1840. Ci 1840, ab yeneen ci jëkkëréelu ak ñaareelu musiba dëggal na yëgleb Milèrit yi, te ci 11 Septambar 2001 ab yeneen ci ñetteelu musiba dëggal na yëgleb Future for America. Xam-xamu dencu boobu indi na mbooloo mu bare ci yëngu-yëngu bi, fa mu nekkoon lu ëpp benn nit rekk. Noonu itam, yëglebu yëngu-yëngu bi ak ki ko yégle doon nañu nekk ci suufu xare, ni taariixu 1840 doon na bés bu xareb Seytaane jublu ci moom diirub at yi topp.</w:t>
      </w:r>
    </w:p>
    <w:p>
      <w:pPr>
        <w:pStyle w:val="ArticleBody"/>
        <w:jc w:val="left"/>
      </w:pPr>
      <w:r>
        <w:rPr>
          <w:rFonts w:ascii="Times New Roman" w:hAnsi="Times New Roman" w:eastAsia="Times New Roman" w:cs="Times New Roman"/>
        </w:rPr>
        <w:t>Ñi bokk yi dugg ci yoonu Future for America nangu nañu yoonu tekki kàddug yonent yi ndaje ci ndigalub yonnentkat bu jamono jooju. Benn ci yooyu, te xeyna mooy bi gën a am solo, mooy woon te mooy ba tey jëfandikoo ñetti jëfekaayu benn yonent. Yonnentkat boobu agsi woon ci xam ne am na ay dëgg-yonent yu ñu firndeel ci kaw ñetti matuwaay yu sës. Gëm ne jaar-jaaru Millerite bi dellusi na ci jaar-jaaru ñi ñuy wax ñaar-fukk ak ñeent junni, ñu gis ne 11 Aout 1840 dafa typifier 11 Septembre 2001, te ne itam yeneen rëdd-yoonu yeesal yu sell yi am nañu benn taxawaayu màndarga boobu.</w:t>
      </w:r>
    </w:p>
    <w:p>
      <w:pPr>
        <w:pStyle w:val="ArticleBody"/>
        <w:jc w:val="left"/>
      </w:pPr>
      <w:r>
        <w:rPr>
          <w:rFonts w:ascii="Times New Roman" w:hAnsi="Times New Roman" w:eastAsia="Times New Roman" w:cs="Times New Roman"/>
        </w:rPr>
        <w:t>Seede jëfandikoo biy firnde gu sell yépp yu yees ci bindub coppite bu sell bi ci bindub malaaka bu ñetteel bi, biir lëññu ko ubbi woon ci ndimbalug Gaynde gi nekk ci giiru Yuda. Gisoon nañu ne, ni taariixu Millerite matale woon léeb baat yépp ci misaalu fukki janq ya, noonu itam la taariixu Future for America matale.</w:t>
      </w:r>
    </w:p>
    <w:p>
      <w:pPr>
        <w:pStyle w:val="ArticleScripture"/>
        <w:jc w:val="left"/>
      </w:pPr>
      <w:r>
        <w:rPr>
          <w:rFonts w:ascii="Times New Roman" w:hAnsi="Times New Roman" w:eastAsia="Times New Roman" w:cs="Times New Roman"/>
        </w:rPr>
        <w:t>“Lu ma koy jublu ci léebu fukki janq ñaari góor ñi, juróom ñooyu dañoo am xel, te juróom yeneen yi ay ñàkka-xel lañu. Léebu bii am na, te dina am ba ci benn arafet ba, ndaxte dafay jëfandikoo ci jamono jii ci anam wu jagleel; te mel ni yégle bu ñetteel malaaka bi, am na, te dina wéy di dëgg gu nekk ci jamono jii ba kera mujjug àddina.” Review and Herald, August 19, 1890.</w:t>
      </w:r>
    </w:p>
    <w:p>
      <w:pPr>
        <w:pStyle w:val="ArticleBody"/>
        <w:jc w:val="left"/>
      </w:pPr>
      <w:r>
        <w:rPr>
          <w:rFonts w:ascii="Times New Roman" w:hAnsi="Times New Roman" w:eastAsia="Times New Roman" w:cs="Times New Roman"/>
        </w:rPr>
        <w:t>Juróomi juróom yi ci Apokalips fukk ñu ngi leen xam ngir xàmmi ne xew-xewu Millerites yi dalee ci 11 Ut 1840 ba 22 Oktoobar 1844, te itam jaar-jaaru 11 Sàttumbar 2001 ba ci yoonu Dibéer bi di ñëw léegi.</w:t>
      </w:r>
    </w:p>
    <w:p>
      <w:pPr>
        <w:pStyle w:val="ArticleScripture"/>
        <w:jc w:val="left"/>
      </w:pPr>
      <w:r>
        <w:rPr>
          <w:rFonts w:ascii="Times New Roman" w:hAnsi="Times New Roman" w:eastAsia="Times New Roman" w:cs="Times New Roman"/>
        </w:rPr>
        <w:t>“Leer wu bees biñ jox Yowaana te mu wax ko ci juróom-ñaar ñiir yi, mooyoon misaal bu leer ci mbir yi di xew ci suufu yégle bu njëkk bi ak bu ñaareel bi....”</w:t>
      </w:r>
    </w:p>
    <w:p>
      <w:pPr>
        <w:pStyle w:val="ArticleScripture"/>
        <w:jc w:val="left"/>
      </w:pPr>
      <w:r>
        <w:rPr>
          <w:rFonts w:ascii="Times New Roman" w:hAnsi="Times New Roman" w:eastAsia="Times New Roman" w:cs="Times New Roman"/>
        </w:rPr>
        <w:t>«Gannaaw ba juróom-ñaari dënnu yi waxee seen baat, ndigal gi dikk na ci Yowaana ni mu dikkoon ci Daniyel ci mbirum téere bu ndaw bi: “Téjël yeneen mbir yi juróom-ñaari dënnu yi wax.” Loolu jëm na ci xew-xew yu ngiy ñëw te dees na leen fésal ci seen toftale.» The Seventh-day Adventist Bible Commentary, volume 7, 971.</w:t>
      </w:r>
    </w:p>
    <w:p>
      <w:pPr>
        <w:pStyle w:val="ArticleBody"/>
        <w:jc w:val="left"/>
      </w:pPr>
      <w:r>
        <w:rPr>
          <w:rFonts w:ascii="Times New Roman" w:hAnsi="Times New Roman" w:eastAsia="Times New Roman" w:cs="Times New Roman"/>
        </w:rPr>
        <w:t>Ñu nangu ne Sœur White wax na ci lu leer ne doxalin malaaka bu ñetteel bi dawandoo ak doxalin malaaka bu njëkk bi ak bu ñaareel bi.</w:t>
      </w:r>
    </w:p>
    <w:p>
      <w:pPr>
        <w:pStyle w:val="ArticleScripture"/>
        <w:jc w:val="left"/>
      </w:pPr>
      <w:r>
        <w:rPr>
          <w:rFonts w:ascii="Times New Roman" w:hAnsi="Times New Roman" w:eastAsia="Times New Roman" w:cs="Times New Roman"/>
        </w:rPr>
        <w:t>“Yàlla jox na bataaxali Peeñu gi 14 seen barab ci sàrtu waxi yonent yi, te seen liggéey warul taxaw ba keru jaar-jaari askanu suuf sii. Baatu malaaka bu jëkk ba ak bu ñaareel ba tey itam dëgg la ngir jamono jii, te dañuy dox benn yoon ak bii di topp. Malaaka bu ñetteel ba yégle na waareem ak baat bu xumb. ‘Gannaaw loolu,’ la Yowaana wax, ‘gis naa beneen malaaka muy wàccee asamaan, yor kàttan gu réy, te ndamu dafa leerloo suuf si.’ Ci leer gu mel nii, leeru ñetti bataaxal yi yépp dañoo booloo.” The 1888 Materials, 803, 804.</w:t>
      </w:r>
    </w:p>
    <w:p>
      <w:pPr>
        <w:pStyle w:val="ArticleBody"/>
        <w:jc w:val="left"/>
      </w:pPr>
      <w:r>
        <w:rPr>
          <w:rFonts w:ascii="Times New Roman" w:hAnsi="Times New Roman" w:eastAsia="Times New Roman" w:cs="Times New Roman"/>
        </w:rPr>
        <w:t>Yëngu malaaka bu njëkk ak bu ñaareel dafa dëppook yëngu malaaka bu ñetteel bi. Kóllëre gi am solo ci yëngu malaaka bu njëkk ak bu ñaareel bi, am na doole ndax matug benn kóllëre bu jamono ci alxiyàmat bu njëkk ak bu ñaareel, te dooleelug yëngu malaaka bu ñetteel bi itam am na doole ndax matug benn kóllëre ci alxiyàmat bu ñetteel bi.</w:t>
      </w:r>
    </w:p>
    <w:p>
      <w:pPr>
        <w:pStyle w:val="ArticleBody"/>
        <w:jc w:val="left"/>
      </w:pPr>
      <w:r>
        <w:rPr>
          <w:rFonts w:ascii="Times New Roman" w:hAnsi="Times New Roman" w:eastAsia="Times New Roman" w:cs="Times New Roman"/>
        </w:rPr>
        <w:t>Ni mel ni ci 11 ut, 1840, ba waxu Future for America dëggaloon nañu ne “mbooloo yu bare gëm nañu ne yoon yi ngir firndeel kàddug yonent yi, yi Future for America jëfandikoo, jub nañu,” te “jàngoro bu yéeme ci yoonu Advent bi am na doole.” “Nit ñi am xam-xam ak daraja booloo nañu ak” Future for America, “ci waare ak ci mbind mi it,” ngir yégle yëgleb yonent bu Future for America. Yoon wu bees wi Future for America jëfandikoo, wi leeraloon ne ci 11 Septàmburu 2001 am na matug waxu yonent, moo doon “jëfandikoo bu ñetti yoon ci yonent.”</w:t>
      </w:r>
    </w:p>
    <w:p>
      <w:pPr>
        <w:pStyle w:val="ArticleBody"/>
        <w:jc w:val="left"/>
      </w:pPr>
      <w:r>
        <w:rPr>
          <w:rFonts w:ascii="Times New Roman" w:hAnsi="Times New Roman" w:eastAsia="Times New Roman" w:cs="Times New Roman"/>
        </w:rPr>
        <w:t>Bu nuy nangu gëm ci gis-gis bu Islam gu njëkk te aju ci njëkk ak ñaareelu musiba yi, ni ñu ko teggee ci ñaari xàrt yu sell yi, boole ko ak seede bu bindu bu ñi jàngale woon yëgle bi, danuy xàm melokaani waxi yonent yi yu jagleel một musiba bu njëkk bi ak musiba bu ñaareel bi. Biibël bi di jàngal ak yoon yu bare, ci ay anam yu wuute, ne dëgg mooy taxaw ci kow seede ñaari nit. Melokaani waxi yonent yi yu musiba bu njëkk bi, bu ñu leen boole ak melokaani waxi yonent yi yu musiba bu ñaareel bi, ñooy saxal melokaani waxi yonent yi yu musiba bu ñetteel bi. Jëfandikoo Islam ci ñetti yoon yi dafa leer lool ci màggal ngir xam ñëwug musiba bu ñetteel bi ci 11 Septembre 2001, ba tax ne mënuñu ko bañ a gis, doonte li ëpp ci nit ñi di tànn mooy tëj seen bët ci kanam seede bi.</w:t>
      </w:r>
    </w:p>
    <w:p>
      <w:pPr>
        <w:pStyle w:val="ArticleBody"/>
        <w:jc w:val="left"/>
      </w:pPr>
      <w:r>
        <w:rPr>
          <w:rFonts w:ascii="Times New Roman" w:hAnsi="Times New Roman" w:eastAsia="Times New Roman" w:cs="Times New Roman"/>
        </w:rPr>
        <w:t>Jëfandikug yonett yeneen ci waxi yëgle yi dafa dëggal bu baax ne ñetteelu musiba bi agsiwoon na ci 11 Sàttumbar 2001. Noonu lañu gis ne xeer wi dafa àndoon bu jub ak yégleb malaaka ñaareel bi, te ci jamonoy Millerite yi ak itam ci jamonoy ñi téeméeriñeent-fukk ak ñeent-fukk ñaar, mooy di waxtu wi Xel Mu Sell mi ñuy tuur. Ñaari jaar-jaar yii ñépp mooy matalug léeb bu fukki janq yi, te ci léeb ba, yégleb Yuuxu Digg-Guddi gi mooy fa ñu wone wuute gi nekk diggante boroom xel yi ak ñi ñàkk xel, te mooy it fañu dooleel yégleb malaaka ñaareel bi.</w:t>
      </w:r>
    </w:p>
    <w:p>
      <w:pPr>
        <w:pStyle w:val="ArticleScripture"/>
        <w:jc w:val="left"/>
      </w:pPr>
      <w:r>
        <w:rPr>
          <w:rFonts w:ascii="Times New Roman" w:hAnsi="Times New Roman" w:eastAsia="Times New Roman" w:cs="Times New Roman"/>
        </w:rPr>
        <w:t>«Ci jege wooni ndigalu ñaareelu malaaka bi di jeex, gis naa leer gu réy gu jóge asamaan di leer nit ñi Yàlla. Xeetu leer googu dafa mel ni mu leer lool ni jant bi. Te dégg naa baat yu malaaka yi di wax ak kàddu gu kawe ne: “Xool-leen, Boroom céet gi ngi ñëw; génn-leen ngir daje ak moom!”»</w:t>
      </w:r>
    </w:p>
    <w:p>
      <w:pPr>
        <w:pStyle w:val="ArticleScripture"/>
        <w:jc w:val="left"/>
      </w:pPr>
      <w:r>
        <w:rPr>
          <w:rFonts w:ascii="Times New Roman" w:hAnsi="Times New Roman" w:eastAsia="Times New Roman" w:cs="Times New Roman"/>
        </w:rPr>
        <w:t>“Lii mooyoon jooyug guddi gi, gi war a jox doole ndigalu ñaareelu malaaka bi. Yónni nañu malaaka yi jóge asamaan ngir yégle ñi sell ñi ñàkk kóolute te waajal leen ngir liggéey gu mag ga nekk ci seen kanam. Góor ñi gëna am xel ak mën-mën duñu woon ñi jëkk a jot bataaxal bii. Yónni nañu malaaka yi ci ñi suufe te sellal seen bopp, te tax leen ñu yékkati jooyu bi ne: ‘Xool-leen, Boroom céet bi ngi ñëw; génnleen ngir daje ak Moom!’” Early Writings, 238.</w:t>
      </w:r>
    </w:p>
    <w:p>
      <w:pPr>
        <w:pStyle w:val="ArticleBody"/>
        <w:jc w:val="left"/>
      </w:pPr>
      <w:r>
        <w:rPr>
          <w:rFonts w:ascii="Times New Roman" w:hAnsi="Times New Roman" w:eastAsia="Times New Roman" w:cs="Times New Roman"/>
        </w:rPr>
        <w:t>Ci jaar-jaarub malaaka bu njëkk ak ñaareel bi, tuurug Xel Mu Sell mi mat na bi Yuuxu Guddi gi boolee ak yégleb malaaka bu ñaareel bi. Loolu dellu nañu ko ci jaar-jaarub malaaka bu ñetteel bi.</w:t>
      </w:r>
    </w:p>
    <w:p>
      <w:pPr>
        <w:pStyle w:val="ArticleScripture"/>
        <w:jc w:val="left"/>
      </w:pPr>
      <w:r>
        <w:rPr>
          <w:rFonts w:ascii="Times New Roman" w:hAnsi="Times New Roman" w:eastAsia="Times New Roman" w:cs="Times New Roman"/>
        </w:rPr>
        <w:t>“Yónni ñi yebaloon nañu ngir dimbali malaakam bu am doole bi jóge asamaan, te dégg naa baat yu mel ne di riir fépp, naan: Génnleen ci moom, yéen sama nit ñi, ngir ngeen bañ a bokk ci ay bàkkaaram, te ngir ngeen bañ a jot ci ay mbugalam; ndaxte ay bàkkaaram yeg nañu ba asamaan, te Yàlla fàttaliku na ay tooñam. Bii ndawtal dafa mel ni yokk la ci ñetteelu ndawtal ba, te moo ci ànd, ni yuuxu guddi digg bi ànd ak ndawtalu ñaareelu malaaka ba ci atum 1844. Ndampu Yàlla daloon na ci kaw saints yu muñ, di xaar, te ak xol bu dëgër ñuy joxe artu mujj ga, bu ragal lu metti, di yégle ne Babilon dafa daanu, di woo nit ñi Yàlla nekkal ngir ñu génn ci moom; ngir ñu man a rëcc ci mbugal mu tiit bi muy jëm.” Spiritual Gifts, volume 1, 195.</w:t>
      </w:r>
    </w:p>
    <w:p>
      <w:pPr>
        <w:pStyle w:val="ArticleBody"/>
        <w:jc w:val="left"/>
      </w:pPr>
      <w:r>
        <w:rPr>
          <w:rFonts w:ascii="Times New Roman" w:hAnsi="Times New Roman" w:eastAsia="Times New Roman" w:cs="Times New Roman"/>
        </w:rPr>
        <w:t>Ci wàllu jëfandikukat gu ñett-fànn gu waxu yonent bi, yëgleb malaaka ñaareel bi moo di ndigal gu ñett-fànn gu waxu yonent, ndaxte yëgleb gi ci benn-benn jaar-jaar jëfandikukat mooy: Babilon dafa daanu ñaari yoon.</w:t>
      </w:r>
    </w:p>
    <w:p>
      <w:pPr>
        <w:pStyle w:val="ArticleScripture"/>
        <w:jc w:val="left"/>
      </w:pPr>
      <w:r>
        <w:rPr>
          <w:rFonts w:ascii="Times New Roman" w:hAnsi="Times New Roman" w:eastAsia="Times New Roman" w:cs="Times New Roman"/>
        </w:rPr>
        <w:t>Te beneen beneen, beneenoon amndaw, naan: Babilon dafa daanu, daanu na, dëkk bu mag ba, ndaxte mooy tax xeet yépp naan biiñu meram njaloomam. Pexe yu Sell yi 14:8.</w:t>
      </w:r>
    </w:p>
    <w:p>
      <w:pPr>
        <w:pStyle w:val="ArticleBody"/>
        <w:jc w:val="left"/>
      </w:pPr>
      <w:r>
        <w:rPr>
          <w:rFonts w:ascii="Times New Roman" w:hAnsi="Times New Roman" w:eastAsia="Times New Roman" w:cs="Times New Roman"/>
        </w:rPr>
        <w:t>Malaaka bu mag bi ci Mbind mi, ci Teereb Peeñ mi fukk, wàcc na ak matug ab yoonent ci njàqare ji njëkk ak ñaareel bi, ci 11 ut 1840, te ci def loolu mu doon misaalug wàccug malaaka bu mag bi ci Teereb Peeñ mi, saraxle 18, ci 11 Sàttumbar 2001. Malaaka boobu mi leerale suuf si ak ndamaram, noonu mu yégle ab xibaar.</w:t>
      </w:r>
    </w:p>
    <w:p>
      <w:pPr>
        <w:pStyle w:val="ArticleScripture"/>
        <w:jc w:val="left"/>
      </w:pPr>
      <w:r>
        <w:rPr>
          <w:rFonts w:ascii="Times New Roman" w:hAnsi="Times New Roman" w:eastAsia="Times New Roman" w:cs="Times New Roman"/>
        </w:rPr>
        <w:t>Mu woo ak baat ak kàddu gu dëgër ne: Babiilon bu mag bi daanu na, daanu na, te mu nekk kërug rab yi, ak tërëlug bépp ruu bu sobe, ak pakkug bépp picc bu laabul teñu koy bañ. Peeñu Yàlla 18:2.</w:t>
      </w:r>
    </w:p>
    <w:p>
      <w:pPr>
        <w:pStyle w:val="ArticleBody"/>
        <w:jc w:val="left"/>
      </w:pPr>
      <w:r>
        <w:rPr>
          <w:rFonts w:ascii="Times New Roman" w:hAnsi="Times New Roman" w:eastAsia="Times New Roman" w:cs="Times New Roman"/>
        </w:rPr>
        <w:t>Bataaxalu malaaka ñaareelu ci saar bii fukk ak ñeent, ak bu malaaka bu mag ba ci saar bii fukk ak juróom-ñett di joxe mooy wone ne Babilon dafa daanu ñaari yoon, te bataaxal boobu mooy wone Babilon bu fan yu mujj yi. Mu ngi wone Babilon bu fan yu mujj yi, ndaxte ñaari yoon yi Babilon daanu woon lu jiitu, ci jamono Nimrod, ak ci jamono Nebukadnesar ba ca Belshassar, loolu taxawal na melokaani wax yu yonent yi ci mbubb mi ci Peeñu ma saar fukk ak juróom-ñaar, mi am ci jëramam mbind mi naan: “Babilon bu Mag bi.” Ngir ràññee daanu boobu Babilon ci fan yu mujj yi, war na am ñaari seede yi ci ñaari daanu yi jiitu woon ci Babilon, ndaxte bataaxalu fan yu mujj yi mooy ne: Babilon daanu na, daanu na. Ba malaaka bu mag ba wàccee, ba kër yu mag yi ci dëkk bi New York daanuwee ci laalug Yàlla, ci yégleemam mooy ràññee nguurug yoon wu am ñetti jëfandikoo ci waxu yonent yi. Ñetti jëfandikoo yooyu ci waxu yonent yi, yi taxawale 11 Sàttàmbar 2001 ni matug Kàddug Yàlla gu yonent, mooy ñetti jëfandikoo yi ci ñetti musiba yi.</w:t>
      </w:r>
    </w:p>
    <w:p>
      <w:pPr>
        <w:pStyle w:val="ArticleBody"/>
        <w:jc w:val="left"/>
      </w:pPr>
      <w:r>
        <w:rPr>
          <w:rFonts w:ascii="Times New Roman" w:hAnsi="Times New Roman" w:eastAsia="Times New Roman" w:cs="Times New Roman"/>
        </w:rPr>
        <w:t>Ca jamono yépp bokk nañu ci yëngu-yëngub Future for America, te gëm nañu ndigali yu ñuy jëfandikoo ci tekki kàddug yonent yi, yi Future for America jëfandikoo woon. 11 ut 1840 amaat na, te ci loolu, dindiwaat boobu dëggalul woon ndigalu njëkk bu Miller, maanaam ne benn bés mooy tegu ngir benn at ci yonent yu Biblia; ndaxte ndigalu njëkk bu Future for America mooy ne jaar-jaaru Millerite bi ci yégleb malaaka bu njëkk ak bu ñaareel dañuy dindiwaat ci jaar-jaaru yëngu-yëngub malaaka bu ñetteel.</w:t>
      </w:r>
    </w:p>
    <w:p>
      <w:pPr>
        <w:pStyle w:val="ArticleBody"/>
        <w:jc w:val="left"/>
      </w:pPr>
      <w:r>
        <w:rPr>
          <w:rFonts w:ascii="Times New Roman" w:hAnsi="Times New Roman" w:eastAsia="Times New Roman" w:cs="Times New Roman"/>
        </w:rPr>
        <w:t>Dafa mel ni lu leer ne, su atum 1840 doonoon na am mbir mu war a nekk njëgu bu leer gu sellalug Saataana ju mag ji, ni ko Sœur White tudde Saataana, kon itam jaar-jaaru bésub 11 Septembre 2001 waroon nañu koo teg ci suufeem njëg wu ni mel. Noonu nag, gis nañu ay xalaat yu di wax ne mbir mi am na lu jëm ci ñi di doxal àddina, walla Jésuites yi, walla CIA, walla njabootu Bush, walla benn mboolem kàttan yooyu. Teeyoori yooyu, doonte am nañu ay dogal yu dëgg ci seen biir, dañu leen tabax ngir weddi ne woon na loxo Yàlla ju wàcce kër yu mag ya ca New York City, ba loolu doon màndargaal dikkug ñetteelu musiba bi ci jaar-jaaru yëngu-yëngub ñi téemeer ak ñeent-fukk ak ñeent-ñaar-fukk ak ñeent.</w:t>
      </w:r>
    </w:p>
    <w:p>
      <w:pPr>
        <w:pStyle w:val="ArticleScripture"/>
        <w:jc w:val="left"/>
      </w:pPr>
      <w:r>
        <w:rPr>
          <w:rFonts w:ascii="Times New Roman" w:hAnsi="Times New Roman" w:eastAsia="Times New Roman" w:cs="Times New Roman"/>
        </w:rPr>
        <w:t>« Léegi am na kàddu yi ma wax ne New York dañuy ko far ak benn mbëj gu réy gu joge ci géej? Loolu waxuma ko mukk. Li ma wax mooy, bi ma doon xool kër yu mag ya fa di yéeg, étage ci kaw étage, ma ne: “Yaw aay naxari lu metti lañuy gis bu Boroom bi jógée ngir yëngal suuf si ak doole gu réy!” Kon baat yi nekk ci Révélation 18:1–3 dinañu mat. Gépp sariis bi fukk ak juróom-ñett ci Révélation mooy artu ci li ngiy ñëw ci kaw suuf si. Waaye amuma leer gu xët ci li ngay dikkal New York, ludul xam ne benn bés kër yu mag ya fa nekk dinañu daanu ndax wëlbëti ak yëngëlu kàttanu Yàlla. Ci leer gi ñu ma jox, xam naa ne alkande am na ci àddina si. Benn kàddu rekk gu joge ci Boroom bi, benn laal rekk ci kàttanam gu màgg, te tabax yu réy yii dinañu daanu. Dina am ay xew-xew yu metti, yu tiit ba nu maneesu leen a xeeb.» Review and Herald, July 5, 1906.</w:t>
      </w:r>
    </w:p>
    <w:p>
      <w:pPr>
        <w:pStyle w:val="ArticleBody"/>
        <w:jc w:val="left"/>
      </w:pPr>
      <w:r>
        <w:rPr>
          <w:rFonts w:ascii="Times New Roman" w:hAnsi="Times New Roman" w:eastAsia="Times New Roman" w:cs="Times New Roman"/>
        </w:rPr>
        <w:t>Njàngat yu ñuy wax ci kumpa yi, su fekkee ne amuñu benn dëgg mbaa ñu ëmb ay xaaj yu ci dëgg, lépp dafa yàq dëgg bi ne liggéeyu yërëmande Yàlla mooy li indiwon xew-xew yi ci bés boobu. Njàngat yu kumpa yooyu yu bare nag, da ñooy xeetu seytaane jógé ci biti mbooloo mi, ngir xeex dëgg bi; waaye itam liggéey na ngir yàq dëgg bi jógé ci biir mbooloo mi. Benn ci yooyu jógé ci biir mooy kiy sukkandiku ci bañu nangu ne Rooma mooy mbir mi téereb Yoel di wax ci moom.</w:t>
      </w:r>
    </w:p>
    <w:p>
      <w:pPr>
        <w:pStyle w:val="ArticleBody"/>
        <w:jc w:val="left"/>
      </w:pPr>
      <w:r>
        <w:rPr>
          <w:rFonts w:ascii="Times New Roman" w:hAnsi="Times New Roman" w:eastAsia="Times New Roman" w:cs="Times New Roman"/>
        </w:rPr>
        <w:t>Dina xët bu ci topp bi, dinañu seet xuloo boobu.</w:t>
      </w:r>
    </w:p>
    <w:p>
      <w:pPr>
        <w:pStyle w:val="ArticleScripture"/>
        <w:jc w:val="left"/>
      </w:pPr>
      <w:r>
        <w:rPr>
          <w:rFonts w:ascii="Times New Roman" w:hAnsi="Times New Roman" w:eastAsia="Times New Roman" w:cs="Times New Roman"/>
        </w:rPr>
        <w:t>Kàddu Aji Sax ji ñëw ci Yowel doomu Petuwel. Dégluleen lii, yéen mag ñi, te déglu, yéen ñépp aji dëkk ci réew mi. Ndax lii am na ci seen jamono, mbaa sax ci jamonoy seen baay yi? Waxleen ko seen doom yi, te seen doom yi wax ko seen doom yi, te seen doom yi wax ko gannaaw gi ci beneen maas. Li xas-xasu tool bi bàyyi, mbind mi lekk na ko; te li mbind mi bàyyi, yàqkat bi lekk na ko; te li yàqkat bi bàyyi, caterpiller bi lekk na ko. Yéewuleen, yéen naankat yu màndi yi, te jooy; te yuuxuleen, yéen ñépp aji naan biiñ yi, ndax biiñ bu bees bi; ndax dagg nañu ko ci seen gémmiñ. Ndax xeet am na ku duggal ci sama suuf, ku am doole te limu amul; ay bëñam mooy bëñi gaynde, te am na baxam yu mag yu mel ni yu gaynde gu màgg. Yowel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taxawal gis-gisu bi — Limu fukk bi</dc:title>
  <dc:subject>Jëfandikoo Ju Mujj: Téereb Yoel, Mbetug New York, ak Misaalu Room ci Jaar-jaaru Advent</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