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taxawal gis-gisu bi — Limu fukk ak juróom</w:t>
      </w:r>
      <w:r>
        <w:rPr>
          <w:rFonts w:ascii="Leelawadee UI" w:hAnsi="Leelawadee UI" w:eastAsia="Leelawadee UI" w:cs="Leelawadee UI"/>
        </w:rPr>
        <w:t>๚</w:t>
      </w:r>
    </w:p>
    <w:p>
      <w:pPr>
        <w:pStyle w:val="ArticleSubtitle"/>
        <w:jc w:val="left"/>
      </w:pPr>
      <w:r>
        <w:rPr>
          <w:rFonts w:ascii="Arial" w:hAnsi="Arial" w:eastAsia="Arial" w:cs="Arial"/>
        </w:rPr>
        <w:t>Nattu Mujj gi: Yeewekku ci Weranteg Yónent bi ci Nataalu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Léegi nu ngi nekk ci jamono jéemtu bu nattu-nattu bu nataalu rab wi, te njëkk njàngale yu xewal ci seeni kàdduy yonent ci bindu Adventism mi, léegi dañuy dellusi. Ci weeru Sulet 2023, Mikael, malaaka mu mag mi, wàcc na ngir yee Yekseli yu wow yu dee yi, yi daan tëdd, rey leen, ci mbedd mi ci dëkk bu mag boobu bu Sodom ak Ejipt. Foofa ci saaŋu fukki benn bu Peeñ mi, ñu génne leen ci séen nelawug dee jaarale ko ci joxug Xel mi. Ci saaŋu fanweeri juróom-ñaar bu Yekseli, yégle bu ñeenti ngélaw yi mooy yégle bi ñuy xam ne moo soppi yax yu wow yu dee yi — yi ñuy wax ne mooy kër gi yépp gu Israyil — ba muy doon mbooloom xarey Boroom bi. Yonent Daniel dafay tegtal seede yu ñaar yu Yowaana yu ñu rey yi, te itam dafay tegtal ñi nekk ci xuru yax yu wow yu dee yi, noonu itam janq yi am xel ci léeboon bi.</w:t>
      </w:r>
    </w:p>
    <w:p>
      <w:pPr>
        <w:pStyle w:val="ArticleBody"/>
        <w:jc w:val="left"/>
      </w:pPr>
      <w:r>
        <w:rPr>
          <w:rFonts w:ascii="Times New Roman" w:hAnsi="Times New Roman" w:eastAsia="Times New Roman" w:cs="Times New Roman"/>
        </w:rPr>
        <w:t>Ba Millerit yi matalee léebu ba, ñu xam ne seen jaar-jaaram moo nekk ci léebu boobu. Ñi ñuy wax ne ñoom a di ñaar-fukk ak ñeenti junni ak ñeenti téeméer, itam dañuy soxla xam ne dañoo nekkoon ci waxtu bi muñee. Ni Danyeel ci ayuub juróom-ñent ba, dañuy soxla xam ne dañoo tasaaroo ci suufug noon yi, ni ko juróom-ñaari yoon yi ci Lewiitik ñeent-fukk ak juróom-benn tegtalee, te itam xam nataal bu nëbb bi Nebukadnesar jox ci mbindum rab yi.</w:t>
      </w:r>
    </w:p>
    <w:p>
      <w:pPr>
        <w:pStyle w:val="ArticleBody"/>
        <w:jc w:val="left"/>
      </w:pPr>
      <w:r>
        <w:rPr>
          <w:rFonts w:ascii="Times New Roman" w:hAnsi="Times New Roman" w:eastAsia="Times New Roman" w:cs="Times New Roman"/>
        </w:rPr>
        <w:t>Ci nekk yi nekk ci ay rëdd yii, ab natt gu Yàlla jële ci Kàddug Yàlla lañu teewal. Ñaari seede yi dee ci mbedd mi, dañuy fees ak Xelum bi bu ñu leen dekkalewaat. Yaxaayel yaram yi dee yi ci Ezekiel dafa waroon a dégg ab yégle gu yonent. Daniel dafa doon jàng bind yi Musaa ak Yeremiya, ba mu yeewee ci sa xaalis gu tasaaroo. Ci sarax mi ñaareel, Daniel ak ñetti nit ñi ñu sooboon ci njubte, ñoom it dafa leen yeewe ci léebu ni ñu leen teggoon suuf ndigëlug dee, te gannaaw loolu leerug yonent gi woon nañu ko nëbbu ba noppi ubbiwaat nañu ko, te mu musal Daniel ak ñetti xaritam. Janq yi ci léebu wax ji, “yuuxu” ci guddi digg la leen yeewe. Millerit yi deñoo yeewe ba Kirist feeñee ne jële na loxoom ci nataal yi nekk ci tabloo bi. Ci juróom-benn seede yooyu yépp, ab yégle gu yonent moo di li yeew dee yi walla ñi nelaw. Gannaaw loolu, mu jur ab natt gu tax ñaari wàll wu nit ñi feeñ ci mujjug yoonu natt wi.</w:t>
      </w:r>
    </w:p>
    <w:p>
      <w:pPr>
        <w:pStyle w:val="ArticleBody"/>
        <w:jc w:val="left"/>
      </w:pPr>
      <w:r>
        <w:rPr>
          <w:rFonts w:ascii="Times New Roman" w:hAnsi="Times New Roman" w:eastAsia="Times New Roman" w:cs="Times New Roman"/>
        </w:rPr>
        <w:t>Ci kaw yii, ñu samp ne bu ñaar-fukk ak ñeent junni ak ñeent wari junni ñi dekkaloo ci fan yi mujj, mooy yégleb Esekiyel ci ñeenti ngelaw yi, ak tasaar Musaa ñaari juróom-ñaari yoon ci Leviticus 26. Mooy yégleb dekki gi Mikael malaaka mu mag di indil. Mooy yégleb kër gi Nebukadnesar nëbb woon, di xatal melow rab yi.</w:t>
      </w:r>
    </w:p>
    <w:p>
      <w:pPr>
        <w:pStyle w:val="ArticleBody"/>
        <w:jc w:val="left"/>
      </w:pPr>
      <w:r>
        <w:rPr>
          <w:rFonts w:ascii="Times New Roman" w:hAnsi="Times New Roman" w:eastAsia="Times New Roman" w:cs="Times New Roman"/>
        </w:rPr>
        <w:t>Ñaari yi dees leen natt ci ne am nañu diw, te diw jooju moom lañu ràññee ne mooy “bataaxali Xelu Yàlla.” Millerit yi deñoo yeewu bi ñu xam ne dañu leen waxoon ci Kàddu Yàlla gu wax lu jiitu, te itam bi ñu gis ne seede boobu, bi leen njëkkëraloon ba ñu yéene atum 1843, dafa dëggal ci lu mat October 22, 1844. Ci kaw rëdd yii, ñu tabax ne bu ñaar-fukk ak ñeent-fukk ak ñeenti junni yi yeewee ci fan yu mujj yi, dees na leen yeewe ci bataaxal bu nattu bu wax lu jiitu, buy jur ñaari xeetu jaamu-kat.</w:t>
      </w:r>
    </w:p>
    <w:p>
      <w:pPr>
        <w:pStyle w:val="ArticleBody"/>
        <w:jc w:val="left"/>
      </w:pPr>
      <w:r>
        <w:rPr>
          <w:rFonts w:ascii="Times New Roman" w:hAnsi="Times New Roman" w:eastAsia="Times New Roman" w:cs="Times New Roman"/>
        </w:rPr>
        <w:t>Yépp yii yépp dañuy jot seen matuwaay gu mat te mujj ci jamono jéem yu ci yonent yi, yi ñuy tegtal ci sosug nataalu rab wa ak rab wa ci boppam. Jéem boobu jeex na bu waxtu xéewal bi tëjjee ci kaw janq yi ci yoonu Dimaas. Kon nag, yoonu jéem bu nataalu rab wa, bi ñuy wéyal ci tegtal ko ni jéem buy wone ñi xam xebaar bi ñu ubbiwoon, mooy bi ñuy tegtale ci yoon yu yonent yii yépp. Ci Daniel fukki ñaar, ñi xarañ ñi xam yokkute xam-xam bi, dañuy jaar ci benn yoonu jéem bu am ñetti jéego, bi ñu tegtale ne ñu setal leen, weexal leen, te nattu leen. Ñetti jéego yooyu mooy jéego yi Xel mu Sell mi indi ci dëggal, di tegtal dëggalu bàkkaar, dëggalu njubte ak dëggalu àtte. Ñetti jéego yooyu mooy kéru biti, bérab bu Sell bi, ak Bérab bu gëna Sell bi. Ñetti jéego yooyu itam dañu leen tegtal ci ñetti malaaka yi ci Peeñu Yowaana fukki ñeent, noonu itam ci jaar-jaaru Daniel ak ñetti gor yu yelloo yi ci saar bi jëkk. Foofa, ñoom dajale nañu jëkk jéem bu aju ci lekk, topp ca jéem bu aju ci gis-gis, te ci mujj ñu dajale jéem bu ñetteel bi buur bi bëj-gànnaar joxoon—bi Nebukadnecar di tegtal.</w:t>
      </w:r>
    </w:p>
    <w:p>
      <w:pPr>
        <w:pStyle w:val="ArticleScripture"/>
        <w:jc w:val="left"/>
      </w:pPr>
      <w:r>
        <w:rPr>
          <w:rFonts w:ascii="Times New Roman" w:hAnsi="Times New Roman" w:eastAsia="Times New Roman" w:cs="Times New Roman"/>
        </w:rPr>
        <w:t>Ci ñentari xale yii, Yàlla may leen xam-xam ak kàttan ci bépp njàng ak xel mu rafet; te Daniyel amoon na déggoo ci bépp peeñ ak gént. Ba noppee ci mujjub fan yi buur bi waxoon ne ñu war na leen duggloo, sangub way-denc yi indi leen ci kanam Nebukadnessar. Buur bi nag wax ak ñoom; te ci seen biir gépp gisoonuñu kenn ku mel ni Daniyel, Ananya, Misael ak Asarya; moo tax ñu taxaw ci kanam buur bi. Te ci bépp mbirum xel mu rafet ak déggoo, yi buur bi laajoon leen ci, mu fekk leen ñu gëna fukk yoon bépp rabkat ak bépp way-jàngoro woon ci bépp réewam. Daniyel 1:17–20.</w:t>
      </w:r>
    </w:p>
    <w:p>
      <w:pPr>
        <w:pStyle w:val="ArticleBody"/>
        <w:jc w:val="left"/>
      </w:pPr>
      <w:r>
        <w:rPr>
          <w:rFonts w:ascii="Times New Roman" w:hAnsi="Times New Roman" w:eastAsia="Times New Roman" w:cs="Times New Roman"/>
        </w:rPr>
        <w:t>Nattu ñetti nattu yi ñépp ci Daniel ak ñetti góor yu tedd yi, mooy woon nattu bi Nebukadnesar def; noonu mu taxal ni nattu wax ci jamono mujj gi Daniel ak ñetti góor yu tedd yi di misaal moo jëm ci Babilon, ndaxte Nebukadnesar mooyoon buur bi, te loolu ci Esayi sarax 7, aaya 8 ak 9, day taxaw buur, péeyu réew, ak “bopp” ni ay misaal yu mën a wuutante. “Bopp” boobu dafay teyji boppu Babilon bu bees bi ci ay fan yu mujj yi. “Bopp” boobu ci ay fan yu mujj yi mooy jigéen ja di ndawsi ci Peeñu gi sarax 17, mi ñu bind ci jëemam ne, “SIRR BI, BABILON BU MAG BI, YAAYU NDÀWSI YI AK XASIDA YI CI SUUF SI.”</w:t>
      </w:r>
    </w:p>
    <w:p>
      <w:pPr>
        <w:pStyle w:val="ArticleBody"/>
        <w:jc w:val="left"/>
      </w:pPr>
      <w:r>
        <w:rPr>
          <w:rFonts w:ascii="Times New Roman" w:hAnsi="Times New Roman" w:eastAsia="Times New Roman" w:cs="Times New Roman"/>
        </w:rPr>
        <w:t>Nattu biir junni ñent fukk ak ñent junni ñaar-fukk ña, séen mujj gu nuy wax ci yoon wi ci kanam, dafa boole ak xam bu jub walla xam bu jubul ci “bopp”u Babilon bu bees bi ci fan yu mujj yi. Séen mujj gu nuy seet itam mooy xam ne Babilon bu bees bi ak Room bu bees bi ay misaal lañu yuñu man a wuutante, te moo tax “bopp”u Babilon bu bees bi mooy benn “bopp” boobu ci benn waatukaay bi ak beneen bi, ndaxte ay misaal lañu yuñu man a wuutante.</w:t>
      </w:r>
    </w:p>
    <w:p>
      <w:pPr>
        <w:pStyle w:val="ArticleScripture"/>
        <w:jc w:val="left"/>
      </w:pPr>
      <w:r>
        <w:rPr>
          <w:rFonts w:ascii="Times New Roman" w:hAnsi="Times New Roman" w:eastAsia="Times New Roman" w:cs="Times New Roman"/>
        </w:rPr>
        <w:t>“Adina bi fees ak xare ak juote. Waaye ci suuf benn bopp—doole bu pap bi—nit ñi dinañu booloo ngir di bëgg a xeex Yàlla ci nit ki mu teg ay seedeem.” Testimonies, volume 7, 182.</w:t>
      </w:r>
    </w:p>
    <w:p>
      <w:pPr>
        <w:pStyle w:val="ArticleBody"/>
        <w:jc w:val="left"/>
      </w:pPr>
      <w:r>
        <w:rPr>
          <w:rFonts w:ascii="Times New Roman" w:hAnsi="Times New Roman" w:eastAsia="Times New Roman" w:cs="Times New Roman"/>
        </w:rPr>
        <w:t>Danyeel ak ñetti góor yu yar yi wone ne nattu waxu yonent bu mujj bi—ndaxte masaa la nattu ci kaw waxu yonent—mooy nattu ci mbirum Room; ndaxte bopp bi ci fan yu mujj yi mooy kàttanu paap bi, mi ñu firndeel ak Nebukadnesar, jëkkër boppu Babilon bu jëkk, moom ci boppam moo natt Danyeel ak ñetti góor yu yar yi. Xulóo bi ñu firndeel ak Danyeel ak ñetti góor yu yar yi, xamleef nañu ko itam ci jëkkëru xulóo bi ci jaar-jaaru cosaanu Adventism, ni ñu ko tektalee ci karto 1843 bi, bi loxob Boroom bi jiitewoon, te waruñu koo soppi. Xulóo bi ñu tektalee ci karto 1843 bi, sampoon nañu ko ci kaw xamle ne Antiokis Epifaanes walla Room gu pagan moo doon kàttan gi tabaxee vision bi ci aaya fukk ak ñeent ci Daniel saraxle 11.</w:t>
      </w:r>
    </w:p>
    <w:p>
      <w:pPr>
        <w:pStyle w:val="ArticleBody"/>
        <w:jc w:val="left"/>
      </w:pPr>
      <w:r>
        <w:rPr>
          <w:rFonts w:ascii="Times New Roman" w:hAnsi="Times New Roman" w:eastAsia="Times New Roman" w:cs="Times New Roman"/>
        </w:rPr>
        <w:t>Ci jaar-jaaru jamono yu mujj yi, ñi ñaar-fukk ak ñeent junni ak ñeent-fukk ak ñeent yi dees na leen nattu ci seen xam-xamu kàddug yonent. Xam-xamu kàddug yonent mi, sampu na ci ay rëdd yu barey waxi yonent yu yégle ne nattu bu mujj bi am na melow yonent ci boppam. Nattu boobu dina jëm kanam ndank-ndank, ba agsi ci mujjam ak feeñug ñaari xeet yi di jaamu.</w:t>
      </w:r>
    </w:p>
    <w:p>
      <w:pPr>
        <w:pStyle w:val="ArticleBody"/>
        <w:jc w:val="left"/>
      </w:pPr>
      <w:r>
        <w:rPr>
          <w:rFonts w:ascii="Times New Roman" w:hAnsi="Times New Roman" w:eastAsia="Times New Roman" w:cs="Times New Roman"/>
        </w:rPr>
        <w:t>Ni ciir ci téereb Daniel saar fukk ak ñaar, nattu gi dafay tàmbali bu leeru waxu yonent bi bees ubbee, te nattu bu jëkk bi mooy ndax nit ki di lekk message bi walla mu bañ koo nangu. Daniel dafa teg nattu boobu ci turum “ñu laabal ko,” te nattu bu topp bi Daniel woo ko “ñu weexal ko,” te yoonu jëf ji mujje ci ñetteelu nattu bi, te mooy bu mujj bi, miñu tegu ci “ñu di ko natt.” Ñetteelu nattu bi, te mooy bu mujj bi, foofu la ñaari wàll yi di “natt,” te foofa lañuy feeñal ndax am nañu diiw, mbaa déedet.</w:t>
      </w:r>
    </w:p>
    <w:p>
      <w:pPr>
        <w:pStyle w:val="ArticleBody"/>
        <w:jc w:val="left"/>
      </w:pPr>
      <w:r>
        <w:rPr>
          <w:rFonts w:ascii="Times New Roman" w:hAnsi="Times New Roman" w:eastAsia="Times New Roman" w:cs="Times New Roman"/>
        </w:rPr>
        <w:t>Benn Daniel, sarax bu njëkk mi ngi jëfandikoo ci lu leer natte bu mujj bi, te moo tax Daniel mi ngi xamale natte biñ ko tekke ne mooy “sos naxaru rab wi,” te loolu mooy “natte bi nit ñi Yàlla war a jàll,” ñeel “laata ñu tëj leen ak seel bi” te itam laata “waxtu jéggal bi tëj” ci yoonu Dibeer bu dëgër te di ñëw léegi.</w:t>
      </w:r>
    </w:p>
    <w:p>
      <w:pPr>
        <w:pStyle w:val="ArticleBody"/>
        <w:jc w:val="left"/>
      </w:pPr>
      <w:r>
        <w:rPr>
          <w:rFonts w:ascii="Times New Roman" w:hAnsi="Times New Roman" w:eastAsia="Times New Roman" w:cs="Times New Roman"/>
        </w:rPr>
        <w:t>Nattu naka ci melow rab wi di sos mooy nattub waxu yonent bi ci déggoo jumtukaay jëfandikoo benn-benn boole bu ñetti wàll yi. Naga, rab wi ak yonent bu dëggul bi am nañu ab jumtukaay waxu yonent bu xóot te ñu taxawal ko ci kaw yàgg-yàggi seede yu bare ci waxu yonent bi. Ngir xam ni boole bu ñetti wàll yi di boolewu ba nekk benn dooleb waxu yonent ci fan yu mujj yi, mooy xam ni melow rab wi di sos.</w:t>
      </w:r>
    </w:p>
    <w:p>
      <w:pPr>
        <w:pStyle w:val="ArticleBody"/>
        <w:jc w:val="left"/>
      </w:pPr>
      <w:r>
        <w:rPr>
          <w:rFonts w:ascii="Times New Roman" w:hAnsi="Times New Roman" w:eastAsia="Times New Roman" w:cs="Times New Roman"/>
        </w:rPr>
        <w:t>Misaal bu yomb te waaye lu lëj na ci solo bu am ci xam ni naka lañuy sàkk melo xar wa ci bés yu mujj yi mooy seede bu Pool ci nit ku bàkkaar gi nekk ci saar bi ñaareel bu 2 Thessaloniciens. Pool dafay wax ci digganteg yëgleel bi nekk ci diggante Room gu bokk ci jaamookat-yàlla yu dëggul ak Room gu paap bi, te bu ko defee, dafay wone ne “digganteg yëgleel bi nekk ci diggante Room gu bokk ci jaamookat-yàlla yu dëggul ak Room gu paap bi” mooy mbir mu feeñal ñaari xeetu wayu màgg Yàlla.</w:t>
      </w:r>
    </w:p>
    <w:p>
      <w:pPr>
        <w:pStyle w:val="ArticleBody"/>
        <w:jc w:val="left"/>
      </w:pPr>
      <w:r>
        <w:rPr>
          <w:rFonts w:ascii="Times New Roman" w:hAnsi="Times New Roman" w:eastAsia="Times New Roman" w:cs="Times New Roman"/>
        </w:rPr>
        <w:t>Benn mbokk moo bëgg dëgg gi ci “jokkoo gu yonent bi nekk diggante Roomu njàngaan ak Roomu paapal,” te beneen mbokk du bëgg dëgg googu, ba tax ñuy jot nax gu tar. Jokkoo gu yonent gi nekk diggante Roomu njàngaan ak Roomu paapal, gi Pool waxoon, ab wàll rekk la ci yeneen barab yu bare yu yonent yi tegtal ci jokkoo gi nekk ci diggante ñaari dooley yooyu, te itam ci jokkoo gi ñaari dooley yooyu am ak Etazini.</w:t>
      </w:r>
    </w:p>
    <w:p>
      <w:pPr>
        <w:pStyle w:val="ArticleBody"/>
        <w:jc w:val="left"/>
      </w:pPr>
      <w:r>
        <w:rPr>
          <w:rFonts w:ascii="Times New Roman" w:hAnsi="Times New Roman" w:eastAsia="Times New Roman" w:cs="Times New Roman"/>
        </w:rPr>
        <w:t>Room gu bokk yi mooy jiitu, Room gu paapal gi mooy rab wi, te États-Unis mooy yonent buy fen. Ahab mooy buur gu jiitu bu fukki buur yi, mi jëkk ak Yézabel jigéen ju ndaw jooju, miy nguur ci kaw ñaari mboolo yu yonent buy fen. Yonent yu góor ya, ñooy woon yonenti Baal yi, te saraxalekat ya bu kër gi daan tegtal jinne ju jigéen ji, Ashtaroth. Ñoom ñépp booloo mooy misaalal yonent buy fen bu bés yu mujj yi, miy sos nataalu rab wi, ni ko saraxalekat yu jigéen ya ak yonent yu góor ya di tegtale.</w:t>
      </w:r>
    </w:p>
    <w:p>
      <w:pPr>
        <w:pStyle w:val="ArticleBody"/>
        <w:jc w:val="left"/>
      </w:pPr>
      <w:r>
        <w:rPr>
          <w:rFonts w:ascii="Times New Roman" w:hAnsi="Times New Roman" w:eastAsia="Times New Roman" w:cs="Times New Roman"/>
        </w:rPr>
        <w:t>Njàngat mi mooy Ahab, moom mi di misaal bu fukk buur yu Apokalips 17, te mooy juróom-ñaareel nguur gi ci juróom-ñett yi. Juróom-bennel nguur gi mooy États-Unis, yonent yu dëggul yi yu Jézabel; juróom-ñaareel nguur gi mooy fukk buur yi, Nations Unies, dooley njàngat mi; te juróom-ñetteel nguur gi, miy ki bokk ci juróom-ñaar yi, mooy juróom-junteel nguur gi ga jotoon ci loru dee, kooku mooy ki dekkat ñu ko yékkati muy juróom-ñetteel te mujj nguur gi, mooy rab wi, mi États-Unis ak gannaaw loolu àddina bépp di defar nataalam ak nataalamam.</w:t>
      </w:r>
    </w:p>
    <w:p>
      <w:pPr>
        <w:pStyle w:val="ArticleBody"/>
        <w:jc w:val="left"/>
      </w:pPr>
      <w:r>
        <w:rPr>
          <w:rFonts w:ascii="Times New Roman" w:hAnsi="Times New Roman" w:eastAsia="Times New Roman" w:cs="Times New Roman"/>
        </w:rPr>
        <w:t>Daniel saar 1 misaal na nuy wax ci njeexital nattu yonent bi, buy ànd ak xam ni Rooma mel na ci Kàddu Yàlla. 2 Thessalonians feeñal na ne nattu yonent bu mujj bi itam dafa boole leer gu jëm ci jumtukaay Rooma yu bees yi, ni ñu koy tektalee ci diggante yonent ak politig bi nekk ci diggante Rooma gu bokkoon ci ñaareel yoon ak Rooma gu baale bi.</w:t>
      </w:r>
    </w:p>
    <w:p>
      <w:pPr>
        <w:pStyle w:val="ArticleBody"/>
        <w:jc w:val="left"/>
      </w:pPr>
      <w:r>
        <w:rPr>
          <w:rFonts w:ascii="Times New Roman" w:hAnsi="Times New Roman" w:eastAsia="Times New Roman" w:cs="Times New Roman"/>
        </w:rPr>
        <w:t>Yàllaŋaare ñaareel bu Daniel dafa won ne amna kumpa gu ñuy ubbi ci fan yu mujj yi, te mooy nattu ñaari téeméeri ak ñeent-fukki ak ñeent junni; ndaxte Daniel ak ñetti góor yu tedd yi ci yàllaŋaare ñaareel bi dañuy tegu nit ñi Yàlla ci fan yu mujj yi. Kumpa gu yonent bi ñuy ubbi, te moo tax di leen nattu, mooy gént gu kumpa gu Nebukadnesar ci mbirum nataalu rab yi; noonu nag muy tegu nattu gu mujj gi ngir ñaari téeméeri ak ñeent-fukki ak ñeent junni, te mooy, ni Koor Bu Jigéen White bindoon, “sosug nataalu rab bi.”</w:t>
      </w:r>
    </w:p>
    <w:p>
      <w:pPr>
        <w:pStyle w:val="ArticleBody"/>
        <w:jc w:val="left"/>
      </w:pPr>
      <w:r>
        <w:rPr>
          <w:rFonts w:ascii="Times New Roman" w:hAnsi="Times New Roman" w:eastAsia="Times New Roman" w:cs="Times New Roman"/>
        </w:rPr>
        <w:t>Nattu gi ñaareelu xët bu Daniel di tegtal, dees na ko samp ci seen kaw ak ragal dee. Ni muy misaal bu fan yu mujj yi, mu ngi dëggal li Pool jàngale woon bi mu ràññee nax gu dëgër, gi di dikk ci kaw ñiy bañ a bëgg dëgg. Ci jaar-jaaru Daniel, xam-xamam musal na boroom xel yu Babilon; waaye ginnaaw nattu bu mujj baat yi mujj yi, amulati jamono probation.</w:t>
      </w:r>
    </w:p>
    <w:p>
      <w:pPr>
        <w:pStyle w:val="ArticleBody"/>
        <w:jc w:val="left"/>
      </w:pPr>
      <w:r>
        <w:rPr>
          <w:rFonts w:ascii="Times New Roman" w:hAnsi="Times New Roman" w:eastAsia="Times New Roman" w:cs="Times New Roman"/>
        </w:rPr>
        <w:t>Bépp xëtu ci werante gi ci mbirum Room ngir mu nekk misaal bi nu xamale, di joxe seede bu jub ci werante gi mi ngi leegi dox. Naka liggéeyu yoonu Dibeer mi leegi di yéeg ci lëndëm, Kàddu Yàlla gu yëglee li war a xew mi ngi xamale ni mu jëgësi, te ay ruu yu néew-a-neew rekk ñoo di doom yi bés bi; te ñi dul doom yi bés bi, kon xamuñu ne suuf siir yiirug waxtu nattu gi mi ngi gaaw a jeex. Lii dafa xew ci biir taxawaay bi Sœur White waxoon, fa mu nee jëf yi mujj yi dinañu gaaw. Ci weeru Sulet 2023, Mikaeel wàcc na ngir taxawal ay soldaaram yu am kàttan, waaye ngir bokk ci mbooloom soldaar boobu, am na liggéeyu yonent bu wara njëkk a mat; te dees na ko matal ci àddina siyaaset bi, fa ñuy sos nataalu rab wa.</w:t>
      </w:r>
    </w:p>
    <w:p>
      <w:pPr>
        <w:pStyle w:val="ArticleBody"/>
        <w:jc w:val="left"/>
      </w:pPr>
      <w:r>
        <w:rPr>
          <w:rFonts w:ascii="Times New Roman" w:hAnsi="Times New Roman" w:eastAsia="Times New Roman" w:cs="Times New Roman"/>
        </w:rPr>
        <w:t>Jëfandikukat gu leer gi war a am dafa war a boole njàngat ci sosub melo rab wi. Ndongo kàddug yëgle bi war na xam, jaarale ko ci xew-xew yi di am ci jamono ji nu nekk, ne mbir yu diine ak yu politig yi di jur melo rab wi ci États-Unis tàmbali nañu dem kanam. Ndongo bi war na itam xam ni melo rab wi laaj nañu ko ci yëgle ba noppi, ni ko Kàddu Yàlla tëral. Mu war na itam xam ne, bi ñuy sos melo rab wi ci États-Unis, melo Yàlla mi ngi sosu ci ñaar-fukk ak ñeent junni. Mu war na déggoo mbir mu dëppoo ci diggante jaar-jaaru fan yu mujj yi ak Millerites yi, ba ñuy yokkute yégle “Yuuxub Guddi” bi ci seen jaar-jaaru, ba ñu yeewoo ne ñu nekk nañu ci waxtu yiñaan wi ci léeb ba, te moo tax ñoom ci seen bopp ñooy janq yi. Ñetti mbir yii yépp bokk nañu ci nattu yëgle bi tàmbalee feeñ ci sulet 2023.</w:t>
      </w:r>
    </w:p>
    <w:p>
      <w:pPr>
        <w:pStyle w:val="ArticleBody"/>
        <w:jc w:val="left"/>
      </w:pPr>
      <w:r>
        <w:rPr>
          <w:rFonts w:ascii="Times New Roman" w:hAnsi="Times New Roman" w:eastAsia="Times New Roman" w:cs="Times New Roman"/>
        </w:rPr>
        <w:t>«Rëdd ci rëdd» bépp juutoo ci mbirum Room bu jóg ci jaar-jaari tariixu Advent mooy tariix bu sell buy dellusi ci mujjal fan yi. Juutoo gu mujj gi ci mbirum Room am na ndigël gu jub ci yoon wi, ndax nit ñi Yàlla bañ nañoo yeew ci ndigal gi agsiwoon ci weeru Sulet 2023.</w:t>
      </w:r>
    </w:p>
    <w:p>
      <w:pPr>
        <w:pStyle w:val="ArticleScripture"/>
        <w:jc w:val="left"/>
      </w:pPr>
      <w:r>
        <w:rPr>
          <w:rFonts w:ascii="Times New Roman" w:hAnsi="Times New Roman" w:eastAsia="Times New Roman" w:cs="Times New Roman"/>
        </w:rPr>
        <w:t>“Yàlla dina tax ay nitam yi yeewu; bu yeneen yoon yi amul njariñ, ay bàkkaar yu jubadi dinañu dugg ci seen biir, te loolu dina leen setal, di xaajale mbuus mi ak dugub ji. Boroom bi woote na ñépp ñi gëm kàddoom, ngir ñu yeewu génn nelaw. Leer gu am solo jot na, te mu méngoo ak jamono jii. Moo di dëggu Biibël bi, di wone musiba yi nekk ci sunu wet. Leer googu war na noo yóbbu ci jàngat bu far te di seet bu gëna xóot ci taxawaay yi nu yor. Yàlla bëgg na ngir wàll yi ak taxawaayi dëgg yépp ñu leen seet bu baax te sax, ak ñaan ak wor. Gëmkat yi waruñu di noppalu ci njort yu rekk ak xalaat yu leerul ci li muy dëgg. Seen ngëm war na sampu bu dëgër ci Kàddug Yàlla, ngir ba jamonoy nattu bi agsee te ñu indi leen kanamu kureel yi ngir ñu tontu ci seen ngëm, ñu man a joxe lay ci yaakaar yi nekk ci ñoom, ak lewet ak ragal.”</w:t>
      </w:r>
    </w:p>
    <w:p>
      <w:pPr>
        <w:pStyle w:val="ArticleScripture"/>
        <w:jc w:val="left"/>
      </w:pPr>
      <w:r>
        <w:rPr>
          <w:rFonts w:ascii="Times New Roman" w:hAnsi="Times New Roman" w:eastAsia="Times New Roman" w:cs="Times New Roman"/>
        </w:rPr>
        <w:t>“Yëngu, yëngu, yëngu. Mbir yi nu jëfandikoo àddina bi, war nañu ci nun nekk dëgg gu dund. Am na solo lool ci ne, bu nuy aar njàngale yi nu jàpp ni ñoo di ay xët yu njëkk ci ngëm sunu ngëm, bañ nu bàyyi sunu bopp mukk nu jëfandikoo ay lay yu matul baax bu baax. Loolu man na jariñ ci noppi ab weddi, waaye du teral dëgg gi. War nañu wone ay lay yu wér, yu dul rekk noppi sunuy weddi, waaye itam yu mana muñ xool bu gëna jege ak seet bu gëna xóot. Ci ñi jàngal seen bopp ngir nekk ay waxtukat yu xuloo, am na fi musiba gu mag ne duñu jëfandikoo Kàddu Yàlla ak njub. Bu nuy dajeek ab weddi, sunu jéego bu dëgg dëgg war na nekk ci ne, nuy wone mbir yi ci anam wu tax ne dëgg dëgg dal ci xelam, te du ci nekk rekk di sàmm kóolute ngëmkat bi.”</w:t>
      </w:r>
    </w:p>
    <w:p>
      <w:pPr>
        <w:pStyle w:val="ArticleScripture"/>
        <w:jc w:val="left"/>
      </w:pPr>
      <w:r>
        <w:rPr>
          <w:rFonts w:ascii="Times New Roman" w:hAnsi="Times New Roman" w:eastAsia="Times New Roman" w:cs="Times New Roman"/>
        </w:rPr>
        <w:t>“Ku nit muy man a mottali ci xelam, bu mu xalaat benn saa rekk ne amul soxla bu baax ci seetlu bu xóot te sax ci Mbind mi Sell ngir jot leer gu gën a yaatu. Nun, ni ñu nekk ab askan, ñu woo nañu kenn ku nekk mu doon taalibé kàdduy wax yu Yàlla yégle woon ci kanam. War nañu xool ak farlu ngir man a xàm benn rëy-rëy bu leer bi Yàlla di nu won. War nañu jàpp njalbéen yu njëkk yu dëgg gi; te jaarale ko ci njàngum ñaan, manees na jot leer gu gën a set, nga man a indi ko ci kanam yeneen.” Testimonies, Volume 5, 708.</w:t>
      </w:r>
    </w:p>
    <w:p>
      <w:pPr>
        <w:pStyle w:val="ArticleBody"/>
        <w:jc w:val="left"/>
      </w:pPr>
      <w:r>
        <w:rPr>
          <w:rFonts w:ascii="Times New Roman" w:hAnsi="Times New Roman" w:eastAsia="Times New Roman" w:cs="Times New Roman"/>
        </w:rPr>
        <w:t>Protestan yi jamonoy Miller bañu bëgg a nguurloo ci yooni grammaire, te dañu tànn a bañ a jàppaat baat bi ne “itam” ci saraxu ñent-fukki ak ñeent, mi grammaire joxe leer ne “sàcc yi ci say nit” dañoo doon tektal katanu bees buy dugg ci doxalin mbir yi ñu wone ci sarax yi fa saraxu ñent-fukki ak ñeent nekk. Uriah Smith def na noonu itam bi mu bañee nangu firnde yu grammaire yi wone ne buur bi ci bëj-gànnaar ci saraxu fanweeri juróom-benn ak juróom-ñaar ak gannaaw ga ci saraxu ñent-fukk war na doon benn buur bi ci bëj-gànnaar mi doon mbir mi ñuy wax dale ko ci saraxu fanweeri benn.</w:t>
      </w:r>
    </w:p>
    <w:p>
      <w:pPr>
        <w:pStyle w:val="ArticleBody"/>
        <w:jc w:val="left"/>
      </w:pPr>
      <w:r>
        <w:rPr>
          <w:rFonts w:ascii="Times New Roman" w:hAnsi="Times New Roman" w:eastAsia="Times New Roman" w:cs="Times New Roman"/>
        </w:rPr>
        <w:t>Tey-jii, ñi jàngalekat yi wax ne États-Unis mooy “sàcc yi” di jëfandikoo benn xaaj bu joge ca Sister White te muy xamle dooley pap bi ak États-Unis ne ñoom ñooñu ñaari doole yu mag yi di fitnaal ci mujjug fan yi, te ñu wone grammatig bi ba ñu bëgg a wax ne li Sister White wax ne “old world,” bi mu koy jëfandikoo ngir tekki Europe, dafa doon tegtal jaar-jaari waxtu wu weesu. Grammatig bi nekk ci xaaj boobu firndeel na ne xalaat boobu jubul dara, te ni Sister White di jëfandikoo “old world” ci xaaj boobu méngoo na ak ni mu koy jëfandikoo ci yeneen bérab ci ay mbindam. Bu ko defe, dafa itam ànd ak istoriyen yi di jëfandikoo wax ji “old world” ci wàll “new world” ngir wërale wuute bi nekk ci diggante Europe ak Amerig yi.</w:t>
      </w:r>
    </w:p>
    <w:p>
      <w:pPr>
        <w:pStyle w:val="ArticleScripture"/>
        <w:jc w:val="left"/>
      </w:pPr>
      <w:r>
        <w:rPr>
          <w:rFonts w:ascii="Times New Roman" w:hAnsi="Times New Roman" w:eastAsia="Times New Roman" w:cs="Times New Roman"/>
        </w:rPr>
        <w:t>« Romanis ma ci Àddina yu Yàgg ya ak protestant yi bàyyikoo ci Àddina Bees bi dinañu topp yoon wu mel noonu ci kan yi di teral bépp ndigal yu Yàlla. » The Great Controversy, 615.</w:t>
      </w:r>
    </w:p>
    <w:p>
      <w:pPr>
        <w:pStyle w:val="ArticleBody"/>
        <w:jc w:val="left"/>
      </w:pPr>
      <w:r>
        <w:rPr>
          <w:rFonts w:ascii="Times New Roman" w:hAnsi="Times New Roman" w:eastAsia="Times New Roman" w:cs="Times New Roman"/>
        </w:rPr>
        <w:t>Ci wàllu yoon, wax ji “dina topp” day wone ne ñaari kàttan yi ñuy tektale ci “àdduna ju yàgg” ak “ju bees” ñoom ñaar ñépp dañuy “toppa” fitnaalug askanu Yàlla ci fan yu mujj yi, te dafa jeng ci wàllu yoon ngir wax ne xalaat bii mooy jëfe “àdduna ju yàgg” ni moom mooy taarix bu weesu, te “ju bees” di fan yu mujj yi. “Rëdd ci kow rëdd,” bépp xuloo bu yàgg bu Room dafa xamal taalibek kàddug wax ju ñëw ci fan yu mujj yi ne bu ñu yeewee ci nattu nataalu rab wi, dina boole ak xaalisub jamono ju tax ñu feeñal njàqarekat yi ci sa askan. Xam-xam bu jub ci “njàqarekat yi,” dañu ko tëral ci këràntu-pionnier 1843 bi, te moo tax ne mooy dëgg gu saxal cosaan, te ñu dëggal ko ak sañ-sañu Xel mu Yàlla may ci Wax ju Waxoon. Lii day fësal ne bu taalibey wax ju ñëw yi yeewee ci seen nattu bu mujj, mbirum “njàqarekat yi” dina itam nekk tekki naatañu mujj bi ci dëgg yu saxal cosaan yi, ak Xel mu Yàlla may ci Wax ju Waxoon.</w:t>
      </w:r>
    </w:p>
    <w:p>
      <w:pPr>
        <w:pStyle w:val="ArticleBody"/>
        <w:jc w:val="left"/>
      </w:pPr>
      <w:r>
        <w:rPr>
          <w:rFonts w:ascii="Times New Roman" w:hAnsi="Times New Roman" w:eastAsia="Times New Roman" w:cs="Times New Roman"/>
        </w:rPr>
        <w:t>Dina nu ëpp xalaat yii ci artik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taxawal gis-gisu bi — Limu fukk ak juróom๚</dc:title>
  <dc:subject>Nattu Mujj gi: Yeewekku ci Weranteg Yónent bi ci Nataalu Rab wi</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