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day samp Vision bi — Nimero Fukk ak Bennaar</w:t>
      </w:r>
    </w:p>
    <w:p>
      <w:pPr>
        <w:pStyle w:val="ArticleSubtitle"/>
        <w:jc w:val="left"/>
      </w:pPr>
      <w:r>
        <w:rPr>
          <w:rFonts w:ascii="Arial" w:hAnsi="Arial" w:eastAsia="Arial" w:cs="Arial"/>
        </w:rPr>
        <w:t>Sefti bu Muju 144,000 yi: Nattu yonnentu ci kanam nataalu Rab 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Ñi ñi wooteel ci nekk ci biir junni ak ñeent fukki ak ñeent junni ñetti fukki ñeent, léegi dañuy jaar ci seen jëfandikoo gu mujj gu seetlu, te jëfandikoo googu mooy jëfandikoo gu nattu gu sukkandiku ci sosu nataalu rab wi. Jëfandikoo gu nattu gi day tàmbalee ci kër Yàlla, ndax atte dafay tàmbalee saa yu nekk ci kër Yàlla, te gannaaw loolu, Yàlla dafa taxawal itam moroomam juróom-ñaareel mbaam gi ci kanam benn jëfandikoo gu nattu gi. Xeyna mbir mi gën a am solo te gën a am njariñ ci waxi yonent yi ci sosu nataalu rab wi mooy ne day am ñaari yoon: ba njëkk ci Etazini, ba noppi ci desu àddina si. Ci waxu yonent, loolu dafay tekki ne nataalu rab wi ci àddina si mooy feeñug mujj gu nataalu rab wi, te moo tax bépp melokaanu nataalu rab wi bu jiitu nataalu rab wi ci àddina si, ker gi rekk la woon buy misaalal dëgg-dëgg bi.</w:t>
      </w:r>
    </w:p>
    <w:p>
      <w:pPr>
        <w:pStyle w:val="ArticleBody"/>
        <w:jc w:val="left"/>
      </w:pPr>
      <w:r>
        <w:rPr>
          <w:rFonts w:ascii="Times New Roman" w:hAnsi="Times New Roman" w:eastAsia="Times New Roman" w:cs="Times New Roman"/>
        </w:rPr>
        <w:t>Àtteb Yàlla tàmbalee na ca kër Yàlla ga ci 11 septembre 2001. Bés boobu dafa amoon misaal bu ko jiite ci 11 août 1840, ba malaakam Peeñu gi, chapter fukk, wàcce ak téere bu ndaw buy ubbi ci loxoom. Bi malaakam chapter fukk wàccee, yégle na ne àtteb Protestantism tàmbalee na ba noppi. Ku Yàlla di àtte, dafa koy jëkka waarsil, te dëggalug yoonu Miller ci nattug waxtu, dolli na doole ay waññaanam ci àtteb Ñëwug Ñaareel bi. Nattu Protestants yi tàmbalee woon na ci 11 août 1840, te ci 1844 Protestants yi nekkoon nañu doom ju jigéen yi Room. Diggante 1840 ak 1844 dafay misaalal diggante 11 septembre 2001 ak ndigëlu Dimaas bu mën a ñëw lu gaaw.</w:t>
      </w:r>
    </w:p>
    <w:p>
      <w:pPr>
        <w:pStyle w:val="ArticleBody"/>
        <w:jc w:val="left"/>
      </w:pPr>
      <w:r>
        <w:rPr>
          <w:rFonts w:ascii="Times New Roman" w:hAnsi="Times New Roman" w:eastAsia="Times New Roman" w:cs="Times New Roman"/>
        </w:rPr>
        <w:t>Ñaari jamono yooyu itam dañoo feeñaloon tambalee ca sóobu Yeesu bi, ba Xel Mu Sell mi wàcce ci moom, ba agsi ci bant ba. Ñetti jamono yooyu yépp dañoo doon misaalal itam ci téeméeri ak ñaar-fukk at yi ñu dogal woon àddina bu jiitu mbëej mi, di jëme ba ci mbëej mi. Am na saa su nekk ndigalug waare buy xamle àtteb jaar-jaar boobu ci waxtu woowu. Am na itam jaar-jaari cosaan yu sell yoo xam ne, ñoom itam dañuy wax ci jamono jii jagleel fan yu mujj yi.</w:t>
      </w:r>
    </w:p>
    <w:p>
      <w:pPr>
        <w:pStyle w:val="ArticleBody"/>
        <w:jc w:val="left"/>
      </w:pPr>
      <w:r>
        <w:rPr>
          <w:rFonts w:ascii="Times New Roman" w:hAnsi="Times New Roman" w:eastAsia="Times New Roman" w:cs="Times New Roman"/>
        </w:rPr>
        <w:t>Nowaa waare naari téeméer ak ñaar-fukk at, ba noppi mbubb mi ñëw ci àtte. Kirist waare naar-fukk ak juróom-ñaari téeméer ak juróom-benn-fukk fan, ba noppi àtteb bant bi ñëw. Baatu artu Yaxya Miy Sóob nit ñi am na doole ci sóobu ndoxu Kirist, te gannaaw loolu ñu yóbbu Yeesu ca màndiŋ ma ngir ñeent-fukk fan. Ñeent-fukk fan yooyu, ak ñetti nattu yi topp ci mujju ñeent-fukk fan yooyu, dañuy jàngale ne bu baat bi jotee doole, ni ko wone wàccug màndarga bu sell, mel ni Xelum Sell mi ci sóobu ndoxam, ak wàccug ñaari malaaka yi ci Peeñu gi ay sarax 10 ak 18 — am na njëgute gu nattu buy dox. Bu màndarga gu Yàlla gi wàccee, baatu àtte bi ñuy yégle ci ña ngay doon mbootaayu àtte booba jot na doole, te kuréelu nit ñooñu ñuy àtte nekk nañu ci jamono ju xóot ju dul jeex ludul ci tëj seen waxtub yërmande.</w:t>
      </w:r>
    </w:p>
    <w:p>
      <w:pPr>
        <w:pStyle w:val="ArticleBody"/>
        <w:jc w:val="left"/>
      </w:pPr>
      <w:r>
        <w:rPr>
          <w:rFonts w:ascii="Times New Roman" w:hAnsi="Times New Roman" w:eastAsia="Times New Roman" w:cs="Times New Roman"/>
        </w:rPr>
        <w:t>Sàrtu Yeesu mi ngi xamale ñaari jamono yu seede. Bi jëkk, mooy seedeem boppam ci diirub junni ak ñaar téeméer ak juróom-benn fukki fan ak juróom, teg ci ginnaaw seedeem ci kanamu taalibeem yi ci beneen junni ak ñaar téeméer ak juróom-benn fukki fan ak juróom, ba ker ba ñu sànni ay doj Stefan.</w:t>
      </w:r>
    </w:p>
    <w:p>
      <w:pPr>
        <w:pStyle w:val="ArticleScripture"/>
        <w:jc w:val="left"/>
      </w:pPr>
      <w:r>
        <w:rPr>
          <w:rFonts w:ascii="Times New Roman" w:hAnsi="Times New Roman" w:eastAsia="Times New Roman" w:cs="Times New Roman"/>
        </w:rPr>
        <w:t>“Ba noppi malaka bi ne: ‘Dina dëggal kóllëre gi ak ñu bare ci benn ayu-bés [juróom-ñaar fukki at].’ Ndaxte diirub juróom-ñaar fukki at ginnaaw bi Musalkat bi tàmbalee liggéeyam, xibaar bu baax bi dafa war a yégle ci njàlbéen ci yawut ya; juróom-ñetti at ak genn-wàll ci Kirist moom ci boppam; te ginnaaw loolu, ci ndigalub ndaw ya. ‘Ci diggante ayu-bés ba, dina tax sarax ak saraxu jébbale ñu bàyyi ko.’ Daniel 9:27. Ci bëggu nooru A. D. 31, Kirist mi di dëgg-dëgg sarax bi, ñu ko jébbalewoon ci Kalwaare. Noonu it, rido gu nekk ci kër Yàlla ga daldi xar ñaar, ngir wone ne sellug ak solo serwiisu sarax ya dañoo wéy. Waxtu wi agsi woon na ngir saraxu suuf ak saraxu jébbale ba noppi.”</w:t>
      </w:r>
    </w:p>
    <w:p>
      <w:pPr>
        <w:pStyle w:val="ArticleScripture"/>
        <w:jc w:val="left"/>
      </w:pPr>
      <w:r>
        <w:rPr>
          <w:rFonts w:ascii="Times New Roman" w:hAnsi="Times New Roman" w:eastAsia="Times New Roman" w:cs="Times New Roman"/>
        </w:rPr>
        <w:t>“Benn benn bi—juróom ñaari at—mujj na ci A. D. 34. Noonu, ci sànni xeer yi ñu sànne Stephen, Yawut yi daldi dëggal ba fàww seen bañ xebaar bu baax bi; taalibey yi, ñi ñu tasaaroo ndax fitna, “dem nañu fépp di waare kàddu gi” (Jëf ya 8:4); te gannaaw loolu tuuti, Saul mi doon fitnaakat bi soppeeku, nekk Pool, ndaw li yónnee ci xeeti ñi dul Yawut.” The Desire of Ages, 233.</w:t>
      </w:r>
    </w:p>
    <w:p>
      <w:pPr>
        <w:pStyle w:val="ArticleBody"/>
        <w:jc w:val="left"/>
      </w:pPr>
      <w:r>
        <w:rPr>
          <w:rFonts w:ascii="Times New Roman" w:hAnsi="Times New Roman" w:eastAsia="Times New Roman" w:cs="Times New Roman"/>
        </w:rPr>
        <w:t>Sëtub Nóge, Kirist, Millerite yi ak ñaar-fukk ak ñeent junni nit ñi di seede yépp di wone ab jamono bi ñuy nattu benn mbooloo buy jub ci ndigal buy waare. Dooley ndigal la di xamle ndoorte jamonoy nattu boobu, te moom it moo di jeex ak tëj ug yoonu nguuru boppam bu mbooloo boobu. Ci sëtub waxu yonent bu Yeesu, ñaari jamonoy seede lañuy xamle. Ñaari jamonoy seede yooyu di misaal ñaari yégle waare yi malaaka mi wàcce 11 Septambar 2001 di teewal, ba mu matal Peeñu 18:1–3; gannaaw loolu baat bi ñaareel bi ci aaya 4 ak li ci topp ci saar 18 topp ko.</w:t>
      </w:r>
    </w:p>
    <w:p>
      <w:pPr>
        <w:pStyle w:val="ArticleScripture"/>
        <w:jc w:val="left"/>
      </w:pPr>
      <w:r>
        <w:rPr>
          <w:rFonts w:ascii="Times New Roman" w:hAnsi="Times New Roman" w:eastAsia="Times New Roman" w:cs="Times New Roman"/>
        </w:rPr>
        <w:t>“Noonu ci liggéey bu mujj bi ngir artu àddina, ñaari woote yu wuute dañuy ñu jox mbooloom yi. Baatu malaaka ñaareel bi mooy ne: ‘Babylon dafa daanu, dafa daanu, dëkk bu mag boobu, ndaxte mooy naanloo xeeti réew yépp biiñu biiñ gu metti gu njaaloomam.’ Te ci xaacu bu réy bu baatu malaaka ñetteel bi, dégg nañu baat bu jóge asamaan ne: ‘Génnleen ci moom, yéen sama askan wi.’” Review and Herald, 6 décembre 1892.</w:t>
      </w:r>
    </w:p>
    <w:p>
      <w:pPr>
        <w:pStyle w:val="ArticleBody"/>
        <w:jc w:val="left"/>
      </w:pPr>
      <w:r>
        <w:rPr>
          <w:rFonts w:ascii="Times New Roman" w:hAnsi="Times New Roman" w:eastAsia="Times New Roman" w:cs="Times New Roman"/>
        </w:rPr>
        <w:t>Jamono jëkk bi mooy àtte bi tambalee ci kër Yàlla, te gannaaw loolu, ci yoonu Dibeer buy ñëw ci lu gaaw, ñaareelu jamono ju àtte ji di tàmbali ak waxtaanu artu ngir génn Babilon. Sàrtu Kirist dale ko ca njàngum ndoxam ba ca bant ba dafay tegtal 11 Sàttumbar 2001 ba ci yoonu Dibeer bi ci États-Unis, te jamono ji nekk diggante yoonu Dibeer bi ci États-Unis ak boppu bi xeeti réew yépp diñu leen gaññal ngir nangu Dibeer ni Bésu Màggal gu Àddina si, mooy jamono ji di jeex bés bu mujj bi réew bu mujj bi di jébbalu.</w:t>
      </w:r>
    </w:p>
    <w:p>
      <w:pPr>
        <w:pStyle w:val="ArticleBody"/>
        <w:jc w:val="left"/>
      </w:pPr>
      <w:r>
        <w:rPr>
          <w:rFonts w:ascii="Times New Roman" w:hAnsi="Times New Roman" w:eastAsia="Times New Roman" w:cs="Times New Roman"/>
        </w:rPr>
        <w:t>Jamono jiitu jóg na ak yoonu Dibeer ci États-Unis te mu jeex bu xeet bu mujj bi sujjóotul ci doole baapal bi. Njálbéenu ñaareelu jamono ji mooy màndargaalug jeexitalu jëkkëru jamono ji, te ñoom ñaar ñépp am nañu yooni Dibéer yu seede bu Room waxoon ba noppi melal woon. Yoonu Dibéer bu jëkk ba, ci atum 321, ci sañ-sañu Room gu bokkoon ci njaamug xonq la jóge. Yoonu Dibéer bi ñu indiwon ci sañ-sañu kërk baapal bi, atum 538 moo koy tegu. Yoonu Dibéer bi ci États-Unis mooy 321, te yoonu Dibéer bi ñuy doxal ci kaw xeet bu mujj ba mooy 538. Yoonu Dibéer bi ci États-Unis mooy màndargaalu dikkug xibaaru waare bi, bi ñuy baamtu gannaaw lëndëm ga gu sampoo woon ak bàyyikat yi Yisraayil.</w:t>
      </w:r>
    </w:p>
    <w:p>
      <w:pPr>
        <w:pStyle w:val="ArticleBody"/>
        <w:jc w:val="left"/>
      </w:pPr>
      <w:r>
        <w:rPr>
          <w:rFonts w:ascii="Times New Roman" w:hAnsi="Times New Roman" w:eastAsia="Times New Roman" w:cs="Times New Roman"/>
        </w:rPr>
        <w:t>Te màndarga boobu mooy atum 321, te mu ngi firndeel tàmbaliwaay jamono jéema atum bu nekk ci mbirum Dibéeri. Jamono jooju jeex na su réew mu mujj gi sujjóowee Room, te xew-xewu boobu dafa amoon misaal ci màndarga boobu bu atum 538. Jamono bi nekk diggante 321 ak 538 dafa ame misaal ci jamono bi nekk diggante bant ba ak sànni Steen ay doj. Bi ñuy sànni Steen ay doj, mu gis Kirist taxaw ci kër-yàlla ga ci asamaan, muy misaal bu firndeel bi Mikayel di jóg ca njeexital àtteb doomu nit ñi.</w:t>
      </w:r>
    </w:p>
    <w:p>
      <w:pPr>
        <w:pStyle w:val="ArticleBody"/>
        <w:jc w:val="left"/>
      </w:pPr>
      <w:r>
        <w:rPr>
          <w:rFonts w:ascii="Times New Roman" w:hAnsi="Times New Roman" w:eastAsia="Times New Roman" w:cs="Times New Roman"/>
        </w:rPr>
        <w:t>11 Septambar 2001 mooy ñëwug artu bi ci ñetti aaya yu njëkk yi ci saar wa juróom ñett fukk ak juróom ñaar, te dëggal na ko waxu yonent ju jigéen ji Ellen White, mi waxoon ne bu kër yu mag yaa ngi ci dëkku New York réy tuuru ak laalug Yàlla, kon ñetti aaya yooyu sax dinañu mat. Te itam, moom lañu xamale woon ak Patriot Act bi, mi doon tegn bu leer ci ñi bëgg a gis; ne pexeem yoonu Àngalteer bi di wax ne nit ku sell la ba kerañu ko firndeel ay tooñam, dañoo ko bàyyi ngir yoonu Room bi, miy wax ne nit ku tooñ la ba kerañu ko firndeel ne sell la.</w:t>
      </w:r>
    </w:p>
    <w:p>
      <w:pPr>
        <w:pStyle w:val="ArticleBody"/>
        <w:jc w:val="left"/>
      </w:pPr>
      <w:r>
        <w:rPr>
          <w:rFonts w:ascii="Times New Roman" w:hAnsi="Times New Roman" w:eastAsia="Times New Roman" w:cs="Times New Roman"/>
        </w:rPr>
        <w:t>Sàrtu Patriot Act moo doon tàmbali àtteb Yàlla ngir Adventiste yu fanweer ñaareel-ñaar ñi ci xaalis Laodise. Waxtu woowu jeex na ci yoonu Dibeer bi ci États-Unis. Adventiste yu fanweer ñaareel-ñaar yu Laodise yooyu, ñi mana jàll ci baax waxtu woowu bu seetaan ak sàccute, dinañu jox bataaxalug waareb aaya bu ñenteel bi ci saar fukk ak juróom-ñaar, bi jeexee ak réew mu mujj ma sujjóotal Room. Waxtu woowu tàmbali na ak yoonu Dibeer bi ci États-Unis te mu jeex ak yoonu Dibeer bu mujj bi.</w:t>
      </w:r>
    </w:p>
    <w:p>
      <w:pPr>
        <w:pStyle w:val="ArticleBody"/>
        <w:jc w:val="left"/>
      </w:pPr>
      <w:r>
        <w:rPr>
          <w:rFonts w:ascii="Times New Roman" w:hAnsi="Times New Roman" w:eastAsia="Times New Roman" w:cs="Times New Roman"/>
        </w:rPr>
        <w:t>Su nu jàll ci loolu ne am na ñaari nataal yu jigéen ci rab wi te ñu ko dëggal ci lu ëpp ñaari seede, kon dinañu jàll ci liggéey bi ñetti aaya yu njëkk yi ci Revelation saare fukki ak juróom-ñettal fukk ak juróom-ñaar di wone, bi tàmbalee ci atum 2001, ak liggéey bi di tàmbali ci aaya juróom-ñeent ci saare fukki ak juróom-ñettal fukk ak juróom-ñaar.</w:t>
      </w:r>
    </w:p>
    <w:p>
      <w:pPr>
        <w:pStyle w:val="ArticleBody"/>
        <w:jc w:val="left"/>
      </w:pPr>
      <w:r>
        <w:rPr>
          <w:rFonts w:ascii="Times New Roman" w:hAnsi="Times New Roman" w:eastAsia="Times New Roman" w:cs="Times New Roman"/>
        </w:rPr>
        <w:t>Bu nu jëfandikoo njàngale bu jubte bu Sister White ngir xamle bu leer ne malaaka bu Apokalips fukk ak juróom-ñett wone na ne wàcceem amoon na ci 1888, te mu teg beneen malaaka boobu ci jamono yiy ñëw, kon dafa feeñ ne 1888 mooy misaalal 2001. Malaaka bu Apokalips bi, buy leeral suuf si ak ndamaram, wàcce na ci ndaje yi amoon ci Minneapolis ci 1888, te mu defaat noonu bi kër yu mag yi nekk ci dëkk bu New York daanoo.</w:t>
      </w:r>
    </w:p>
    <w:p>
      <w:pPr>
        <w:pStyle w:val="ArticleBody"/>
        <w:jc w:val="left"/>
      </w:pPr>
      <w:r>
        <w:rPr>
          <w:rFonts w:ascii="Times New Roman" w:hAnsi="Times New Roman" w:eastAsia="Times New Roman" w:cs="Times New Roman"/>
        </w:rPr>
        <w:t>Diir bu Krist ci sóobam ba ci bant bi, ak diir bu tàmbalee 11 ut 1840 ba ci 22 ut 1844, ak diirub téeméeri at ak ñaar-fukk yi yu Nóoh, ñoom ñett ñi di seede ci ab diirub atte. Atum 1888 di joxe seede ci feeñug àllub réer gu bindeesoon ca ndaje yi ca Minneapolis, te Nóoh day wone nangu-ndoqug Xel mu Sell mi ci kaw ñi bañoon yégle bi. Àllub réeru nit ñi nekkoon lu jiitu mbëy-mi, noonu itam àllub réeru njiit yi ci kërgëm ga ci 1888, ñoom ñaar ñépp a bokk ci jaar-jaaru taariixu Koré, Datan ak Abiram ci taariixu Musaa, mi malaaka mi waxoon Rakk-ji White ne dañuy delloo ko ca Minneapolis.</w:t>
      </w:r>
    </w:p>
    <w:p>
      <w:pPr>
        <w:pStyle w:val="ArticleBody"/>
        <w:jc w:val="left"/>
      </w:pPr>
      <w:r>
        <w:rPr>
          <w:rFonts w:ascii="Times New Roman" w:hAnsi="Times New Roman" w:eastAsia="Times New Roman" w:cs="Times New Roman"/>
        </w:rPr>
        <w:t>Dale bi ñu génn Patriot Act ba ci yoonu Dibéer bi ci États-Unis mooy jamono ju nattu ñeel Laodicea gu Ajjigéen-Ñaari Fan yu juróom-ñaari. Bunt bu ñu taxaw ci boppam ci bataaxalu waare gi di yégle seeni àtte moo firnde ne Xel mu Sell mi dindi nañu ko, te moo tax it ñu tuur nañu réer gu tar ci kaw janqale yu ñaaw, yu dof, ci taariix boobu. Li bunt bi jublu ci mooy ndaw li Yàlla tànn, ni ko Noowe, Muusa, Magg yi Jones ak Waggoner, ak, lu wér, Rakku Jigéen White di tegtal. Bunt bi ci bataaxalu waare gi ak ci ndaw li ci taariix boobu dafa sukkandiku ci “diwlin” bi nekk ci taariixu léeb bu fukk janqale yi.</w:t>
      </w:r>
    </w:p>
    <w:p>
      <w:pPr>
        <w:pStyle w:val="ArticleBody"/>
        <w:jc w:val="left"/>
      </w:pPr>
      <w:r>
        <w:rPr>
          <w:rFonts w:ascii="Times New Roman" w:hAnsi="Times New Roman" w:eastAsia="Times New Roman" w:cs="Times New Roman"/>
        </w:rPr>
        <w:t>Ñi ñuy yégleb ndigaluy artu bi, dañuy ko def ndax am nañu “diwlin,” te moom itam mooy ndigaluy artu bi. Kon nag, xeetu ñaar yii seen wuute juddoo ci jëfandikoo bu jub baaxaay yoonu firndeel yëgleb yi nga xam ne ñoo nangu woon ci ñiy doxalin malaaka bu njëkk ak ñaareel bi, te ñu ko tegtal ni yoonu firndeelu Miller, ak itam yoonu firndeel yëgleb yi ñi doxalin malaaka bu ñetteel bi nangu.</w:t>
      </w:r>
    </w:p>
    <w:p>
      <w:pPr>
        <w:pStyle w:val="ArticleBody"/>
        <w:jc w:val="left"/>
      </w:pPr>
      <w:r>
        <w:rPr>
          <w:rFonts w:ascii="Times New Roman" w:hAnsi="Times New Roman" w:eastAsia="Times New Roman" w:cs="Times New Roman"/>
        </w:rPr>
        <w:t>Nattu gi ñuy tegtal ni mooy “sos melo rab gu bon ga,” kon dafa wara doon nattu gu jëm ci ni ñuy sos melo rab gu bon ga ci Kàddu yàlla buy wax lu jiitu.</w:t>
      </w:r>
    </w:p>
    <w:p>
      <w:pPr>
        <w:pStyle w:val="ArticleBody"/>
        <w:jc w:val="left"/>
      </w:pPr>
      <w:r>
        <w:rPr>
          <w:rFonts w:ascii="Times New Roman" w:hAnsi="Times New Roman" w:eastAsia="Times New Roman" w:cs="Times New Roman"/>
        </w:rPr>
        <w:t>Tambali Patriot Act bi ci atumoon 2001, mi doon nañ ko mel ni Blair Bill bi ci 1888, te moom itam dañoo ko mel ni Déclaration d’Indépendance bi ci 1776, te moom itam dañoo ko mel ni sóobug Kirist, mi meloon fan wu 11 Ut 1840, yépp di dëggal ne jéego attey nattu mi tàmbalee ak benn yégle bu am doole, bu war a jële ci loxoy malaaka bi, gannaaw ba lekk ko.</w:t>
      </w:r>
    </w:p>
    <w:p>
      <w:pPr>
        <w:pStyle w:val="ArticleBody"/>
        <w:jc w:val="left"/>
      </w:pPr>
      <w:r>
        <w:rPr>
          <w:rFonts w:ascii="Times New Roman" w:hAnsi="Times New Roman" w:eastAsia="Times New Roman" w:cs="Times New Roman"/>
        </w:rPr>
        <w:t>Jàngaleg yeneen waxi yonent bi di jëfandikoo États-Unis ngir wax ne ñooy sàcckat yi ci sa xeet, dafa jaxase lu bari ci seen xel mi ñuy doxale, te loolu yi ñu jaxase, ñooy yeneen ci ay bind yu gën a leer te gën a jub ngir tabax mbooloom dëgg yi aju ci sosub nataalu rab wa. Benn yoon ngir leeral ne nattu bii am na jikko ju yonent, mooy jëfandikoo yoon yu njëkk yi ci waxu yonent ngir wone dëgg gu nit man a xam rekk su fekkee ne nangu nga Room ne mooy misaal mi “sàcckat yi ci sa xeet” di tegtal.</w:t>
      </w:r>
    </w:p>
    <w:p>
      <w:pPr>
        <w:pStyle w:val="ArticleBody"/>
        <w:jc w:val="left"/>
      </w:pPr>
      <w:r>
        <w:rPr>
          <w:rFonts w:ascii="Times New Roman" w:hAnsi="Times New Roman" w:eastAsia="Times New Roman" w:cs="Times New Roman"/>
        </w:rPr>
        <w:t>Misaal bii jële na ci juróomi rëddo yi ci jaar-jaaru taarix bi nekk ci biir Adventism, fa la amee woon werante gu jëm ci Room ngir muy màndarga. Léegi nu ngi nekk ci mujjug, walla juróombeneel ci yooyu jaar-jaari werante, te werante bi léegi moo yam ak werante bi ñu feeñaloon ci tableau 1843 bi.</w:t>
      </w:r>
    </w:p>
    <w:p>
      <w:pPr>
        <w:pStyle w:val="ArticleBody"/>
        <w:jc w:val="left"/>
      </w:pPr>
      <w:r>
        <w:rPr>
          <w:rFonts w:ascii="Times New Roman" w:hAnsi="Times New Roman" w:eastAsia="Times New Roman" w:cs="Times New Roman"/>
        </w:rPr>
        <w:t>Yomb na ci dëgg gii dafay yomb bu baax ndéem su fekkee dangay jëfandikoo yooni waxi yonent yi ci anam yu jub. Benn yoonu waxi yonent bu war a jëfandikoo mooy ne misaal yi am nañu lu ëpp benn tekki, te tekki bi ñuy jëfandikoo ci ab xalaat mooy ki xalaat bi ci boppam war a dëgëral. Buur Siri bi, Antiochus III Magnus, mooy matal xare bi nekk ci aaya fukku ci saraxal fukki ak benn ci Daniel, te it mooy matal xarebu Raphia ci aaya fukki ak benn ak fukki ak ñaar, te mooy it matal xarebu Panium ci aaya fukki ak juróom. Werantey Millerite bi ñu tegtaloon ci kart 1843 mooy ne gis-gisu Protestant bu dul dëgg dafa jàppoon ne “sàccat yi” mooy Antiochus Epiphanes, fekk itam dafa sax ci dëgg bi ne “sàccat yi” misaalu Room lañu.</w:t>
      </w:r>
    </w:p>
    <w:p>
      <w:pPr>
        <w:pStyle w:val="ArticleBody"/>
        <w:jc w:val="left"/>
      </w:pPr>
      <w:r>
        <w:rPr>
          <w:rFonts w:ascii="Times New Roman" w:hAnsi="Times New Roman" w:eastAsia="Times New Roman" w:cs="Times New Roman"/>
        </w:rPr>
        <w:t>Ay juróom-fukki ba juróom-ñaar ci baat yi, njëkk a amoon njub ci jaar-jaaru Antiochus III Magnus; moo tax baat yooyu, ak delluwaayu taarix bi topp ci baat yooyu, di ñaari seede ngir matug baat yooyu ci fan yu mujj yi, ndax yeneen yonent yépp waxoon nañu gën a jub ci mbirum fan yu mujj yi, ju ëpp fan yi ñu dundee woon.</w:t>
      </w:r>
    </w:p>
    <w:p>
      <w:pPr>
        <w:pStyle w:val="ArticleBody"/>
        <w:jc w:val="left"/>
      </w:pPr>
      <w:r>
        <w:rPr>
          <w:rFonts w:ascii="Times New Roman" w:hAnsi="Times New Roman" w:eastAsia="Times New Roman" w:cs="Times New Roman"/>
        </w:rPr>
        <w:t>Boole ak yoon wi ñu samp ci mbirum fu war a jëfandikoo seede bu yonent bi, am na itam Sister White mi bindoon ci lu leer ne “barab yu bare ci jaar-jaaru nettali bi am ba mat sëmbuw yonent bii [Daniel saar 11] dinañu dellu amaat.” Antiochus III Magnus dafay tegtal États-Unis ni lëlub xarey Roomu pap bi. Protestaŋ yi daan nañu wax ne saccakat ya doon nañu misaalal beneen Antiochus, fekk Millerite yi xamoon ne mooy Room. Léegi, benn wet wax na ne États-Unis mooy saccakat ya, te beneen wet taxaw ci dëgg gu sampoon ci ndoorte gi.</w:t>
      </w:r>
    </w:p>
    <w:p>
      <w:pPr>
        <w:pStyle w:val="ArticleBody"/>
        <w:jc w:val="left"/>
      </w:pPr>
      <w:r>
        <w:rPr>
          <w:rFonts w:ascii="Times New Roman" w:hAnsi="Times New Roman" w:eastAsia="Times New Roman" w:cs="Times New Roman"/>
        </w:rPr>
        <w:t>Bu fekkee bi jàpp ne ay alama am nañu lu ëpp benn tekki, te ne war nañu di sàkk seen tekki ci wér-gu-yaram bi ñu leen jëfandikoo, kon jàppare bi di wax ne États-Unis mooy sàcc yi, dafa méngoo ak ni Protestaŋ yi jàppee Antiochus ne mooy sàcc yi; waaye léegi Antiochus mooy benn alama bu Estados-Unis ci fan yu mujj yi.</w:t>
      </w:r>
    </w:p>
    <w:p>
      <w:pPr>
        <w:pStyle w:val="ArticleBody"/>
        <w:jc w:val="left"/>
      </w:pPr>
      <w:r>
        <w:rPr>
          <w:rFonts w:ascii="Times New Roman" w:hAnsi="Times New Roman" w:eastAsia="Times New Roman" w:cs="Times New Roman"/>
        </w:rPr>
        <w:t>Mbiri mi ci wax jëfekaay bi dafay tontu ci laaj bi ci yoon wu jub ngir xam ban doole moo di yékkatu ngir sampu vision bi; ba tax, teg xooj ci mbir moomu, lu yoon la. Lu yoon la ci kaw seede yu bare, ndaxte yeneen rëdd yu taarixu xuloo bi ci mbir Rooma ni misaal, dañuy firndeel benn mbir boobu. Mbir boobu mooy ne ñi nekk ci wet wu jubul ci jafe-jafe ji, sax di jox États-Unis bi bérab bu Rooma. Waaye su fekkee ne bëgguloo nangu ne misaal yi am nañu lu ëpp benn tekki, walla nga gëm ne noonu la, waaye sa njàngum ak sa jëfandikoo yoonu boobu metti na ba nga am ko ngëm gu mat, kon di na la neexul lool ngir topp xel mi ñuy leeral léegi.</w:t>
      </w:r>
    </w:p>
    <w:p>
      <w:pPr>
        <w:pStyle w:val="ArticleBody"/>
        <w:jc w:val="left"/>
      </w:pPr>
      <w:r>
        <w:rPr>
          <w:rFonts w:ascii="Times New Roman" w:hAnsi="Times New Roman" w:eastAsia="Times New Roman" w:cs="Times New Roman"/>
        </w:rPr>
        <w:t>Bépp nguur gu am ñaari wàll yu mel ni ñaari béy, mooy Amerika ci fan yu mujj yi. Farãs mooy nguur gu ñaari mel gi Sodom ak Ejipt di tektal. Islaam itam day firndeel Amerika, ndaxte Amerika mooy yonent bu dëgërul bi ci digganteem ak kàttanu pap bi, mi di Jezebel. Amerika mooy Salome, ci suuf Herodias. Balaam itam mooy misaal bu yonent bu dëgërul, doonteem waaye nettaliem gëna yombul rekk ci nekk yonent bu dëgërul.</w:t>
      </w:r>
    </w:p>
    <w:p>
      <w:pPr>
        <w:pStyle w:val="ArticleBody"/>
        <w:jc w:val="left"/>
      </w:pPr>
      <w:r>
        <w:rPr>
          <w:rFonts w:ascii="Times New Roman" w:hAnsi="Times New Roman" w:eastAsia="Times New Roman" w:cs="Times New Roman"/>
        </w:rPr>
        <w:t>Yonent Balaam yi, yiñu bind gannaaw ba mu barkeel Israayil ñetti yoon, am nañu ay jokkoo ak Lislaam ci anam yu bare. Mbaam mi mooy màndargay Lislaam, te mënoo génne mbaam mi waxoon ci nettali Balaam. Boroom xel yi jóge penku, ñi ñëwoon di suju xale bi Yesu, yonent Balaam yi noo leen gindi. Lislaam ci biir ñetti musiba yi nekk ci Peeñu Kapit 9 dafa màndargaal yonent ju dul dëgg bi, Mohammed.</w:t>
      </w:r>
    </w:p>
    <w:p>
      <w:pPr>
        <w:pStyle w:val="ArticleBody"/>
        <w:jc w:val="left"/>
      </w:pPr>
      <w:r>
        <w:rPr>
          <w:rFonts w:ascii="Times New Roman" w:hAnsi="Times New Roman" w:eastAsia="Times New Roman" w:cs="Times New Roman"/>
        </w:rPr>
        <w:t>Su fekkee ne ay misaal am nañu lu ëpp benn tekki, kon amul sikk ne dina nga itam xam ne barab yu bare ci dëgg yu am solo lool dañu leen di wone ak misaal yu wuute. Misaal mi samp vision bi, misaalu Room la, te moo tax leer na ne Room mooy benn mbir mu njëkk ci biir waxi kàddu yonent yi ci Biibël bi. Benn misaal bu xameeku te dëgër bu Room mooy buur bu bëj-gànnaar bi ci Daniel saar 11. Buur bu bëj-gànnaar bi di ñëw ba ci mujjam te kenn du ko dimbali mooy kàttanu paap bi, kërceenug Room bi, paap bu Room, nit ku bàkkaar ki.</w:t>
      </w:r>
    </w:p>
    <w:p>
      <w:pPr>
        <w:pStyle w:val="ArticleBody"/>
        <w:jc w:val="left"/>
      </w:pPr>
      <w:r>
        <w:rPr>
          <w:rFonts w:ascii="Times New Roman" w:hAnsi="Times New Roman" w:eastAsia="Times New Roman" w:cs="Times New Roman"/>
        </w:rPr>
        <w:t>Ci xuloo ci mbirum weranteg Uriah Smith, dañu wax ne buur bu bëj-gànnaar bi ci ayat ñaar-fukk ak juróom-benn mooy Farãs, te buur bu bëj-gànnaar bi ci ayat ñaar-fukk ak fukk mooy Tirki. Farãs ak Tirki ñoom ñépp ay misaal lañu yu Ëtazuni, ci ay yoon yu wuute; waaye ni Protestaŋ ya, te ni mu mel tey itam, ci weranteg Smith, mu bañ dëgg bi ne buur bu bëj-gànnaar bi misaalu Room bu Bees la, te mu wax ne misaalu Room dafa feeñ ci misaalu Ëtazuni mi tegu ci réewum Farãs, te delluati ne misaalu Room dafa nekk misaalu Ëtazuni ni mu feeñee ci réewum Tirki.</w:t>
      </w:r>
    </w:p>
    <w:p>
      <w:pPr>
        <w:pStyle w:val="ArticleBody"/>
        <w:jc w:val="left"/>
      </w:pPr>
      <w:r>
        <w:rPr>
          <w:rFonts w:ascii="Times New Roman" w:hAnsi="Times New Roman" w:eastAsia="Times New Roman" w:cs="Times New Roman"/>
        </w:rPr>
        <w:t>Léegi way-jëf ji am na lépp ñetti rëy-rëy: jaar-jaaru Millerite, jaar-jaaru Uriah Smith, ak fii ak léegi. Ci benn ku nekk ci yooyu nataal, am na werante ci mbirum benn misaalu Room, te ñu di ko jëfandikoo ba du yoon ndax xam-xamu ju jubadi ci Room ni misaalu Etats-Unis.</w:t>
      </w:r>
    </w:p>
    <w:p>
      <w:pPr>
        <w:pStyle w:val="ArticleBody"/>
        <w:jc w:val="left"/>
      </w:pPr>
      <w:r>
        <w:rPr>
          <w:rFonts w:ascii="Times New Roman" w:hAnsi="Times New Roman" w:eastAsia="Times New Roman" w:cs="Times New Roman"/>
        </w:rPr>
        <w:t>Rëddoo xëccoo wi ci mbirum “bépp fan bu nekk,” ci téereb Daniel, dafa dëgëral boobu benn pexe bu mel ni, mooy xeex dëgg gi jëm ci benn misaal bu Room, doonte am na ay wuutey yu am solo ci taarix bii.</w:t>
      </w:r>
    </w:p>
    <w:p>
      <w:pPr>
        <w:pStyle w:val="ArticleBody"/>
        <w:jc w:val="left"/>
      </w:pPr>
      <w:r>
        <w:rPr>
          <w:rFonts w:ascii="Times New Roman" w:hAnsi="Times New Roman" w:eastAsia="Times New Roman" w:cs="Times New Roman"/>
        </w:rPr>
        <w:t>Xelal bu Uriah Smith ci misaal yu aju ci waxu yonent yi jëfe na ne ay toppkatam dañu jëfandikoo bu baaxul mbugal gu juróom-benn gi ci Sàccub Yoon wi, saar fukki juróom-benn. Jafe-jafe gu mag gi ci ni Smith jëfewe saar fukki juróom-benn, wu dul ne moo bëgg a jëfele lépp ci anam wu literal, ci jamono joo xam ne war nañu a jëfele lépp ci anam wu spirituel, mooy ne mënul woon gis tegteg wu mat ñetti benn boobu ci njaay mi, rab wi, ak yonent wu dëggul wi. Ci soppi maana yu dëggu yi nekk ci misaal yi ak ay maana yu mu jàpp ci boppam, xelal bu Smith tere nañu ci mën a xam ni ñetti benn boobu di sosoo, te ni mu di sosoo mooy “nattu gu mag gi ngir askanu Yàlla, gi ñuy dogale seen muccug ba fàww.”</w:t>
      </w:r>
    </w:p>
    <w:p>
      <w:pPr>
        <w:pStyle w:val="ArticleBody"/>
        <w:jc w:val="left"/>
      </w:pPr>
      <w:r>
        <w:rPr>
          <w:rFonts w:ascii="Times New Roman" w:hAnsi="Times New Roman" w:eastAsia="Times New Roman" w:cs="Times New Roman"/>
        </w:rPr>
        <w:t>Jëfandikook ju melokaani ay simból yi Rome mooy jéemantu bu Seytaane ngir tere askanu Yàlla yu bés yu mujj yi gis du Roma bu tay rekk, waaye it ni Roma bu tay sosoo. Soxla su am ci xam melokaan yu wax ci yoonu kàddug Yàlla te ñu boole ak dajale Mbooloom Xeeti Àddina yi, kàttanu paap bi ak Etazini, am na ay njariñ yu dul jeex ba fàww.</w:t>
      </w:r>
    </w:p>
    <w:p>
      <w:pPr>
        <w:pStyle w:val="ArticleBody"/>
        <w:jc w:val="left"/>
      </w:pPr>
      <w:r>
        <w:rPr>
          <w:rFonts w:ascii="Times New Roman" w:hAnsi="Times New Roman" w:eastAsia="Times New Roman" w:cs="Times New Roman"/>
        </w:rPr>
        <w:t>Ci téereb Daniel, amna na faat baax bu sell buy fésal solo xam diggante ñetti doole yooyu, te amna beneen faat bu sell ci téereb Révélation buy fésal benn yooyu doxalin. “Bu bis bi nekk” ci téereb Daniel, William Miller dafa ko déggoon ne mooy Roomu pagaan bi, ba mu doon jàng 2 Thessalonians. Miller dafa déggoon ci melokaanu digganteb waxu yonent bi nekk ci diggante Roomu pagaan bi ak Roomu pap bi ci 2 Thessalonians ne baat bi, “bu bis bi nekk,” misaal la woonu Roomu pagaan bi, te kon “mbir mu bon buy yàq” mooy doon Roomu pap bi.</w:t>
      </w:r>
    </w:p>
    <w:p>
      <w:pPr>
        <w:pStyle w:val="ArticleBody"/>
        <w:jc w:val="left"/>
      </w:pPr>
      <w:r>
        <w:rPr>
          <w:rFonts w:ascii="Times New Roman" w:hAnsi="Times New Roman" w:eastAsia="Times New Roman" w:cs="Times New Roman"/>
        </w:rPr>
        <w:t>Waaye li nu bëgg a xamle ci kaw mooy ne, ci 2 Thessaloniciens, diggante Room gu bokkoon ci xeet yu dul Yàlla ak Roomu paap bi dañu ko teg ci benn konteeks bu jàngale ne, bu fekkee ne dégguloo te xamatuoo diggante ñaari kàttan yooyu, dinga jot ci nattu réy bu naqari, te sànku ba fàww.</w:t>
      </w:r>
    </w:p>
    <w:p>
      <w:pPr>
        <w:pStyle w:val="ArticleBody"/>
        <w:jc w:val="left"/>
      </w:pPr>
      <w:r>
        <w:rPr>
          <w:rFonts w:ascii="Times New Roman" w:hAnsi="Times New Roman" w:eastAsia="Times New Roman" w:cs="Times New Roman"/>
        </w:rPr>
        <w:t>Lii mooy waxtaanu moytu gu ni mel ak mboolem juróom-beneel bi, fa ndax du rekk janax ji, te moom mooy Room gu yàgg ba pare woon ci 2 Thessaloniciens, ak rabu ga, te moom mooy “nit ku bàkkaar” ga ci kàddu yooyu, waaye itam ci saar fukki-juróom-benn ba, am nga fa Yonent bu dëggul bi. Kàddu googu di fésal solo bi nekk ci xam njàppandil gi am ci diggante dooley yi di def benn boolo bu ñetti wàll yu Roomu tey ji, muy itam Babilon bu tey bi.</w:t>
      </w:r>
    </w:p>
    <w:p>
      <w:pPr>
        <w:pStyle w:val="ArticleBody"/>
        <w:jc w:val="left"/>
      </w:pPr>
      <w:r>
        <w:rPr>
          <w:rFonts w:ascii="Times New Roman" w:hAnsi="Times New Roman" w:eastAsia="Times New Roman" w:cs="Times New Roman"/>
        </w:rPr>
        <w:t>Werante gi ci “bési bu bés” mi ngi jëm ci benn weranteg fan yu mujj yi rekk, waaye muy yaatal melokaanug werante googu ndaxte muy yokk solo njàngum diggante ñetti doole yi ñuy taxawal Room gu bees gi. Bañ a gis dëgg gii, mooy wóoral ne mbënt mu metti dina nekk sa pey.</w:t>
      </w:r>
    </w:p>
    <w:p>
      <w:pPr>
        <w:pStyle w:val="ArticleBody"/>
        <w:jc w:val="left"/>
      </w:pPr>
      <w:r>
        <w:rPr>
          <w:rFonts w:ascii="Times New Roman" w:hAnsi="Times New Roman" w:eastAsia="Times New Roman" w:cs="Times New Roman"/>
        </w:rPr>
        <w:t>Ci xulóo yu nekk léegi, ñi jàpp ne États-Unis mooy sàcc yi mel ni manul ñu sax nangul xam lu tax am solo bu réy ne États-Unis ñu ngi ko tey jiital ay yoon yu bari ni mu nekk ci suuf yoonu kàttanu papa bi, waaye du moom kàttanu papa bi boppam. Xel mu jub te gën a leer xam ne kàttan gaay jiital diggante gi ci politig, ci jaar-jaarub nettali, ci séy, ak ci waxug Bibil bi ci kàddu-yëgle, mooy boroom bopp bi; te bopp bi mooy kaay yékkati boppam ngir samp vision bi, ba noppi daanu.</w:t>
      </w:r>
    </w:p>
    <w:p>
      <w:pPr>
        <w:pStyle w:val="ArticleBody"/>
        <w:jc w:val="left"/>
      </w:pPr>
      <w:r>
        <w:rPr>
          <w:rFonts w:ascii="Times New Roman" w:hAnsi="Times New Roman" w:eastAsia="Times New Roman" w:cs="Times New Roman"/>
        </w:rPr>
        <w:t>Yoonu xel wi di jàpp ne États-Unis mooy sëfkat yi, manul a jëfandikoo taarix bi ñu wone woon te ginnaaw loolu mu matse 321 ba 538. Nataalu États-Unis war na dëppiku ndax “nit ku bàkkaar bi” man a feeñ. “Nit ku bàkkaar bi” dina feeñaat ci bés yu mujj yi, te bala mu koy def, war na ne États-Unis dëppikoo ba njëkk.</w:t>
      </w:r>
    </w:p>
    <w:p>
      <w:pPr>
        <w:pStyle w:val="ArticleBody"/>
        <w:jc w:val="left"/>
      </w:pPr>
      <w:r>
        <w:rPr>
          <w:rFonts w:ascii="Times New Roman" w:hAnsi="Times New Roman" w:eastAsia="Times New Roman" w:cs="Times New Roman"/>
        </w:rPr>
        <w:t>Yoonu dund dibeer ci États-Unis du won ne États-Unis mooy Room bu bees bi; waaye mu ngi wone ne yàqug réew mi agsi na, te États-Unis dagg na boppam ba noppi ak njub. Room bu bees bi ñuy feeñal bi États-Unis daanu ci yoonu dund dibeer bi, mooy dooleb baab, mi fekk foofa ak booba dafa noot ay àndandoom, yonent bu dëgëralul bi.</w:t>
      </w:r>
    </w:p>
    <w:p>
      <w:pPr>
        <w:pStyle w:val="ArticleBody"/>
        <w:jc w:val="left"/>
      </w:pPr>
      <w:r>
        <w:rPr>
          <w:rFonts w:ascii="Times New Roman" w:hAnsi="Times New Roman" w:eastAsia="Times New Roman" w:cs="Times New Roman"/>
        </w:rPr>
        <w:t>“Bés bu nekk saa su nekk” bi nekk ci téereb Daniel ak seen diggante ak yégleb William Miller, ak solo xam-xamu Miller mi jógé ci 2 Tesalonig ña, saraxle ñaareelu ay, ak artu bi nekk ci mboolem juróomeelu màggaay ba ngir nga sàmm sa yére, loolu lépp di tegtal ay ëllëg yu jóge ci yooyu werante yu jëm ci mbir yi taxaw tey.</w:t>
      </w:r>
    </w:p>
    <w:p>
      <w:pPr>
        <w:pStyle w:val="ArticleBody"/>
        <w:jc w:val="left"/>
      </w:pPr>
      <w:r>
        <w:rPr>
          <w:rFonts w:ascii="Times New Roman" w:hAnsi="Times New Roman" w:eastAsia="Times New Roman" w:cs="Times New Roman"/>
        </w:rPr>
        <w:t>Art bi ci nekk ci 2 Thessaloniciens saar ñaareel bi, ci fan yu mujj yi, mooy ci lu jëm ci ab xeet yu jàpp ne États-Unis mooy benn taalif, waaye dañuy bañ a nangu leer gi wax ci diggante bi nekk ci diggante États-Unis ak Room bu papa bi. Ci li ñuy def noonu, dinañu gis wax ju jëm duul rekk ci diggante Room bu papa bi ak États-Unis, waaye itam ci Mbooloom Xeeti Àddina yi, kàttanu nagoogu ci Apocalypse saar fukki juróom-benn ak juróom-ñaareel bi.</w:t>
      </w:r>
    </w:p>
    <w:p>
      <w:pPr>
        <w:pStyle w:val="ArticleBody"/>
        <w:jc w:val="left"/>
      </w:pPr>
      <w:r>
        <w:rPr>
          <w:rFonts w:ascii="Times New Roman" w:hAnsi="Times New Roman" w:eastAsia="Times New Roman" w:cs="Times New Roman"/>
        </w:rPr>
        <w:t>Ni mel ni Uriah Smith, A.G. Daniells ak W.W. Prescott, ñi Rakk Bu Jigéen White jàpp ne mënuñu xalaat ci li waral ak li ci génn, noonu itam la nekk ci ñi di bañ a nanguñu ngir ñu jiite leen ci njubalu Kàddu Yàlla buy wax lu jiitu, ci anam wi mu leeral jëflante diggante ñetti kàttan yii ci fan yu mujj yi.</w:t>
      </w:r>
    </w:p>
    <w:p>
      <w:pPr>
        <w:pStyle w:val="ArticleBody"/>
        <w:jc w:val="left"/>
      </w:pPr>
      <w:r>
        <w:rPr>
          <w:rFonts w:ascii="Times New Roman" w:hAnsi="Times New Roman" w:eastAsia="Times New Roman" w:cs="Times New Roman"/>
        </w:rPr>
        <w:t>Ni ci bi jëkk bi, bi leegi, ak xuloo yi ci Uriah Smith, xuloo bi jëm ci jokkoo gi am ci diggante ñetti dooley yi, ni ñu leen fësale ci 2 Thessalonians ak mboolem juróom-benn plague bi, dafay woneeneene tekki bu sellul bu jëm ci États-Unis, waaye mu bañ a gis yenn jëfandikoo yu yonent yi ci États-Unis yi, yu man a feeñal seen xalaat bu juumte, te man na leen yóbbu ci leer gi.</w:t>
      </w:r>
    </w:p>
    <w:p>
      <w:pPr>
        <w:pStyle w:val="ArticleBody"/>
        <w:jc w:val="left"/>
      </w:pPr>
      <w:r>
        <w:rPr>
          <w:rFonts w:ascii="Times New Roman" w:hAnsi="Times New Roman" w:eastAsia="Times New Roman" w:cs="Times New Roman"/>
        </w:rPr>
        <w:t>Gannaaw 11 Septaambar 2001, werante gi ci mbent yi ñent yu nekk ci Yoel taxawaat na. Dëgg gi mooy ne mbent yooyu dafa doon tektal wàññiku xel bu yokkante-bu-yokkante ci kanam mbooloom Laodise bu Seventh-day Adventist, jaarale ko ci dugal yoonu njàngum katolig ak protestan yu ngëmadi. Dellusi, jëfandikoo gu jub gi ci mbent yi ñent mooy Room, waaye tekkiinu bopp bi dafa wax ne mooy Islaam, te loolu mooy mandargaab yonent bu dul dëgg, te noonu itam mandargaabu Etazüni. Rëdd ak rëdd, werante yi ci jaar-jaari Advent bi nu leen seet léegi, yépp dañuy wax ci benn dëgg gi.</w:t>
      </w:r>
    </w:p>
    <w:p>
      <w:pPr>
        <w:pStyle w:val="ArticleBody"/>
        <w:jc w:val="left"/>
      </w:pPr>
      <w:r>
        <w:rPr>
          <w:rFonts w:ascii="Times New Roman" w:hAnsi="Times New Roman" w:eastAsia="Times New Roman" w:cs="Times New Roman"/>
        </w:rPr>
        <w:t>Wet wu jub ciiru, ciñ ñent a seede, mooy màgg yi di Réewum Ëtats Ini, te ci ñaari seede xalaatu wet wu jub ci Réewum Ëtats Ini niki màndarga àndul ak dëgg. Ñi Yàlla tànn ci fan yu mujj yi ngir nekk ci biir ñaar-fukki junni ak ñent-fukki junni ak ñent téeméeri junni, léegi dañuy jaar ci nattu gu aju ci yonent. Du nattu gu man a matal ndax rekk nga sànni sa baat ngir bii wet walla ba benneneen wet. Nattu la gu man a weesu ci njubte dëgg-dëgg su fekkee ne yoon yi aju ci yonent dañu leen jëfandikoo ak maandute gu jub. Ngir Gaynde gi cosaan bu Yuda yi xëyël nitam yi ci fan yu mujj yi ngir xam ne seen njàng mi deepul yombul, may na ñu duggal ay heresi.</w:t>
      </w:r>
    </w:p>
    <w:p>
      <w:pPr>
        <w:pStyle w:val="ArticleBody"/>
        <w:jc w:val="left"/>
      </w:pPr>
      <w:r>
        <w:rPr>
          <w:rFonts w:ascii="Times New Roman" w:hAnsi="Times New Roman" w:eastAsia="Times New Roman" w:cs="Times New Roman"/>
        </w:rPr>
        <w:t>Nekk ci yoonu wax ju jub ci ne am na benn yëfandikoo bu réer bu jóg ci biir mbooloo mii, te loolu di wone ne sunu dooley bopp ci mbirum yooni tekki kàddug yonent yi gëna néew la ngir li mu war a doon. Rooma moo samp peeñ mi, te peeñu fan yu mujj yi mooy jéggi ak suuxatu bu mujj bu buur bu bëj-gànnaar. “Buur” boobu mooy itam “nit ku bàkkaar,” te “nit ku bàkkaar” mooy “kumpa gu ñaawteef,” ak “ka bon.” Moom mooy antikrist bi, moom lañu misaale ci “sacc yi ci sa xeet,” te moom mooy “boppu” Rooma gu Bees gi.</w:t>
      </w:r>
    </w:p>
    <w:p>
      <w:pPr>
        <w:pStyle w:val="ArticleScripture"/>
        <w:jc w:val="left"/>
      </w:pPr>
      <w:r>
        <w:rPr>
          <w:rFonts w:ascii="Times New Roman" w:hAnsi="Times New Roman" w:eastAsia="Times New Roman" w:cs="Times New Roman"/>
        </w:rPr>
        <w:t>“Ñi ñoom ñi di jaaxle ci seen xam-xamu kàddugi Yàlla, ñi xamul lu antikiris bi di tekki, faw dañuy wéyoo seen bopp ci wetug antikiris bi. Léegi amul jamono ngir nu booloo ak àddina. Daanieel taxaw na ci wàllam ak ci barabam. War nañu dégg propesii yi Daanieel ak Yowaana. Ñuy firndeelante seen bopp. Dañuy jox àddina dëgg yu kenn ku nekk war a xam. War na propesii yooyu nekk seede ci àddina. Jaarale ko ci seen matug yéene ci fan yii mujj, dinañu firi seen bopp.”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day samp Vision bi — Nimero Fukk ak Bennaar</dc:title>
  <dc:subject>Sefti bu Muju 144,000 yi: Nattu yonnentu ci kanam nataalu Rab wi</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