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Juróom-Benn</w:t>
      </w:r>
    </w:p>
    <w:p>
      <w:pPr>
        <w:pStyle w:val="ArticleSubtitle"/>
        <w:jc w:val="left"/>
      </w:pPr>
      <w:r>
        <w:rPr>
          <w:rFonts w:ascii="Arial" w:hAnsi="Arial" w:eastAsia="Arial" w:cs="Arial"/>
        </w:rPr>
        <w:t>Rëddóoné Buñeek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Buuru bëj-gànnaar bi dina mer lool, te dina génn ngir xeex ak moom, maanaam ak buurub bëj-nort bi; te dina jël ay mbooloo yu bare lool; waaye mbooloo ma dina ñu ko jox ci loxoom. Te bu ko yóbbee mbooloo ma, xolam dina réy; te dina daan ay junniy nit yu bare lool; waaye loolu du ko dëgëral. Daniel 11:11, 12.</w:t>
      </w:r>
    </w:p>
    <w:p>
      <w:pPr>
        <w:pStyle w:val="ArticleBody"/>
        <w:jc w:val="left"/>
      </w:pPr>
      <w:r>
        <w:rPr>
          <w:rFonts w:ascii="Times New Roman" w:hAnsi="Times New Roman" w:eastAsia="Times New Roman" w:cs="Times New Roman"/>
        </w:rPr>
        <w:t>Ayet yu fukk ak ayet yu ñaar di wone ndam li Putin jël ci kaw Ukraine ak Mbooloom Europe, ak it lu topp ak ay mbir yu ci rot ngir Putin gannaaw ndamam ci xareb Ukraine, ni ko Ptolemee teewal ci ndamam ca Raphia atum 217 B.C., ak baamtuwam ci ayet bi fukk ak ñaar. Njàngum mi nekk ci ayet yi mooy yéeg ak suuxat buur bu bëj-gànnaar bi.</w:t>
      </w:r>
    </w:p>
    <w:p>
      <w:pPr>
        <w:pStyle w:val="ArticleBody"/>
        <w:jc w:val="left"/>
      </w:pPr>
      <w:r>
        <w:rPr>
          <w:rFonts w:ascii="Times New Roman" w:hAnsi="Times New Roman" w:eastAsia="Times New Roman" w:cs="Times New Roman"/>
        </w:rPr>
        <w:t>Ba léegi, waxtaani yi daan xamle doxalin yu mag yi nekk ci rëdd yi yonent yi ci saar fukki ak benn. Waaye aaya fukki ak benn bi soxla na ndaw waxtu mu gën a bari balaa nu jëm ci kanam ci saar bi. Daniel saar 11, aaya 11, dajaloo na ak Peeñu 11, aaya 11.</w:t>
      </w:r>
    </w:p>
    <w:p>
      <w:pPr>
        <w:pStyle w:val="ArticleScripture"/>
        <w:jc w:val="left"/>
      </w:pPr>
      <w:r>
        <w:rPr>
          <w:rFonts w:ascii="Times New Roman" w:hAnsi="Times New Roman" w:eastAsia="Times New Roman" w:cs="Times New Roman"/>
        </w:rPr>
        <w:t>Gannaaw ñetti fan ak genn-wàll fan, Xelum dund gu jóge ca Yàlla tàbbi ci ñoom, ñu taxaw ci seen tànk; te ragal gu réy dal ci ñi leen gis. Peeñu Yowaana 11:11.</w:t>
      </w:r>
    </w:p>
    <w:p>
      <w:pPr>
        <w:pStyle w:val="ArticleBody"/>
        <w:jc w:val="left"/>
      </w:pPr>
      <w:r>
        <w:rPr>
          <w:rFonts w:ascii="Times New Roman" w:hAnsi="Times New Roman" w:eastAsia="Times New Roman" w:cs="Times New Roman"/>
        </w:rPr>
        <w:t>Ci atum 2023, ñaari seede yi rab wi jóge ci xóot bu amul pënd mi reyoon, taxawaat nañu ci seen tànk. Seede bu bënn ker bu Réew mi ñuy wax Republican horn tàmbalee woon na ci atum 2015 bi Donald Trump yéglee ne dina daw ngir nek président, te ci atum 2020, njaay mi, mi ànd ak globaliste yi ci àddina si, ak globaliste yi di Democratic party, booleek globaliste yi nekk ci Republican party bi (RINO’s), sàcc nañu election bi te fal Joe Biden, noonu ñu rey Donald Trump ci mbedd mi. Ker bu Protestant bi, mi minister Future for America di tegtal, reyoon nañu ko jaarale ko ci tas xibaar bu jubulul buy mel ne Islam dina song Nashville. Ci atum 2023, ñaari ker yi, Republican ak Protestant, dekkiwaat nañu. Aaya fukk ak benn miy xamle tàmbali xareb Ukraine bi ci 2014 ak li topp ba ca ndam li mujjug Putin ak Russia.</w:t>
      </w:r>
    </w:p>
    <w:p>
      <w:pPr>
        <w:pStyle w:val="ArticleBody"/>
        <w:jc w:val="left"/>
      </w:pPr>
      <w:r>
        <w:rPr>
          <w:rFonts w:ascii="Times New Roman" w:hAnsi="Times New Roman" w:eastAsia="Times New Roman" w:cs="Times New Roman"/>
        </w:rPr>
        <w:t>Sarax fukki ñeent ci benn gi mooy nattu gis-gis bi di àgg ba ci àtteb Yàlla ngir Adventism ci yépp, waaye itam ngir ñi nangu woon leeru 9/11 ak ñëwug ñetteelu musiba bi, te ci kanam mooy ngir ñi dees na leen teg loo xam ne ñooy wuutu ci leeru kàddug wax ji Yàlla waxoon, mi ñu ubbiwoon ndànk-ndànk dale ci weeru Sulet 2023.</w:t>
      </w:r>
    </w:p>
    <w:p>
      <w:pPr>
        <w:pStyle w:val="ArticleBody"/>
        <w:jc w:val="left"/>
      </w:pPr>
      <w:r>
        <w:rPr>
          <w:rFonts w:ascii="Times New Roman" w:hAnsi="Times New Roman" w:eastAsia="Times New Roman" w:cs="Times New Roman"/>
        </w:rPr>
        <w:t>Njiitu Adventisme bi jàllalees na ko ci atum 1989, ni ko juddu Kirist ci jamono jooju yonnee ci wax ju yëngu. Ci sóobu Krist ci ndox mi, mu tàmbalee woo taalibe yi doon “fondemaŋ” Église chrétienne bi; loolu nag di misaal 9/11, ba bi ak agsi Islam ci ñetteelu musiba mi, Boroom bi gindiwaat ay nitam ci yoon yu mag Yeremi waxoon, yu tegtal fondemaŋ yu Adventisme. Ci 9/11, àtteb ñi dund tàmbalee ca kër Yàlla ga, te Adventisme bañ na leeru malaakam Peeñu gi fukki juróom ñaar ni Yawut ya bañoon Yeesu ne mooy Almasi bi. Ñi nanguwoon leeru malaakam Peeñu gi fukki juróom ñaar, gannaaw loolu, nattu nañu leen ci naqaru bésub 18 Sulet 2020.</w:t>
      </w:r>
    </w:p>
    <w:p>
      <w:pPr>
        <w:pStyle w:val="ArticleBody"/>
        <w:jc w:val="left"/>
      </w:pPr>
      <w:r>
        <w:rPr>
          <w:rFonts w:ascii="Times New Roman" w:hAnsi="Times New Roman" w:eastAsia="Times New Roman" w:cs="Times New Roman"/>
        </w:rPr>
        <w:t>Ci weeru sulet 2023, leeru Daniyel fukki benn, sarax fukki benn mooy leeral rëddub biti gu dëggu jamono jii. Leer googu ci matug waxu yonent bi ci biti, bi nekk ci Daniyel fukki benn, sarax fukki benn, ubbeeku na ci jigéen yu sell yi dekkat ci Sarax yi fukki benn, sarax fukki benn. Peeñug Yàlla mooy wone jaar-jaaru biir bi Daniyel ubbi ni jaar-jaaru biti.</w:t>
      </w:r>
    </w:p>
    <w:p>
      <w:pPr>
        <w:pStyle w:val="ArticleBody"/>
        <w:jc w:val="left"/>
      </w:pPr>
      <w:r>
        <w:rPr>
          <w:rFonts w:ascii="Times New Roman" w:hAnsi="Times New Roman" w:eastAsia="Times New Roman" w:cs="Times New Roman"/>
        </w:rPr>
        <w:t>Ñi ñiñ ñi xalaat leer gi ubbeekoon tàmbali ci weeru Sulet 2023, dañuy tegu ñaari mbooloo yu wuute, ndaxte am nañu ba noppi ñu doon doxandoo benn yoon gannaaw Sulet 2023 te léegi dootuñu doxandoo. Atté mooy dem jàll, te tàmbali na ci 9/11, bi jàngoro Mbooloom fan yi juróom-ñaariy bés, mooy Seventh-day Adventist church, joxee ko “waxtu ngir réccu” ci bañam “yoonu tekki kàdduy wax yu njëlbéen yi Miller ak ay bokkam nangu woon,” yi ñuy gën a bañ ndànk-ndànk li dale ci 1863. Li dale ci 9/11 ba àgg ci 18 Sulet 2020, Mbooloom fan yi juróom-ñaariy bés bi am na woon jëfandikoo gu mujj ngir réccu, te ci boobu fan ñi bokkoon ci yégle bu Nashville 2020, seetlu nañu leen. Ci weeru Sulet, wàll wu mujj ci sellal gi dañu ko tegu ci aaya fukk ak benn ci saraxi fukk ak benn yi nekk ci téere Daniel ak Peeñ mi.</w:t>
      </w:r>
    </w:p>
    <w:p>
      <w:pPr>
        <w:pStyle w:val="ArticleBody"/>
        <w:jc w:val="left"/>
      </w:pPr>
      <w:r>
        <w:rPr>
          <w:rFonts w:ascii="Times New Roman" w:hAnsi="Times New Roman" w:eastAsia="Times New Roman" w:cs="Times New Roman"/>
        </w:rPr>
        <w:t>Ci biirub nattu la ñaareelu nattu bi ci ñetti nattu yi di am. Ñaareelu nattu bi mooy nattu gu ñuy gis ak bët, te nattu bu bëgg-bëgg ji jiitu ko, te muy jeex ak ñetteelu nattu bi, mi wuute ak ñaar yi ko jiitu ndax mooy nattu buy leeral dëgg bi. Bi janq yi yeewee ci Diggante Guddi ngir wax ji ne: “Xoolleen, Boroom Cët ga ngi ñëw,” benn xeetu nit am na diwlin wi war, waaye beneen bi sànku na. Millerites yi amoon nañu mbir mii sax, te ci noonu won nañu ne am nañu xam-xam bu aju ci kanam bu biti ak bu biir ci sàrtu yonent yi.</w:t>
      </w:r>
    </w:p>
    <w:p>
      <w:pPr>
        <w:pStyle w:val="ArticleBody"/>
        <w:jc w:val="left"/>
      </w:pPr>
      <w:r>
        <w:rPr>
          <w:rFonts w:ascii="Times New Roman" w:hAnsi="Times New Roman" w:eastAsia="Times New Roman" w:cs="Times New Roman"/>
        </w:rPr>
        <w:t>Bi ñu yéglee bataaxalu ñaareelu malaaka bi, te ñu sant yéeneen kërgëm-katolig yu daanu yi ni ay doom-i Babilon, dañuy yégle woon benn bataaxal bu nekk ci bitim seeni jëfandikoo ak seen ngëm. Ngir ñu man a yéglee bataaxalu Yuuxu Diggante Guddi gi, waroon nañu jëkk a gis seen bopp ni jigéen yu sell yi ñoo nekkoon ci jamono ju yàgg ci xaar. Ci benn-fukki aaya ci Daniyel ak ci Peeñu ma, saraxale bi benn-fukki aaya, bataaxal bu biir ak bu bitiis yi ñu ubbiwoon leen ni dëggu jamono ji nekk, li dale ci sulet 2023.</w:t>
      </w:r>
    </w:p>
    <w:p>
      <w:pPr>
        <w:pStyle w:val="ArticleBody"/>
        <w:jc w:val="left"/>
      </w:pPr>
      <w:r>
        <w:rPr>
          <w:rFonts w:ascii="Times New Roman" w:hAnsi="Times New Roman" w:eastAsia="Times New Roman" w:cs="Times New Roman"/>
        </w:rPr>
        <w:t>Ci njëkk, seetlu ñaareel te manees a gis mooy bi ñu gisoon ne xar kanam Daniel ak ñetti gor yu tedd yi gëna rafet te gëna fees ci “melokaan” mu ëpp ñi lekkoon lekku Babilon. Ci saar ñaareel, nattu gu manees a gis tey mel ni nattu kàddug yonent la, buy laaj ngir ñu teg njàngat ci yoonu jub xibaar bu nëbbu, te mu mujje feeñ ne mooy nataalu nguur yi ci yonenti Biibël. Saar bi jëkk, bi ñaareel ak bi ñetteel ci Daniel dañuy tekki malaaka bi jëkk, bi ñaareel ak bi ñetteel yi ci Peeñu 14.</w:t>
      </w:r>
    </w:p>
    <w:p>
      <w:pPr>
        <w:pStyle w:val="ArticleBody"/>
        <w:jc w:val="left"/>
      </w:pPr>
      <w:r>
        <w:rPr>
          <w:rFonts w:ascii="Times New Roman" w:hAnsi="Times New Roman" w:eastAsia="Times New Roman" w:cs="Times New Roman"/>
        </w:rPr>
        <w:t>Ñaareel bu ñaareelu malaak bu Nekkal yi 14 dafay wax ci yégle bu biti bi ci jaar-jaaru Millerite, te saaru ñaareel bu Daniel itam dafay jëfandikoo rëddoo biti bi ak nataal bu rab yi ci jaar-jaaru waxi yoon wi. Nattu gis-gis bi nekk ci saaru njëkk bi, sukkandikoo na ci Daniel ak ñetti gor yu yayoo yi, te moo tax mu di rëddoo biir bi. Rëddoo biti ak rëddoo biir yu waxi yoon wi te ñu tektalee leen ak méngoo gi nekk diggante saar yi njëkk ba ñetteel yi ci Daniel ak ñetti malaak yi ci Nekkal yi 14, dañuy jur benn seede bu nekk yeneen ci ne yégle bu ñaareelu malaak bi am na matalugam ci Millerites yi.</w:t>
      </w:r>
    </w:p>
    <w:p>
      <w:pPr>
        <w:pStyle w:val="ArticleBody"/>
        <w:jc w:val="left"/>
      </w:pPr>
      <w:r>
        <w:rPr>
          <w:rFonts w:ascii="Times New Roman" w:hAnsi="Times New Roman" w:eastAsia="Times New Roman" w:cs="Times New Roman"/>
        </w:rPr>
        <w:t>Millerites yi yégle woon nañ benn yëgleb bu biti ak bu biir bi ba ñuy matal yéglebu Yuuxu Guddi gi. Seen yëgleb bu biti mooy malaaka ñaareelu Apokalips 14, te loolu moo lëkkale yëglebu Millerites yi ci yoonu jub ak malaaka ñaareel bi ak nataalu Daniel 2. Nataal bi dafay tegtal nguur yu biti yi ci waxi yonent yi nekk ci Biibël, dale ko ca Babilon gu dëgg ga ba ca Babilon gu bees ga, gi di agsi ci njàlbéenam ci jeexital waxtu nattu nit ñi. Millerites yi delluwaat nañu ci yëgleb bu biti bu Babilon. Nattu gis-gis bu Daniel dafa sukkandiku woon ci lekk wi mu tannoon a lekk, te malaaka bu jëkk bi ci Apokalips 10, mi wàcce te teg benn tànk ci suuf si ak beneen bi ci géej gi, amoon na téere bu ndaw bu ubbeeku, bi ñu sant Yowaana mu lekk ko. Malaaka bu jëkk bi dafañu ko tegtal ci bëgg-bëggu lekk, te nattu gis-gis a ko topp. Nattu gis-gis bi dafay ëmb moom itam wàll wu biir ak wàll wu biti ci sàrtu dëgg.</w:t>
      </w:r>
    </w:p>
    <w:p>
      <w:pPr>
        <w:pStyle w:val="ArticleBody"/>
        <w:jc w:val="left"/>
      </w:pPr>
      <w:r>
        <w:rPr>
          <w:rFonts w:ascii="Times New Roman" w:hAnsi="Times New Roman" w:eastAsia="Times New Roman" w:cs="Times New Roman"/>
        </w:rPr>
        <w:t>Saaru fukki ci Daniel fukki ak benn, ci wët gu méngoo ak saaru fukki ak benn ci Peeñug Yowaana, dafa tegu ci nattu gis gu ñaar yoon. Nattu boobu di jeex ci nattu buy wone dëgg, bi janq yi feeñalee ndax am nañu diwlin walla déedéet. Feeñal googu am na tuuti laata jeexital xeloo bàkkaar ba ci yoonu Dibéer bi ci Mbootaayu Amerig. Jeexital xeloo bàkkaar ba ci yoonu Dibéer bi, 22 Oktoobar 1844 moo ko misaaloon. Tuuti laata 22 Oktoobar 1844, ca 17 Ut 1844, Millerite yi yéglee nañu ndigal li mel ni mbëll mu metti wër géej, ba mu jaar ci bépp wetu géej gu penku ci Mbootaayu Amerig.</w:t>
      </w:r>
    </w:p>
    <w:p>
      <w:pPr>
        <w:pStyle w:val="ArticleBody"/>
        <w:jc w:val="left"/>
      </w:pPr>
      <w:r>
        <w:rPr>
          <w:rFonts w:ascii="Times New Roman" w:hAnsi="Times New Roman" w:eastAsia="Times New Roman" w:cs="Times New Roman"/>
        </w:rPr>
        <w:t>1989 mooy waxtu mujj gi la biir téere Daniel ubbeeku, te buñu ubbee téere Daniel, am na fa yàgg-yàgg yokkute xam-xam buy jur ñaari xeeti magkat. 1989 mooy njëkk ci ñetti màndargay nattu yooyu, ni ko ñëwum malaaka bu njëkk bi royale ci atum 1798. Bi malaaka bu njëkk bi wàccee 11 ut 1840, mu doon misaal bu malaakaa Yàllaa ci Apokalips 18 bi wàccee 9/11. Njàqare gu njëkk ci jaar-jaaru Millerites bi moo tegtale ñëwum ñaareel malaaka bi, te doon misaalu 18 sulet 2020 ak tàmbali waxtu yéex gi. Millerites yi seetluwoon ndànk-ndànk nekk cig yeewu ci yëgleb ñaareel malaaka bi ak ne ñoom lañu doon janq yi ci léeb bu fukki janq ya. Ñu yeewu ba mat ca ndaje kaŋ Exetër ba ca weeru ut 1844. Ñaari fukki junni ak ñeenti junni ñi ñu yeewuwoon ca sulet 2023, bi yëgleb Yuuxu Diggante Guddi gi tàmbalee ubbeeku ndànk-ndànk.</w:t>
      </w:r>
    </w:p>
    <w:p>
      <w:pPr>
        <w:pStyle w:val="ArticleBody"/>
        <w:jc w:val="left"/>
      </w:pPr>
      <w:r>
        <w:rPr>
          <w:rFonts w:ascii="Times New Roman" w:hAnsi="Times New Roman" w:eastAsia="Times New Roman" w:cs="Times New Roman"/>
        </w:rPr>
        <w:t>Waxtu yéex bi jeex na ci Milerit yi ca Exeter, ni mu jeexe woon ci njabootu Lazar bi ba Yesu dekkal Lazar ngir mu nekk jëf ju gën a kawe ci liggéeyu Kirist, ba Lazar nekk “sëll”u liggéeyam. Dekkalug Lazar mooy màndarga jeexital waxtu yéex bi, ak tëj ci màmba yi nit ñi Yàlla. Dugg gu màgg ga topp ci gannaaw loolu dafa doon misaal bu yëg-yëg ci yégleb Baatu Yu Digg bi ci jaar-jaari Milerit yi. Mbiri saar bi ci ayat fukk ak benn ci Daniel saar fukk ak benn mooy yokkute ak suuxat buur bu bëj-gànnaar, te muy yóbbu ci xeexu Panium bi ci ayat fukk ak ñett ba fukk ak juróom. Ay ayat yooyu ñooy nattukaay bu leer bi nga xam ne foofa lañuy teg sëll bi ci jë yi góor ak jigéen ñi ñuy yékkati ni màndarga ci ayat fukk ak juróom-benn.</w:t>
      </w:r>
    </w:p>
    <w:p>
      <w:pPr>
        <w:pStyle w:val="ArticleBody"/>
        <w:jc w:val="left"/>
      </w:pPr>
      <w:r>
        <w:rPr>
          <w:rFonts w:ascii="Times New Roman" w:hAnsi="Times New Roman" w:eastAsia="Times New Roman" w:cs="Times New Roman"/>
        </w:rPr>
        <w:t>Wers bu fukk ak am na ca xareb Panium, te wërante ak seetu Almasi ak Kaisare Filipi. Faale Kaisare Filipi, Almasi soppi turu Simon Barjona ba mujj “Pierre”, loolu di màndargaal fàggug ñaari téeméer ak ñeent-fukk ak ñeent-ñaar junni. Gannaaw loolu, leerug bant bi di ñëw léegi ubbeeku na taalibe yi. Bi Almasi soppee turu Simon ba mujj “Pierre” tuuti bala bant bi, loolu wërante na ak nattub litmus bu Exeter ak Lasaar, te muy jiite Dugg gi ak màgg ci Yerusalem. Ndaje kaamp bu Exeter, dale 12 ba 17 Ut, di màndargaal dal gu mujj gi ci dëgg gi bala yëngute gi, te loolu mooy suuf-sóobu sàrtu Dibeer bi ci saar 11 yi ci Daniel ak Apokalips.</w:t>
      </w:r>
    </w:p>
    <w:p>
      <w:pPr>
        <w:pStyle w:val="ArticleScripture"/>
        <w:jc w:val="left"/>
      </w:pPr>
      <w:r>
        <w:rPr>
          <w:rFonts w:ascii="Times New Roman" w:hAnsi="Times New Roman" w:eastAsia="Times New Roman" w:cs="Times New Roman"/>
        </w:rPr>
        <w:t>“Liggéey bi nekk ci Battle Creek dafa topp benn doxalin bu mel ni moomu. Njiit yi ci sanitarium bi dajale nañu ak ñi amul ngëm, te jox leen ndokkeel ci seeni waxtaan ak seeni këyit, lu tollu noonu; waaye loolu dafa mel ni ñuy liggéey te seeni bët tëj. Ñoom amuñu xel mu xóot ngir gis li mën a dal ci sunu kow saa su nekk. Am na fa ruu bu metti, bu xaste ak deret tuuru, te ruu boobu dina yokku ba ci jeexital jamono. Bu gaaw gaaw nit ñi Yàlla moom a bokk màndargalees ci seen kanam yi—te loolu du benn màndarga walla benn rëdd gu nit man a gis, waaye mooy ñu dëkk ci dëgg gi, ci xam-xam ak ci ruu, ba duñu mën a yëngu—bu gaaw gaaw askanu Yàlla màndargalees te waajal ngir yëngu-yëngu ba, dina ñëw. Ndaxte sax tambali na ba noppi. Léegi àttey Yàlla ngi ci kow suuf si, ngir artu nu, ba nu xam li di ñëw.” Manuscript Releases, volume 10, 252.</w:t>
      </w:r>
    </w:p>
    <w:p>
      <w:pPr>
        <w:pStyle w:val="ArticleBody"/>
        <w:jc w:val="left"/>
      </w:pPr>
      <w:r>
        <w:rPr>
          <w:rFonts w:ascii="Times New Roman" w:hAnsi="Times New Roman" w:eastAsia="Times New Roman" w:cs="Times New Roman"/>
        </w:rPr>
        <w:t>Tëjugu junni ak ñent-fukk ak ñeent junni ñaar ñi miññeel, dañu ko wone woon ci ndaje ga ca Exeter, ci Kirist mi soppi turu Simon di ko waxe Piyeer, ak ci ndekkitewaayu Lasaar. Ndekkitewaayu boobu mooy melal ndekkitewaayu ñaari seede yi ci Peeñu, saraxale fukki ak benn. Aaya yi fukk ba fukki ak juróom-benn dañuy tegtal jaar-jaaru mboolem nettali bu nëbbu bu nekk ci aaya ñeent-fukk. Ubbite jaar-jaaru bu nëbbu bu aaya ñeent-fukk bi tambalee na ci biir matug jaar-jaaru aaya fukk ak benn bi ak xareb Ukreen. Li dale ci sulet 2023, jaar-jaaru bu nëbbu boobu dafa nekk ci yoon wu ñuy koy ubbi ndax Gaynde gi cosaanu Yuda.</w:t>
      </w:r>
    </w:p>
    <w:p>
      <w:pPr>
        <w:pStyle w:val="ArticleBody"/>
        <w:jc w:val="left"/>
      </w:pPr>
      <w:r>
        <w:rPr>
          <w:rFonts w:ascii="Times New Roman" w:hAnsi="Times New Roman" w:eastAsia="Times New Roman" w:cs="Times New Roman"/>
        </w:rPr>
        <w:t>Bi ñi dekkal ay kàndida yu war a bokk ci téeméeri junni ak ñeent-fukk ak ñeent ñaar ya, ci saar bi fukki ak benn bu Pénc mi ñent ci Téereb Peeñ mi fukki ak benn, ndigalug seetaan bu yonent bi, bi war a weesu laata yoon wi di dogalu jamono bu jébbale bi tëjjee ci yoonu Dibeer, te Muñu White tudde ko nattu nataalu rab wi, moo tambali.</w:t>
      </w:r>
    </w:p>
    <w:p>
      <w:pPr>
        <w:pStyle w:val="ArticleScripture"/>
        <w:jc w:val="left"/>
      </w:pPr>
      <w:r>
        <w:rPr>
          <w:rFonts w:ascii="Times New Roman" w:hAnsi="Times New Roman" w:eastAsia="Times New Roman" w:cs="Times New Roman"/>
        </w:rPr>
        <w:t>“Boroom bi wone na ma bu leer ne nataalu rab wi dina sosu ko la nattu yoon wi tëjee; ndaxte mooy seet bu mag bi ñeel askanu Yàlla, bi ñuy doge seen mujjug doon ba fàww. Sa taxawal dafa jaxasoo ak ay bañ a ànd yu tar, ba ñu néew rekk ñooy nax.”</w:t>
      </w:r>
    </w:p>
    <w:p>
      <w:pPr>
        <w:pStyle w:val="ArticleScripture"/>
        <w:jc w:val="left"/>
      </w:pPr>
      <w:r>
        <w:rPr>
          <w:rFonts w:ascii="Times New Roman" w:hAnsi="Times New Roman" w:eastAsia="Times New Roman" w:cs="Times New Roman"/>
        </w:rPr>
        <w:t>«Ci mbirum Yonnu 13, wonees na leer ne; [Yonnu 13:11–17, ñu wax ko].»</w:t>
      </w:r>
    </w:p>
    <w:p>
      <w:pPr>
        <w:pStyle w:val="ArticleScripture"/>
        <w:jc w:val="left"/>
      </w:pPr>
      <w:r>
        <w:rPr>
          <w:rFonts w:ascii="Times New Roman" w:hAnsi="Times New Roman" w:eastAsia="Times New Roman" w:cs="Times New Roman"/>
        </w:rPr>
        <w:t>“Lii mooy nattu bi nit ñi Yàlla war a am balaa ñu téye leen. Ñépp ñi firndeel seen takku ci Yàlla ci wottu yoonu Yàlla, te bañ a nangu benn sabbaat bu dul dëgg, dinañu taxaw ci suufu raaya Boroom bi, Yàlla Yehowa, te dinañu jot moom màndarga Yàlla miy dund. Waaye ñi bàyyi dëgg gi jóge asamaan te nangu sabbaatub Dibéer, dinañu jot màndargay rab wi.” Manuscript Releases, volume 15, 15.</w:t>
      </w:r>
    </w:p>
    <w:p>
      <w:pPr>
        <w:pStyle w:val="ArticleBody"/>
        <w:jc w:val="left"/>
      </w:pPr>
      <w:r>
        <w:rPr>
          <w:rFonts w:ascii="Times New Roman" w:hAnsi="Times New Roman" w:eastAsia="Times New Roman" w:cs="Times New Roman"/>
        </w:rPr>
        <w:t>Rëddi bitig wax ci njeñjël li dafa ubbeeku ci jaar-jaari aaya fukki benn ci Daniel fukki benn, te rëddi bi ci biir dafa ubbeeku ci Pexe chapter fukki benn aaya fukki benn. Rëddi bi ci biti dafay wone ni nataalu rab wi, miy tegtal booloo kërce ak nguur, fekk kërce gi moo yor kilifteef gi ci diggante boobu, lañu koy sos ci jamono jàttey ñi dund. Rëddi bi ci biir dafay wone ni nataalu Kirist, miy tegtal booloo yàllaay ak nitay, lañu koy sos ci biir jàttey ñi dund.</w:t>
      </w:r>
    </w:p>
    <w:p>
      <w:pPr>
        <w:pStyle w:val="ArticleBody"/>
        <w:jc w:val="left"/>
      </w:pPr>
      <w:r>
        <w:rPr>
          <w:rFonts w:ascii="Times New Roman" w:hAnsi="Times New Roman" w:eastAsia="Times New Roman" w:cs="Times New Roman"/>
        </w:rPr>
        <w:t>Yëngu yeesalub malaaka bu ñetteel bi ak ñi téeméer ak ñeent-fukk ak ñeent junni ñi, tambalee na ca waxtu mujj ga ci atum 1989, ni ko aaya fukk ba ci Daniel 11 di tegtal. Noonu la matug yéppug Daniel saar 12 tambalee.</w:t>
      </w:r>
    </w:p>
    <w:p>
      <w:pPr>
        <w:pStyle w:val="ArticleScripture"/>
        <w:jc w:val="left"/>
      </w:pPr>
      <w:r>
        <w:rPr>
          <w:rFonts w:ascii="Times New Roman" w:hAnsi="Times New Roman" w:eastAsia="Times New Roman" w:cs="Times New Roman"/>
        </w:rPr>
        <w:t>Mu ne ko: Demal sa yoon, Daniel, ndaxte wax yi tëj nañu leen te muuraat nañu leen ba ci jamono ji mujj gi. Ñu bare dees na leen setal, baaxal leen, te nattu leen; waaye ña bon ñi, ñoom dinañu jëf lu bon; te kenn ci ña bon ñi du xam dara; waaye ña xam ñi, ñoom dinañu xam. Daniel 12:9, 10.</w:t>
      </w:r>
    </w:p>
    <w:p>
      <w:pPr>
        <w:pStyle w:val="ArticleBody"/>
        <w:jc w:val="left"/>
      </w:pPr>
      <w:r>
        <w:rPr>
          <w:rFonts w:ascii="Times New Roman" w:hAnsi="Times New Roman" w:eastAsia="Times New Roman" w:cs="Times New Roman"/>
        </w:rPr>
        <w:t>Saaru fukki ci bëñ-benn ci ay saar yi fukki ak benn di tegtal tàmbaliiru “jàppale gu sell” gi malaaka bu njëkk bi di tegtal ci ragal Yàlla. Ay saar yi fukki ak benn ak fukki ak ñaar di tegtal fa ñaar-fukk ak ñeent junni ñent-fukk ak ñeent ñu teddal leen ba set wecc. Téereb Sakariya mooy xamle xew-xewu jëfandikoo boobu.</w:t>
      </w:r>
    </w:p>
    <w:p>
      <w:pPr>
        <w:pStyle w:val="ArticleScripture"/>
        <w:jc w:val="left"/>
      </w:pPr>
      <w:r>
        <w:rPr>
          <w:rFonts w:ascii="Times New Roman" w:hAnsi="Times New Roman" w:eastAsia="Times New Roman" w:cs="Times New Roman"/>
        </w:rPr>
        <w:t>Te mu won ma Yosuwa, saraxalekat bu mag, miy taxaw ci kanamam malaakam Aji Sax ji, te Seytaane taxaw ci ndeyjooram ngir bañ koo. Noonu Aji Sax ji ne Seytaane: “Na Aji Sax ji yedd la, yow Seytaane; waaw, na Aji Sax ji mi tànn Yerusalem yedd la. Ndax kii du xaax bu ñu rocci ci safara bi?” Te Yosuwa soloon na yére yu tilim, te taxawoon na ci kanamam malaaka bi. Mu tontu wax ak ñi taxawoon ci kanamam ne: “Nangeen dindi ko yére yu tilim yi.” Te mu ne ko: “Xool, damaa dindi sa tooñ ci yow, te dinaa la solal yére yu bees.” Noonu maa ne: “Nañu ko teg kaala bu rafet ci boppam.” Kon ñu teg ko kaala bu rafet ci boppam, te solal ko yére. Te malaakam Aji Sax ji doon na taxaw fa. Sakarija 3:1–5.</w:t>
      </w:r>
    </w:p>
    <w:p>
      <w:pPr>
        <w:pStyle w:val="ArticleBody"/>
        <w:jc w:val="left"/>
      </w:pPr>
      <w:r>
        <w:rPr>
          <w:rFonts w:ascii="Times New Roman" w:hAnsi="Times New Roman" w:eastAsia="Times New Roman" w:cs="Times New Roman"/>
        </w:rPr>
        <w:t>Wax ji mat na ci liggéey bu mujj bi Kirist mooy saraxalekat bu mag bi, te mu ngi tegtal kër giirug téeméeri ñeent fukk ak ñeent junni.</w:t>
      </w:r>
    </w:p>
    <w:p>
      <w:pPr>
        <w:pStyle w:val="ArticleScripture"/>
        <w:jc w:val="left"/>
      </w:pPr>
      <w:r>
        <w:rPr>
          <w:rFonts w:ascii="Times New Roman" w:hAnsi="Times New Roman" w:eastAsia="Times New Roman" w:cs="Times New Roman"/>
        </w:rPr>
        <w:t>“Gis-gisug Sakaraya gu jëm ci Yosuwa ak Malaaka bi, dafay jëfandikoo ak doole bu xóot ci xew-xewi yépp yu mujj yu bés bu màgg bu njotag njéggal ba. Kërgëm gi des dinañu ko yóbbu ci nattu gu réy ak tiis gu metti. Ñi di sàmm santaane Yàlla yi ak ngëmug Yeesu dinañu dégg merum njaan bi ak mbooloom. Seytaane dafa jàpp àddina si ne ay way-jabootam lañu; am na kilifteef ba sax ci kaw ñu bare ñi di wax ne ay Kiristaan lañu. Waaye fii am na ab ndaw mbooloo muy weddi nguuram. Su fekkee man naa leen far ci suuf si, ndamam dina mat. Naka la doon jëfandikoo xeeti réew yu dul xam Yàlla ngir alag Israyil, noonu itam ci lu jeggi-ul dina yënguandal kàttani suuf si yu bon ngir alag askanu Yàlla. Dinañu laaj nit ñi ñu topp ndigali nit ñi te moo jàngoro ak yoonu Yàlla.” Prophets and Kings, 587.</w:t>
      </w:r>
    </w:p>
    <w:p>
      <w:pPr>
        <w:pStyle w:val="ArticleBody"/>
        <w:jc w:val="left"/>
      </w:pPr>
      <w:r>
        <w:rPr>
          <w:rFonts w:ascii="Times New Roman" w:hAnsi="Times New Roman" w:eastAsia="Times New Roman" w:cs="Times New Roman"/>
        </w:rPr>
        <w:t>“Xew-xewu njàll yi ci bés bu mag bi ngir njot aji yëf yi” mooy, njëkk, màndargaal ga ñeel téeméeri junni ak ñeent-fukk ak ñeent-junni; te gannaaw loolu, ànd na ak màndargaalug yeneen doom Yàlla yi nekk léegi ci Babilon.</w:t>
      </w:r>
    </w:p>
    <w:p>
      <w:pPr>
        <w:pStyle w:val="ArticleScripture"/>
        <w:jc w:val="left"/>
      </w:pPr>
      <w:r>
        <w:rPr>
          <w:rFonts w:ascii="Times New Roman" w:hAnsi="Times New Roman" w:eastAsia="Times New Roman" w:cs="Times New Roman"/>
        </w:rPr>
        <w:t>“Ni nit ñu Yàlla, bi ñuy toroxal seen bakan ci kanamam, di ñaan ngir sellug xol, ndigal li joxees na ne: ‘Teqleen yére yu sobax yi,’ te wax yu di dénkare yi waxees na ne: ‘Xoolal, damaa dindi sa tooñ ci yow, te dinaa la solal yére yu bees.’ Zakari 3:4. Yére bu setul fenn bu njubtey Almasi bi lañuy solal doom yi Yàlla yu jaar ci nattu, ci nattu ak ci nattu, te takku. Ñi des te ñu xeebal leen, ñoom dees leen solal yére yu ndam, ba duñu mas a sobaat ak yàqute yi àddina. Seen tur dëpp na ci téereb dund bu Xar mi, bindees na leen ci biir ñi takku ci jamono yépp. Dañoo taxaw ci pexey naxkat bi; duñu jële woon leen seen takku ndax riirub nago gi. Léegi ñu wóor ba fáww ci pexe yi di fitnaalkat bi. Seen bàkkaar yépp dees na ko yóbbu ci ki sos bàkkaar. Benn ‘mbaxana mu rafet’ lañu samp ci seen bopp.”</w:t>
      </w:r>
    </w:p>
    <w:p>
      <w:pPr>
        <w:pStyle w:val="ArticleScripture"/>
        <w:jc w:val="left"/>
      </w:pPr>
      <w:r>
        <w:rPr>
          <w:rFonts w:ascii="Times New Roman" w:hAnsi="Times New Roman" w:eastAsia="Times New Roman" w:cs="Times New Roman"/>
        </w:rPr>
        <w:t>“Bi Seytaane di yëngu di yokk ay jiiñam, malaaka yu sell yi, te kenn gisuleen, dañuy dem ak dikk, di teg ci ñi takku Yàlla siirub Yàlla miy dund. Ñoomooy ñi taxaw ci Tundu Siyon ak Xar mi, te turu Baay bi bindu na ci seen jë. Ñuy woy woyu bees bi fa kanam gàngune gi, moom woy woowu kenn mënul ko jàng, lu dul téeméer ak ñeent-fukk ak ñeenti junni ña ñu jotoon ci suuf si. ‘Ñii nag, ñooy ñi topp Xar mi fu mu dem. Ñii lañu jotoon ci biir nit ñi, ngir doon njiitu meññef yi ci Yàlla ak ci Xar mi. Te giseesul fenn naaféq ci seen gémmiñ: ndaxte amuñu benn sikk, ñu nekk yu àndul ak tooñ fa kanam gàngune Yàlla gi.’ Peeñu 14:4, 5.”</w:t>
      </w:r>
    </w:p>
    <w:p>
      <w:pPr>
        <w:pStyle w:val="ArticleScripture"/>
        <w:jc w:val="left"/>
      </w:pPr>
      <w:r>
        <w:rPr>
          <w:rFonts w:ascii="Times New Roman" w:hAnsi="Times New Roman" w:eastAsia="Times New Roman" w:cs="Times New Roman"/>
        </w:rPr>
        <w:t>“Léegi mat nañu jot ci matug yépp baat yi Malaaka bi waxoon ne: ‘Déglul léegi, yow Yosuwe, saraxalekat bu mag bi, yaw ak sa ñi nga bokkal toog ci sa kanam: ndaxte ñoom ay nit lañu yu nit ñi di yéemu ci seen kaw; ndaxte xoolal, dinaa génne Sama Jaam, Cari Garab ga.’ Sakkariya 3:8. Kirist mi feeñ na niki Notekat ak Musalkat bu ay nitam. Léegi nag deskat ña dañoo nekku dëgg-dëgg ‘ay nit yu nit ñi di yéemu ci seen kaw,’ ndaxte rangoo ak toroxteb seen doxantu tukki gi jox nañu bérab ci mbég ak màggal ci kanamu Yàlla ak Gàtt gi. ‘Bés booba cari Yàlla bi dina rafet te tedd, te meññef suuf si dina baax te taaru ngir ñi rëcc ci Israyil. Te dina am ne, ki des ci Siyoŋ ak ki sax ci Yerusalem, dees na ko wax sell, moom ku nekk kuñu bind ci biir ñi dund ci Yerusalem.’ Esayi 4:2, 3.” Prophets and Kings, 591, 592.</w:t>
      </w:r>
    </w:p>
    <w:p>
      <w:pPr>
        <w:pStyle w:val="ArticleBody"/>
        <w:jc w:val="left"/>
      </w:pPr>
      <w:r>
        <w:rPr>
          <w:rFonts w:ascii="Times New Roman" w:hAnsi="Times New Roman" w:eastAsia="Times New Roman" w:cs="Times New Roman"/>
        </w:rPr>
        <w:t>Làkkal bi mooy ñaareelu jëf ci waxu Daniel ne “ñu sellal leen, ñu weexal leen te nattaat leen.” Aaya yi fukk ak benn ak fukk ak ñaar dañuy wone yéeg gu mujj ak suuxat gu mujj gu Russi, buur bu bëj-gànnaaru ka ci wax ju Yàlla waxoon, te loolu jiitu xeexu Panium bi ci aaya yi fukk ak ñett ba fukk ak juróom. Bu ñaar-fukk ak ñeent junniy nit ñi demee ba Kirist dindi seen yére yu tilim ci seeni jéego yu mujj ci bés bu mag bu jébbale-bàkkaar, dinañu jot “mbaxana bu rafet,” te loolu mooy yékkati Daniel muy ñetteelu kilifa, ak mbubb mu xonq ak jeniwurus bi. Loolu itam mooy meyug Yusuf gu jeniwurus bi, yékkati gi mu nekk ñaareelu kilifa ak meyug bag bu buur bi. “Bag” bi dafay tegtal màndarga buur bu kilifa di jëfandikoo ngir bësal ay yoonam ak màndargay buur bi.</w:t>
      </w:r>
    </w:p>
    <w:p>
      <w:pPr>
        <w:pStyle w:val="ArticleBody"/>
        <w:jc w:val="left"/>
      </w:pPr>
      <w:r>
        <w:rPr>
          <w:rFonts w:ascii="Times New Roman" w:hAnsi="Times New Roman" w:eastAsia="Times New Roman" w:cs="Times New Roman"/>
        </w:rPr>
        <w:t>Dariyus jëfandikoo ab ràññee kër ga ñu teg Daniel ci biir gaynde yi.</w:t>
      </w:r>
    </w:p>
    <w:p>
      <w:pPr>
        <w:pStyle w:val="ArticleScripture"/>
        <w:jc w:val="left"/>
      </w:pPr>
      <w:r>
        <w:rPr>
          <w:rFonts w:ascii="Times New Roman" w:hAnsi="Times New Roman" w:eastAsia="Times New Roman" w:cs="Times New Roman"/>
        </w:rPr>
        <w:t>Noonu buur bi santaane, ñu indi Daniyel, sànni ko ci biir kàrndeefu gaayi. Te buur bi wax, ne Daniyel: Sa Yàlla, ki nga di jaamu sax, mooy la musal. Noonu ñu indi ab doj, teg ko ci bëttub kàrndeef ga; te buur bi tëj ko ak moom sañ-sañam, ak itam ak sañ-sañi kilifayam, ngir bañ a soppi li dogu woon ci mbiru Daniyel. Daniyel 6:16, 17.</w:t>
      </w:r>
    </w:p>
    <w:p>
      <w:pPr>
        <w:pStyle w:val="ArticleBody"/>
        <w:jc w:val="left"/>
      </w:pPr>
      <w:r>
        <w:rPr>
          <w:rFonts w:ascii="Times New Roman" w:hAnsi="Times New Roman" w:eastAsia="Times New Roman" w:cs="Times New Roman"/>
        </w:rPr>
        <w:t>Baatu Ebraayik bi ñu tekki ne “kaaraange filla” mooy H5824 ci Strongs, te mu jóge ci baat bu cosaan boobu méngook H5823; te li muy tekki mooy ab jaaro buy seel (ndax dees ko yéefar). Yosuwe kanamu malaaka mi, Daniyeel ci kër gaay yi, Yuusufa kanamu Firawna dañuy tegtal kër gi ñuy seel téeméeri ñent-fukk ak ñeenti junni, te loolu mooy ñaareelu nattu bi nekk ci Daniel fukk ak ñaar, fa ñi ñu sellal ba noppi, ñu leen di topp “weexal,” bala ñu “nattu” leen. Rëdd yii itam dees na leen tegtal ci “Serubaabel,” “doom u Sealtiyel.”</w:t>
      </w:r>
    </w:p>
    <w:p>
      <w:pPr>
        <w:pStyle w:val="ArticleScripture"/>
        <w:jc w:val="left"/>
      </w:pPr>
      <w:r>
        <w:rPr>
          <w:rFonts w:ascii="Times New Roman" w:hAnsi="Times New Roman" w:eastAsia="Times New Roman" w:cs="Times New Roman"/>
        </w:rPr>
        <w:t>Bés booba, wax na Boroom mbind mi, maa ngi lay jël, yaw Sorobabel, sama jaam, doomu Sealtiel, wax na Boroom bi, te dinaa la def ni ab kaaraange ngir maa ngi la tànn, wax na Boroom mbind mi. Agge 2:23.</w:t>
      </w:r>
    </w:p>
    <w:p>
      <w:pPr>
        <w:pStyle w:val="ArticleBody"/>
        <w:jc w:val="left"/>
      </w:pPr>
      <w:r>
        <w:rPr>
          <w:rFonts w:ascii="Times New Roman" w:hAnsi="Times New Roman" w:eastAsia="Times New Roman" w:cs="Times New Roman"/>
        </w:rPr>
        <w:t>Serubaabel mooy njuróomtu Babilon, te baayam mooy Sealtiel, li tekki “ñaan ci Yàlla.” Serubaabel dafay tegtal bataaxalu ñaareelu malaaka mi, miy woo njuróomtu Babilon ñi ñëw ci juróomi Yàlla ci fan yu mujj yi. Mbiri “ñaan” moom, am na yokkute ak téeméer ak ñeent-fukk ak ñeent-ñaar ñi miy woo njuróomtu Babilon gu mujj gi génn, ndaxte dundug yeesal boobu xewul ludul ci ñaan.</w:t>
      </w:r>
    </w:p>
    <w:p>
      <w:pPr>
        <w:pStyle w:val="ArticleScripture"/>
        <w:jc w:val="left"/>
      </w:pPr>
      <w:r>
        <w:rPr>
          <w:rFonts w:ascii="Times New Roman" w:hAnsi="Times New Roman" w:eastAsia="Times New Roman" w:cs="Times New Roman"/>
        </w:rPr>
        <w:t>“Yeesalug dëgg-dëgg ci ragalu Yàlla ci sunu biir mooy soxla bi gën a màgg te gën a jafe ci sunuy soxla yépp. Seet ko war na doon sunu jëf ju njëkk. Fàww nu góor-góorlu ak xol bu dëgër ngir jot barkeb Boroom bi, waaye du ndax Yàlla bëggul a jox nu barkeem, waaye ndaxte nun saxaruwunu ngir nangu ko. Sunu Baay bi ci kaw gën na bëgg a jox ñi koy ñaan Xelam bu Sell, ni waajur yu nekk ci suuf di bëgg a jox seen doom ndaw yu baax. Waaye sunu liggéey mooy, jaarale ko ci wàccu bàkkaar, toroxlu, tuub, ak ñaan gu dëgër, matal xaalis yi Yàlla digle ngir jox nu barkeem. Yeesal mën nañu ko séentu rekk ci tontu ñaan. Fekk nit ñi néew lool ci Xelu Yàlla bu Sell, duñu man a fàttali waareg Kàddu gi; waaye bu dooley Xel ma laal seen xol, ba noppi wax yi ñu jox duñu nekk lu amul njariñ. Bu ñu gindee jaarale ko ci njàngale Kàddu Yàlla, ak feeñug Xelam, ci jëfandikoo xel mu wér, ñi teew ci sunuy ndaje dinañu am expérience bu am solo lool, te bu ñu dellusee kër, dinañu sax ci nekk ñu waajal ngir amal njariñu yaram ak xel ci seen wër-gi-yaram.”</w:t>
      </w:r>
    </w:p>
    <w:p>
      <w:pPr>
        <w:pStyle w:val="ArticleScripture"/>
        <w:jc w:val="left"/>
      </w:pPr>
      <w:r>
        <w:rPr>
          <w:rFonts w:ascii="Times New Roman" w:hAnsi="Times New Roman" w:eastAsia="Times New Roman" w:cs="Times New Roman"/>
        </w:rPr>
        <w:t>“Njiit li yàgg ñi doon yëngu ndànk ci kanam askan wi xamoon nañu li di xeex ak Yàlla ci ñaan, te di bànneexu ci tuuru Xelam. Waaye ñoom nag, ñu ngi wéy di génn ci bépp jëf; kon kan ñooy jóg ngir mottali seen bérab? Ana ni muy deme ak maas gu bees gi di yokku? Ndax ñu soppi nañu seen xol ba jublu ci Yàlla? Ndax nun, dafa nu xewal ci liggéey bi di ame ci kër yàlla ga nekk ci asamaan, walla ndax nu ngi xaar ba am benn kàttan gu nu sonnal, ngir mu wàcc ci kaw mbooloom church bi, bala nu di yëngu? Ndax nu ngi yaakaar a gis bépp church bi yépp di dekkiat? Waxtu woowu du ñëw mukk.</w:t>
      </w:r>
    </w:p>
    <w:p>
      <w:pPr>
        <w:pStyle w:val="ArticleScripture"/>
        <w:jc w:val="left"/>
      </w:pPr>
      <w:r>
        <w:rPr>
          <w:rFonts w:ascii="Times New Roman" w:hAnsi="Times New Roman" w:eastAsia="Times New Roman" w:cs="Times New Roman"/>
        </w:rPr>
        <w:t>“Am na nit ñi nekk ci biir mbooloom gëmkat yi te dañu soppiwul xol, te duñu boole seen bopp ci ñaan gu wér, gu sax te am doole. War nañu tàmbali liggéey bi ku nekk ci boppam. War nañu gën a ñaan, waaye wax lu néew. Bàkkaar dina yokku, te war nañu jàngal nit ñi ba duñu yem ci melokaanug ragal Yàlla rekk, te amul ruuham ak kàttanam. Su fekkee ne dañuy farlu ci seet sunuy xol ci sunu bopp, di dindi sunuy bàkkaar, te di yéeg sunuy jikko yu bon, sunuy xel duñu yékkatiwu ci neen; dinañu wóorul sunu bopp, ndaxte dinañu am yëg-yëg gu sax ne sunu matug doole ci Yàlla la jóge.” Selected Messages, book 1, 121, 122.</w:t>
      </w:r>
    </w:p>
    <w:p>
      <w:pPr>
        <w:pStyle w:val="ArticleBody"/>
        <w:jc w:val="left"/>
      </w:pPr>
      <w:r>
        <w:rPr>
          <w:rFonts w:ascii="Times New Roman" w:hAnsi="Times New Roman" w:eastAsia="Times New Roman" w:cs="Times New Roman"/>
        </w:rPr>
        <w:t>Mandargay ñaan bi wonees na ci Daniel, di wax ci ab ñaan ngir xam bataaxal bu biti bi nekk ci saar wi ñaareel, te itam ab ñaan ngir matal bataaxal bu biir bi ñu tegu ci saar wi juróom-ñenteel. Zerubbabel ak baayam Shealtiel dañuy tegtal sellalug téeméeri ñent-fukk ak ñent-junni ñi ci ñaareelu nattu bi, mooy nattu gu gis bu nataalu rab wa di, te mooy itam nattu gu biir gi ñu tegu ci Kàddug Yàlla bi tudd Apokalips saar 11, aaya 11, te itam nattu gu biti gi ñu tegu ci Daniel saar 11, aaya 11.</w:t>
      </w:r>
    </w:p>
    <w:p>
      <w:pPr>
        <w:pStyle w:val="ArticleBody"/>
        <w:jc w:val="left"/>
      </w:pPr>
      <w:r>
        <w:rPr>
          <w:rFonts w:ascii="Times New Roman" w:hAnsi="Times New Roman" w:eastAsia="Times New Roman" w:cs="Times New Roman"/>
        </w:rPr>
        <w:t>Nun dina wéyal aaya fukki ak benn bi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Juróom-Benn</dc:title>
  <dc:subject>Rëddóoné Buñeek bi</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