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Nimero fukk ak ñett</w:t>
      </w:r>
    </w:p>
    <w:p>
      <w:pPr>
        <w:pStyle w:val="ArticleSubtitle"/>
        <w:jc w:val="left"/>
      </w:pPr>
      <w:r>
        <w:rPr>
          <w:rFonts w:ascii="Arial" w:hAnsi="Arial" w:eastAsia="Arial" w:cs="Arial"/>
        </w:rPr>
        <w:t>Dellu ci Panium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Bàyyi Cesarea Philippi ba Cesarea Maritima, ak benn taxawaay ci yoon wi ca Tundu Soppiku-gis gi; Piyeer dafay tektale ñaar-fukk ak ñeent junniy nit ñi agsi ci màndarga yoon wi bu màggalu Buur yi ci rëdd bi ñu tabax ci kaw ñaari rëdd yu ñaar-fukk ak ñaar ay aaya ci Saraxal wi 23, booleek jamono Pentekot ci waxtu Kirist. Saraxal wi 23, bant bi, Pentekot ak Korneliyus yónnee woo Piyeer; ñépp da ñu booloo rëdd ci kaw rëdd ak misaalu waxtuy ñetteel, juróomeel ak juróom-ñeenteel waxtu yi.</w:t>
      </w:r>
    </w:p>
    <w:p>
      <w:pPr>
        <w:pStyle w:val="ArticleBody"/>
        <w:jc w:val="left"/>
      </w:pPr>
      <w:r>
        <w:rPr>
          <w:rFonts w:ascii="Times New Roman" w:hAnsi="Times New Roman" w:eastAsia="Times New Roman" w:cs="Times New Roman"/>
        </w:rPr>
        <w:t>Kirist ci bësu ñetteelu, juróomeelu ak juróom-ñetteelu ci bant ba, Piyeer ci bësu ñetteelu ak juróom-ñetteelu ca Pentekost, ak Korney ci bësu juróom-ñetteelu, Piyeer ci bësu juróomeelu ca Yoppe ak bësu ñetteelu ca Seesare Filip, dañuy booleek Daniel benn-fukk ak benn, aaya fukk ak ñett ba fukk ak juróom, ndaxte Seesare Filip mooy itam Paniyam.</w:t>
      </w:r>
    </w:p>
    <w:p>
      <w:pPr>
        <w:pStyle w:val="ArticleBody"/>
        <w:jc w:val="left"/>
      </w:pPr>
      <w:r>
        <w:rPr>
          <w:rFonts w:ascii="Times New Roman" w:hAnsi="Times New Roman" w:eastAsia="Times New Roman" w:cs="Times New Roman"/>
        </w:rPr>
        <w:t>Piyeer dafa waare téereb Yoel ca Pentekot, te ba Piyeer jébbalee ay waxam kër Korneel, Xel mu Sell mi ñu ngi ko tuur ci kaw xeeti ñi dul Yawut, ni ñu ko tuuree woon ci kaw Yawut yi ca Pentekot. Tuurug Xel mu Sell mi ngir Yawut yi, te gannaaw loolu ngir xeeti ñi dul Yawut, moo doon misaalu tuurug Xel mu Sell mi ci bés yu mujj yi. Tuurug gi ci bés yu mujj yi ñaari xaaj la am, di tàmbalee ak benn lawbe ci 9/11 te ci mujj di yokk ba ci yéglee Yuuxu Diggante Guddi gi, buy àgg ba ci yoonu Dibeer, te gannaaw loolu mu doon yuuxu kawe bi ngir ñetteelu malaaka mi, fa ak saa su ñuy tuuree taw bi ci mujj bi ci lu weesu dayo.</w:t>
      </w:r>
    </w:p>
    <w:p>
      <w:pPr>
        <w:pStyle w:val="ArticleScripture"/>
        <w:jc w:val="left"/>
      </w:pPr>
      <w:r>
        <w:rPr>
          <w:rFonts w:ascii="Times New Roman" w:hAnsi="Times New Roman" w:eastAsia="Times New Roman" w:cs="Times New Roman"/>
        </w:rPr>
        <w:t>Bégleen nag, yéen doom Siyon, te bég ci Aji Sax ji seen Yàlla; ndaxte moo leen jox taw bi njëkk cig màndarga, te dina wàcceel ci yéen taw, taw bi njëkk ak taw bi mujje ci weeru njëkk. Te dëkkukaay yi dinañu fees ak pepp, te sàq yi dinañu làmboo ak biiñ ak diwlin. Te dinaa delloo leen at yi njaxu yi lekkoon, ak yàmbaar, ak saxaar, ak njéeréer, sama mbooloom xare bu mag bi ma yónnee woon ci seen biir. Joel 2:23–25.</w:t>
      </w:r>
    </w:p>
    <w:p>
      <w:pPr>
        <w:pStyle w:val="ArticleBody"/>
        <w:jc w:val="left"/>
      </w:pPr>
      <w:r>
        <w:rPr>
          <w:rFonts w:ascii="Times New Roman" w:hAnsi="Times New Roman" w:eastAsia="Times New Roman" w:cs="Times New Roman"/>
        </w:rPr>
        <w:t>Piyeer dafay tegtal ñi bokk ci jaar-jaaru xocci gu yomb ga jiitu, bu tàmbalee 9/11 ba àgg ci yoonu Dibéer bi, te itam mu tegtal taw gu mujj gi, gi delloo “at yi” yiy tegtal ñeenti maas yi ci réewum ndank-ndank gu gëna yéesalug Laodise Seŋ-sabatiis Awañtist, bu ñu yàqoon ci ngànnaay gu yokkantu. Ci kër Yàlla ga, ci waxtu bu juróom-ñeent bi, Piyeer joxe na delloo at yi, ni ko téere Yoël waxe.</w:t>
      </w:r>
    </w:p>
    <w:p>
      <w:pPr>
        <w:pStyle w:val="ArticleScripture"/>
        <w:jc w:val="left"/>
      </w:pPr>
      <w:r>
        <w:rPr>
          <w:rFonts w:ascii="Times New Roman" w:hAnsi="Times New Roman" w:eastAsia="Times New Roman" w:cs="Times New Roman"/>
        </w:rPr>
        <w:t>Kon nag, tuubleen, te dellu ci Yàlla, ngir seeni bàkkaar ñu far leen; ba noonu waxtu yu noflaay yi di ñëw jógé ci kanamu Boroom bi. Te dina yónnee Yeesu Kirist, mi ñu jébbaloon ci yéen lu jiitu; moom mi asamaan war a teeru ba kera waxtu yubbal lépp ak delloo lépp ci seen taxawaayam, li Yàlla waxoon jaarale ko ci gémmiñi yépp ay yonentam yu sell yi, dale ca njëlbéenu àddina. Ndaxte Muusaa waxoon dëgg ca baay yi ne: “Boroom bi seen Yàlla dina leen taxawal ab yonent ci seen bokk, ni man; kooku ngeen koy déggal ci lépp lu mu leen wax. Te dina am ne, képp ku déggulul yonent boobu, dees na ko faagaagal ci biir xeet wi.” Waaw, te itam yonent yépp, dale ca Samuyel ak ñi ko topp, ñépp ñi wax, yéglewoon nañu itam mbirum fan yii. Jëf ya 3:19–24.</w:t>
      </w:r>
    </w:p>
    <w:p>
      <w:pPr>
        <w:pStyle w:val="ArticleBody"/>
        <w:jc w:val="left"/>
      </w:pPr>
      <w:r>
        <w:rPr>
          <w:rFonts w:ascii="Times New Roman" w:hAnsi="Times New Roman" w:eastAsia="Times New Roman" w:cs="Times New Roman"/>
        </w:rPr>
        <w:t>Far bàkkaar yi mooy liggéeyu mujj gu Kirist di def ci àtteb seetlu bi, te far bàkkaar yi dafay tambalee ci kërg Yàlla.</w:t>
      </w:r>
    </w:p>
    <w:p>
      <w:pPr>
        <w:pStyle w:val="ArticleScripture"/>
        <w:jc w:val="left"/>
      </w:pPr>
      <w:r>
        <w:rPr>
          <w:rFonts w:ascii="Times New Roman" w:hAnsi="Times New Roman" w:eastAsia="Times New Roman" w:cs="Times New Roman"/>
        </w:rPr>
        <w:t>Ndaxte waxtu jëfandikoo atte bi agsi na, ngir mu tàmbalee ca kër Yàlla ga; te su mu tàmbalee ci nun, lan mooy nekk mujjug ñi déggadi xebaar bu baax bu Yàlla? Te su ñu muccale ku jub ci lu metti, ana fu ñaawkat ak bàkkaarkat di feeñ? Moo tax, na ñiy sonn ci coobare Yàlla dénk seen bakanam ci moom ci def lu baax, ni ci Bindu bu takku. 1 Piyeer 4:17–19.</w:t>
      </w:r>
    </w:p>
    <w:p>
      <w:pPr>
        <w:pStyle w:val="ArticleBody"/>
        <w:jc w:val="left"/>
      </w:pPr>
      <w:r>
        <w:rPr>
          <w:rFonts w:ascii="Times New Roman" w:hAnsi="Times New Roman" w:eastAsia="Times New Roman" w:cs="Times New Roman"/>
        </w:rPr>
        <w:t>Piyeer déggoon na ca Pentekot te itam ca kër Korneliyoos ca Sezare bi nekk ci wetu géej gi, ne téereb Yoel dafa doon mat. Pentekot mooy aada akoonu Dibéer, bu attekanti jeexee ci kër Yàlla, ba noppi mu jóg dem ci xeeti ñi dul Yawut. Baatam ca akoonu Dibéer mooy benn bataaxal bi ñu yégle woon ca dikkug Yuuxu Guddi ga. Yégleb alfa mooy tàmbalig jamono jubbantal gi aju ci yégleb omega. Piyeer dafa teewlu ñi yégle bataaxal bi, te bataaxal bi dafay tàmbalee ak dooleem, te loolu a ngi mel ci yewwi nagu Isalaam. Nagu gi ñu koy yewwi ngir màndargaal tàmbalig Yuuxu Guddi ga, te ñu koy yewwiati itam ca akoonu Dibéer, te loolu mooy jeexital Yuuxu Guddi ga.</w:t>
      </w:r>
    </w:p>
    <w:p>
      <w:pPr>
        <w:pStyle w:val="ArticleBody"/>
        <w:jc w:val="left"/>
      </w:pPr>
      <w:r>
        <w:rPr>
          <w:rFonts w:ascii="Times New Roman" w:hAnsi="Times New Roman" w:eastAsia="Times New Roman" w:cs="Times New Roman"/>
        </w:rPr>
        <w:t>Kon Piyer itam mooy nañ ñi itam ci doon wax bu jëkk ci xëccu Islaam di dal ci Réewum États-Unis. Baatu Piyer ci Yuuxu Digg-Guddi bi mooy jubbanti baatu bi màndargaaloon njëkk a tiis ba ak tàmbali waxtu bi muñu. Kon Piyer mooy nañ ñi di yégle bataaxalu Yuuxu Digg-Guddi bi, ñi weesuwoon nattu bu njëkk bu cosaan bi, bi agsiwoon ci atum 2024 te jeex 8 Mee 2025 ak tànnug njëkk paap bu Amerik, ngir matal kàddu gu fukki ñent gi ci Daniel fukki benn.</w:t>
      </w:r>
    </w:p>
    <w:p>
      <w:pPr>
        <w:pStyle w:val="ArticleBody"/>
        <w:jc w:val="left"/>
      </w:pPr>
      <w:r>
        <w:rPr>
          <w:rFonts w:ascii="Times New Roman" w:hAnsi="Times New Roman" w:eastAsia="Times New Roman" w:cs="Times New Roman"/>
        </w:rPr>
        <w:t>Diggante biir-turu ba Pensakot moo di ñetteel bi te di seetlu bu wóor bi ci jamonoju Pensakot bi, ni ko Levitik ñaar-fukk ak ñett wone. Ab pexe bu jëm ci ñetti malaaka yi, bi Sœur White xamle, mooy itam xeetu matematig bu yomb. Moom day xamle ne maneesul am bataaxal bu ñetteel te amul bu njëkk ak bu ñaareel. Ndaxte Piyeer dafa waare téereb Yoël ci Dibbeeri yoonu dimanche bu Pensakot, noonu itam day jàngale Yoël ci tàmbali yégleb kàddug yuuxu Guddi, mi di seetlu bu wóor ak ñetteel bi ci jamonoju Pensakot. Kon nag, Piyeer moo di wone ñi takku ci ngëm bi ci biir jëfandikoo bu ñetti yoon ngir seetlu, bi tàmbalee ba Kàddug Yeesu Kirist bi ubbee, bi tàmbalee ci Desàmbar 31, 2023. Su fekkee ne Piyeer am na fa bérabam ci ñetteel jéego bi, kon war na doxoon na ñaari jéego yi ko jiitu, ndaxte maneesul am ñetteel te amul njëkk ak ñaareel.</w:t>
      </w:r>
    </w:p>
    <w:p>
      <w:pPr>
        <w:pStyle w:val="ArticleBody"/>
        <w:jc w:val="left"/>
      </w:pPr>
      <w:r>
        <w:rPr>
          <w:rFonts w:ascii="Times New Roman" w:hAnsi="Times New Roman" w:eastAsia="Times New Roman" w:cs="Times New Roman"/>
        </w:rPr>
        <w:t>Jamono bu ñëw bu téyeelu junni ñent téeméer ak ñeent-fukk ak ñeent bi tambalee na ca 9/11, te mu ubbil ab yoonu nattu bu am ñett jëf, bi ñu fésal ci wooteb buum bi ci 9/11 ngir dellu ca fondasioŋ yi, te gannaaw loolu nattu bu njëkkub yéemé gu ñaaw gi ci 18 Sulet 2020 agsi. Ñetteelu nattu bi ci taarix bi mooy yoonu Dibéer. Ab màndiŋg gu yonent giirsiwoon agsi na ci 18 Sulet 2020, te ci biir waxtu màndiŋg boobu, ci Sulet 2023 ab “baat” tambalee na yuuxu, te gannaaw loolu ci 31 Desambar 2023, ñaar-fukk ak ñaar at gannaaw 9/11, ubbiwul biir Peeñug Yeesu Kirist bi tambalee na. 2023 ba ca yoonu Dibéer ba (bi matug matalug 2,300 fan yi matée) moo xamle ne jamono bi 2023 ba ca yoonu Dibéer ba tambalee na ak “23” te mu jeex ak “23,” ndaxte bunt bu tëj bi ci 22 Oktoobar 1844 dafa mel ni bunt bu tëj bi ca yoonu Dibéer ba. Yonent giiru 2300 at mi, “23” bi nekk ci 2,300 moo koy fésal.</w:t>
      </w:r>
    </w:p>
    <w:p>
      <w:pPr>
        <w:pStyle w:val="ArticleBody"/>
        <w:jc w:val="left"/>
      </w:pPr>
      <w:r>
        <w:rPr>
          <w:rFonts w:ascii="Times New Roman" w:hAnsi="Times New Roman" w:eastAsia="Times New Roman" w:cs="Times New Roman"/>
        </w:rPr>
        <w:t>1844 mooy jeexital jaar-jaaru malaaka bu njëkk ak bu ñaareel bi. Jaar-jaar boobu tàmbalee na ak ñëwug malaaka bu njëkk bi ca 1798, te mu jeexee ñent-fukk ak juróom-benn at gannaawam, maanaam ca 1844. Ñent-fukk ak juróom-benn at yooyu dañuy tegtal kër Yàlla gu Millerite gi Kirist dugg ci saa si ca 1844. Kërug nit ñi ñu bind na ko ci “23” kromozom ngir góor ak jigéen, noonu muy ràññee “23” nekk màndarga liggéey bi Kirist tàmbalee ca 1844. Liggéey boobu mooy boole Yàllaayam ak sunu nitte. Yeesu dafay jëfandikoo adina ju naturaal ngir leeral lu xel mu sell, te liggéey bi tàmbalee ca 1844, ci jeexital 2,300 at yi, dañu koy tegtal ci booloow “23” kromozom yu góor ak “23” kromozom yu jigéen. Bu góor takk jigéen, ñoom ñaar dañuy nekk benn yaram, te séy boobu mooy li Kirist tàmbalee ca 1844. Bunt bu tëj ba ca 1844 méngoo na ak bunt bu tëj ba ca yoonu Dibeer bi, te màndarga bunt bu tëj boobu mooy “23.”</w:t>
      </w:r>
    </w:p>
    <w:p>
      <w:pPr>
        <w:pStyle w:val="ArticleBody"/>
        <w:jc w:val="left"/>
      </w:pPr>
      <w:r>
        <w:rPr>
          <w:rFonts w:ascii="Times New Roman" w:hAnsi="Times New Roman" w:eastAsia="Times New Roman" w:cs="Times New Roman"/>
        </w:rPr>
        <w:t>Li dale 31 Suwe 2023 ba ci “23” bu yoonu Dibéer bi di tekki ab jamono buy tàmbalee ak ab “23” bu alfa te mu jeexee ak ab “23” bu omega. Mu ngi itam tegtal jamonoy kër Yàlla gu ñetti-fukk ak ñeent-fukk ak ñeent junni ñi. Noonu sax, benn taarix boobu mooy ab fractal bu 9/11 ba ci yoonu Dibéer bi. 1844 dañu ko tegtal ak limu “23,” te mooy won tàmbalib àtteb seetkat bi ci kaw ñi dee. 9/11 mooy won tàmbalib àtteb seetkat bi ci kaw ñi dund, te moo tax 9/11 itam am na limu “23.” Jamonoy 9/11 ba ci yoonu Dibéer bi, jamono la bu am ab “23” bu alfa ak ab “23” bu omega. 2023 ba ci yoonu Dibéer bi mooy ab fractal bu 9/11 ba ci yoonu Dibéer bi, te foofa lañuy yékkati kër Yàlla gu ñetti-fukk ak ñeent-fukk ak ñeent junni ñi. Kër Yàlla gu Millerite yi jamono la woon bu ñent-fukk ak juróom-benn at, waaye ci fan yu mujj yi, waxtu amatu fa dara; te ñent-fukk ak juróom-benn at yi ci tàmbalib Adventisme ci Millerite yi dafay roy jàmm ci benn jamono bi ci mujju Adventisme, te jamono boobu tàmbalee ak “23” te jeexee ak “23,” ba jur limu Millerite bi di ñent-fukk ak juróom-benn.</w:t>
      </w:r>
    </w:p>
    <w:p>
      <w:pPr>
        <w:pStyle w:val="ArticleBody"/>
        <w:jc w:val="left"/>
      </w:pPr>
      <w:r>
        <w:rPr>
          <w:rFonts w:ascii="Times New Roman" w:hAnsi="Times New Roman" w:eastAsia="Times New Roman" w:cs="Times New Roman"/>
        </w:rPr>
        <w:t>Ñetti attaya mboolem yi dañuy tektal benn yoonu nattu buy am ñetti jéego (Millerites yi, 9/11 ba ci yoonu Dibéer, ak 2023 ba ci yoonu Dibéer). Jaar-jaar boobu tàmbalee na ak woote bu trompetu Miikaayel, mi dekkal Musaa ak Iliyaas ci 31 Desàmbar 2023, te bu Miikaayel, miy Kirist, dekkalee, dafay ko def ak riir bu trompet.</w:t>
      </w:r>
    </w:p>
    <w:p>
      <w:pPr>
        <w:pStyle w:val="ArticleScripture"/>
        <w:jc w:val="left"/>
      </w:pPr>
      <w:r>
        <w:rPr>
          <w:rFonts w:ascii="Times New Roman" w:hAnsi="Times New Roman" w:eastAsia="Times New Roman" w:cs="Times New Roman"/>
        </w:rPr>
        <w:t>Ndax Boroom bi ci boppam dina wàccee asamaan ak xaacu bu réy, ak baatub malaaka mu mag ma, ak trompetu Yàlla; te ñi dee ci Kirist dinañu jëkk a dekki. 1 Tesalonig 4:19.</w:t>
      </w:r>
    </w:p>
    <w:p>
      <w:pPr>
        <w:pStyle w:val="ArticleBody"/>
        <w:jc w:val="left"/>
      </w:pPr>
      <w:r>
        <w:rPr>
          <w:rFonts w:ascii="Times New Roman" w:hAnsi="Times New Roman" w:eastAsia="Times New Roman" w:cs="Times New Roman"/>
        </w:rPr>
        <w:t>Mikaayel mooy malaaka mu mag, te baatam, ci ànd ak buxur Yàlla bi, moo tax ndekkite gi am; te téere Yudda xamal na nu ne Mikaayel dekkal na Musaa.</w:t>
      </w:r>
    </w:p>
    <w:p>
      <w:pPr>
        <w:pStyle w:val="ArticleScripture"/>
        <w:jc w:val="left"/>
      </w:pPr>
      <w:r>
        <w:rPr>
          <w:rFonts w:ascii="Times New Roman" w:hAnsi="Times New Roman" w:eastAsia="Times New Roman" w:cs="Times New Roman"/>
        </w:rPr>
        <w:t>Waaye Misaayel malaakam bu mag bi, ba mu doon werante ak Seytaane te di xuloo ci mbiram yaramu Muusaa, ñemeetu ko woon a yóbbu ci ay wax yu di toroxal ngir jiiñ ko; waaye mu ne ko: “Na Boroom bi yeddu la.” Yuda 1:9.</w:t>
      </w:r>
    </w:p>
    <w:p>
      <w:pPr>
        <w:pStyle w:val="ArticleBody"/>
        <w:jc w:val="left"/>
      </w:pPr>
      <w:r>
        <w:rPr>
          <w:rFonts w:ascii="Times New Roman" w:hAnsi="Times New Roman" w:eastAsia="Times New Roman" w:cs="Times New Roman"/>
        </w:rPr>
        <w:t>Kirist, ci Mikael malaka bu mag bi, ubbi na boppam ci Kàddug Yàlla ga mu woneel boppam 31 desàmbar 2023, ba noppi mu dekkal Musaa ak Eliya, ñaari seede yi ñu reyoon 18 sulet 2020. Noonu nattu dal bu biti bu alfa agsi. Malaka ma wàccoon ca 9/11 wol Yérémie turumbaam bi, bi mu woo ñi takku ci ngëm ngir dellu ca fondasiyoŋ yu Millerite ya, te ci ànd ak loolu, turumba Mikael indiwul nattu fondasiyoŋ yi. Nattu bi dafa nekkal ci Daniyel 11:14, fa ñu wax ne, “sàcc yi ci sa askan wi” taxawal gis-gis gu biti gi. Millerite yi xamale nañu ne Room la matal aaya woowu, te taxawal nañu gis-gis gi.</w:t>
      </w:r>
    </w:p>
    <w:p>
      <w:pPr>
        <w:pStyle w:val="ArticleBody"/>
        <w:jc w:val="left"/>
      </w:pPr>
      <w:r>
        <w:rPr>
          <w:rFonts w:ascii="Times New Roman" w:hAnsi="Times New Roman" w:eastAsia="Times New Roman" w:cs="Times New Roman"/>
        </w:rPr>
        <w:t>Bés bu 8 Mee 2025, tàmbali nañu taxawal kër Yàlla ga ci kaw xeeru wet ak xeeru sas bi. Ñetti fukki at gannaaw 1996 — bi yégle bi ñu ubbi woon ci 1989 diisoo ci anam gu yoonal — tàmbali nañu jëfandikoo anam gu yoonal ngir sampu yégle bi ñu ubbi ci 31 Desàmbar 2023.</w:t>
      </w:r>
    </w:p>
    <w:p>
      <w:pPr>
        <w:pStyle w:val="ArticleBody"/>
        <w:jc w:val="left"/>
      </w:pPr>
      <w:r>
        <w:rPr>
          <w:rFonts w:ascii="Times New Roman" w:hAnsi="Times New Roman" w:eastAsia="Times New Roman" w:cs="Times New Roman"/>
        </w:rPr>
        <w:t>Mbind mi ci 1989, bi ñu ko jëfandikoo ci anam wu rasmi ci atum 1996, ñëw na ñaari téeméeri ak ñaar-fukk yi ak juróom-ñent at gannaaw ba mbiramam bu tarihi agsi woon ci 1776. Ubbeeku bi ci atum 2023 topp na ñaar-fukk ak ñaar at gannaaw bi ñu dëggaloon jëfandikoo gu rasmi gu 1996 ci 11 Septàmbar 2001, jaarale ko ci feeñug yonent gu Islaam.</w:t>
      </w:r>
    </w:p>
    <w:p>
      <w:pPr>
        <w:pStyle w:val="ArticleBody"/>
        <w:jc w:val="left"/>
      </w:pPr>
      <w:r>
        <w:rPr>
          <w:rFonts w:ascii="Times New Roman" w:hAnsi="Times New Roman" w:eastAsia="Times New Roman" w:cs="Times New Roman"/>
        </w:rPr>
        <w:t>Piyeer moo ngi tegtal yeneen ndaw yi ci jaar-jaaru bind buy sell bii, ñi romb fondaasiyoŋ ak nattu kër Yàlla bi. Nattu kër Yàlla bi dafa boole it yoonal bataaxal bi daanuwoon bu 18 Sulet 2020. Fanweer yu tollu ci ñetti fukki at ginnaaw baññu samp bataaxal bi 1989 ci atum 1996, nattu kër Yàlla bi dafa boole liggéeyu jubbanti, ba noppi delloo xamlewaat bataaxal bi ci mbëre bu Islaam di dal ci Nashville, Tennessee. Sampug bataaxal bi 1989 tegtalu woon na ko ci génne giir buñu tudde Time of the End ci atum 1996. Giir ga jëfandikoo na juróom-benni aaya yu mujj yi ci Daniel fukk ak benn, te moo xamle woon yoonu Dibeer bi ci États-Unis. Ci yoon wu Yàlla jagleel, jëfandikukat bu nekkul woon ci doxalin, bi ñu tuddoon ba noppi Future for America ay at yu jiitu, joxees na ko sunu ministri jaarale ko ci njiiti jëfandikukat yi jiitu, ñoom ñi amul woon leeru benn ci bataaxal bi 1989.</w:t>
      </w:r>
    </w:p>
    <w:p>
      <w:pPr>
        <w:pStyle w:val="ArticleBody"/>
        <w:jc w:val="left"/>
      </w:pPr>
      <w:r>
        <w:rPr>
          <w:rFonts w:ascii="Times New Roman" w:hAnsi="Times New Roman" w:eastAsia="Times New Roman" w:cs="Times New Roman"/>
        </w:rPr>
        <w:t>Ci atum 1996, sunu liggéey doon Future for America, te ñu siiwal mbind mi joxe bataaxal bi doon xamle Amerika yéeneem ci kanam ni ñu ko tegtal ci juróom-benn fanweeri wax yu mujj yi ci Daniel fukk ak benn. États-Unis dafa tàmbalee yëggoom gu waxal ci 1776, te “22” at ginnaaw loolu, ci waxtu mujj ga ci 1798, États-Unis tàmbalee wàllam ni nguur gu juróombenn ci waxi Yonent yi ci Biibël, “220” at ginnaaw 1776. Ci atum 1996, bataaxalu États-Unis ci yonent yi ñu ko defaroon na ko ci yoon. “220” at yi jógé ci 1776, ak “22” at yi jógé fa ba ci 1798, dañuy booleek William Miller mi jébbale waxtaanam bu njëkk bu ñépp dégg ci 1831, “220” at ginnaaw bi ñu siiwalee King James Bible. Njàlbéen ak mujju Adventism dañuy dëgëral defar ci yoonu bataaxal bi ñu ubbi ci waxtu mujj ga.</w:t>
      </w:r>
    </w:p>
    <w:p>
      <w:pPr>
        <w:pStyle w:val="ArticleBody"/>
        <w:jc w:val="left"/>
      </w:pPr>
      <w:r>
        <w:rPr>
          <w:rFonts w:ascii="Times New Roman" w:hAnsi="Times New Roman" w:eastAsia="Times New Roman" w:cs="Times New Roman"/>
        </w:rPr>
        <w:t>Ñetti at ak juróom-benni gannaaw 1996, ci 2026, nattu kër Yàlla gi dafa boole liggéeyu jubal yégleb 18 Sulet 2020. Kon nag, yégleb alfa bi 1989, mooy yégleb gi ñeel xeetu jamono ju mujj ji te ñu ko fésaloon ci 1996, tàmbalee ab diirub ñetti at ak juróom-benni, bi jeexee ci nattu buy jubal te fésal yégleb. Ñetti at ak juróom-benni yooyu dañuy misaal saraxalekatug téeméer ñeent fukk ak ñeenti junni ñi, ñiy fésal yéglebu Yuuxub Digg-Gudd. Piyeer mooy naataalu ñiy matal liggéey boobu ci diirub ñaareelu nattu omega bu kër Yàlla gi.</w:t>
      </w:r>
    </w:p>
    <w:p>
      <w:pPr>
        <w:pStyle w:val="ArticleBody"/>
        <w:jc w:val="left"/>
      </w:pPr>
      <w:r>
        <w:rPr>
          <w:rFonts w:ascii="Times New Roman" w:hAnsi="Times New Roman" w:eastAsia="Times New Roman" w:cs="Times New Roman"/>
        </w:rPr>
        <w:t>Rakku White xamale na nu ne Yàlla di may ngir ay réccu dugg ci biir ay nitam, ngir tax nu jàngat bu baax.</w:t>
      </w:r>
    </w:p>
    <w:p>
      <w:pPr>
        <w:pStyle w:val="ArticleScripture"/>
        <w:jc w:val="left"/>
      </w:pPr>
      <w:r>
        <w:rPr>
          <w:rFonts w:ascii="Times New Roman" w:hAnsi="Times New Roman" w:eastAsia="Times New Roman" w:cs="Times New Roman"/>
        </w:rPr>
        <w:t>“Yàlla dina yokk xelam ci ay nitam; bu yeneen pexe mënul a jariñ, dina am ay njàngum réer yu dina dugg ci seen biir, te yooyu dina leen seetlu, di xàjjale mbaxana ak dugub ji. Boroom bi woo na ñépp ñi gëm kàddoom, ngir ñu yewwu génn ci nelaw. Leer gu am solo ñëw na, te bennoo ak jamono jii. Mooy dëggu Biibël bi, buy wone musiba yi nekk ci sunu wet. Leer googu war na nu jiite ci jàng Mbind mi ak wut bu góor-góorlu lool ci taxawaay yi nu yor.”</w:t>
      </w:r>
    </w:p>
    <w:p>
      <w:pPr>
        <w:pStyle w:val="ArticleBody"/>
        <w:jc w:val="left"/>
      </w:pPr>
      <w:r>
        <w:rPr>
          <w:rFonts w:ascii="Times New Roman" w:hAnsi="Times New Roman" w:eastAsia="Times New Roman" w:cs="Times New Roman"/>
        </w:rPr>
        <w:t>Wax ji mooy benn xaaj ci ab màggat gu nar a jeexal bind bi yépp. Ci bind yi ak ci sunu ndaje Zoom yu Sabbaat, dama jaxasoo ay màndarga yi ci sunu xalaat ci Daniel 11:10–15, te doonte defees na soppi yu waroon a am, dañu ma wéeruwoon ba ma bayyi topp jéem a agsi ci jeexital jigéen bind yi ci Panium—xare bi jëm ci yoonu Dibeer. Léegi jot na waxtu ngir dellu ci Panium, te bu nu ko defee, dina nu am itam rëy-rëy gu bees gu firnde, gi Piyeer di tegtal ca Caesarea Philippi, moom mi di Panium.</w:t>
      </w:r>
    </w:p>
    <w:p>
      <w:pPr>
        <w:pStyle w:val="ArticleBody"/>
        <w:jc w:val="left"/>
      </w:pPr>
      <w:r>
        <w:rPr>
          <w:rFonts w:ascii="Times New Roman" w:hAnsi="Times New Roman" w:eastAsia="Times New Roman" w:cs="Times New Roman"/>
        </w:rPr>
        <w:t>Léegi nag nooy dellu ci sunuy xalaat yu jëm ci aaya fukki ba fukk ak juróom-benn yi ci Daniel fukk ak benn, yi mel ni ñuy wone jaar-jaaru nettali bu nëbbu bu aaya ñeent-fukk bi. Nu taxawoon foofu ci weeru Septambar, ba tax na ne am na lu tollu ci juróom-weer.</w:t>
      </w:r>
    </w:p>
    <w:p>
      <w:pPr>
        <w:pStyle w:val="ArticleScripture"/>
        <w:jc w:val="left"/>
      </w:pPr>
      <w:r>
        <w:rPr>
          <w:rFonts w:ascii="Times New Roman" w:hAnsi="Times New Roman" w:eastAsia="Times New Roman" w:cs="Times New Roman"/>
        </w:rPr>
        <w:t>“Piyeer di dëgëral ay bokkam ngir ñu ‘magg ci yiw, te ci xam-xamu sunu Boroom ak sunu Musalkat Yeesu Kirist.’ Saa yu nit ñi Yàlla di magg ci yiw, dinañu sax ci jot xam-xam bu gëna leer ci Kàddugam. Dinañu gis leer gu bees ak taar ci dëgg yu sell yi nekk ci moom. Loolu am na ci jaar-jaari mbooloom gëmkat yi ci jamono yépp, te noonu la di sax ba ci mujj. Waaye bu dund gu dëgg gu xel mu sell di wàññiku, dafa mas a doon njëg-lu nit ñi bàyyi yokkute ci xam-xamu dëgg gi. Nit ñi di noppi ci leer gi ñu jële ba noppi ci Kàddu Yàlla, te di yàqale wërante wu gëna xóot ci Mbind mi. Ñu daldi doon way sàmm yoon rekk te di seet a moytu waxtaan.”</w:t>
      </w:r>
    </w:p>
    <w:p>
      <w:pPr>
        <w:pStyle w:val="ArticleScripture"/>
        <w:jc w:val="left"/>
      </w:pPr>
      <w:r>
        <w:rPr>
          <w:rFonts w:ascii="Times New Roman" w:hAnsi="Times New Roman" w:eastAsia="Times New Roman" w:cs="Times New Roman"/>
        </w:rPr>
        <w:t>Li ñàkk werante walla xëccoo ci biir askanu Yàlla warul ñu ko jàppe ne mooy firnde bu wóor ne dañuy sax ci njàngum dëgg wu baax. Am na sabab ngir ragal ne xeyna dañu taxawul ci leer gu mat ngir xàjjal dëgg ak njuumte. Su fekkee ne jàngatub Mbind mi taxawul ci yëngu-yëngu yu bees, te benn wuuteb xalaat ubbikuwul ngir jël nit ñi ci seet Baibal bi seen bopp ngir fésal ne dañoo yor dëgg gi, kon ñu bare léegi, ni mu meloon jamono yu yàgg ya, dinañu sax ci cosaan, di jaamu lu ñu xamul.</w:t>
      </w:r>
    </w:p>
    <w:p>
      <w:pPr>
        <w:pStyle w:val="ArticleScripture"/>
        <w:jc w:val="left"/>
      </w:pPr>
      <w:r>
        <w:rPr>
          <w:rFonts w:ascii="Times New Roman" w:hAnsi="Times New Roman" w:eastAsia="Times New Roman" w:cs="Times New Roman"/>
        </w:rPr>
        <w:t>“Degg naa ma ne ñu bari ñi di wax ne am nañu xam-xamu dëggu jamono jii, xamuñu li ñuy gëm. Xamuñu firnde yi ci seen ngëm. Amuñu njubte ci jàppale liggéeyu jamono jii. Bu waxtu nattu gi agsee, am na nit ñu ngiy waareel yeneen léegi, ñu dinañu gis, bu ñu xoolee taxawaay yi ñuy tënk, ne am na lu bari yu ñu mënul a joxe benn sababu bu neex. Ba ñu leen nattu noonu, xamuñu woon seen réyug ñàkk xam-xam. Te itam, am na ñu bari ci kërceen gi ñuy jàppe ne xam nañu li ñuy gëm; waaye, ba ker-ceejo gi jóg, xamuñu seen bopp seen néew doole. Su ñu leen xàjjee ak ñi bokk seen ngëm, te ñu war a taxañu ñoom rekk te kennu topp leen ngir firndeel seen ngëm, dinañu waaru gis ne seeni xel ci li ñu nangu woon muy dëgg dafa jaxasoo lool. Wóor na ne, am na ci nun dëddug Yàlla miy dund ak dellu ci nit, di teg xel-mu nit ci bérabu xel-mu Yàlla.”</w:t>
      </w:r>
    </w:p>
    <w:p>
      <w:pPr>
        <w:pStyle w:val="ArticleScripture"/>
        <w:jc w:val="left"/>
      </w:pPr>
      <w:r>
        <w:rPr>
          <w:rFonts w:ascii="Times New Roman" w:hAnsi="Times New Roman" w:eastAsia="Times New Roman" w:cs="Times New Roman"/>
        </w:rPr>
        <w:t>“Yàlla dina yëngu ay nitam; su yeneen yoon yi amul njariñ, ay jàngale yu réer dinañu dugg ci seen biir, te yooyu dinañu leen séddale, di taxaw bunti ak dugub bi. Boroom bi di woo ñépp ñi gëm kàddoom, ngir ñu xëy ci nelaw. Leer gu am solo jot na, te mu jegeel waxtu wii. Mooy dëggu Biibël bi, di wone musiba yi nekk ci sunu kanam. Leer googu war na nu jiite ci njàngum Mbind mi ak sellal bu gëna metti ci taxawaay yi nuy téye. Yàlla bëgg na ngir mën-mën yu nekk ak taxawaayu dëgg yépp ñu seet leen bu baax te ak muñ, ci ñaan ak woor. Gëmkati yi waruñu dal ci xalaat yu ñuy nangu rekk ak xam-xam yu leerul ci li mooy dëgg. Seen ngëm war na sampu bu dëgër ci Kàddug Yàlla, ngir bu waxtuw nattu bi agsee, te ñu indi leen ci kanam ndajem yi ngir ñu tontu ci seen ngëm, ñu man a joxe seede ci kaaraange gi nekk ci ñoom, ak lewet ak ragal.”</w:t>
      </w:r>
    </w:p>
    <w:p>
      <w:pPr>
        <w:pStyle w:val="ArticleScripture"/>
        <w:jc w:val="left"/>
      </w:pPr>
      <w:r>
        <w:rPr>
          <w:rFonts w:ascii="Times New Roman" w:hAnsi="Times New Roman" w:eastAsia="Times New Roman" w:cs="Times New Roman"/>
        </w:rPr>
        <w:t>“Ngeen, ngeen, ngeen. Mbir yi nu di jox àddina bi war nañu doon ci nun dëgg gu dund. Am na solo lool ci sunu aar jangale yi nu jàpp ni ay dogali ngëm yu mag ne ba duñu mukk may sunu bopp nu jëfandikoo ay lay yu baaxul yépp. Loolu man naa tax ku layoo ak nun noppi, waaye du yékkati dëgg gi. War nañu joxe ay lay yu wér, yu dul rekk tax sunuy weddiit noppi, waaye itam yu man a teg ci seet gu gëna jebbi te gëna xóot. Ñi yar seen bopp ci werante nag, am na ci ñoom njàqare ju réy ne duñu jëfandikoo Kàddu Yàlla ak njub ak maandute. Bu nu dajee ak ku nu di weddi, sunu coono bu dëgg war na doon nu joxe mbir yi ci anam wu tax kóllëre juddu ci xelam, te bañ a seet rekk ni nu di yokk kóolut way gëmkat bi.</w:t>
      </w:r>
    </w:p>
    <w:p>
      <w:pPr>
        <w:pStyle w:val="ArticleScripture"/>
        <w:jc w:val="left"/>
      </w:pPr>
      <w:r>
        <w:rPr>
          <w:rFonts w:ascii="Times New Roman" w:hAnsi="Times New Roman" w:eastAsia="Times New Roman" w:cs="Times New Roman"/>
        </w:rPr>
        <w:t>“Lu nit ku nit nit xel miin mooy yokkute xam-xamu nit, bu bañ benn diir xalaat ne amul soxla ci seet bu xóot te sax ci Mbind mi ngir leer gu gën a yaatu. Nun, ni ñu woo nu muy benn xeet, ku nekk ci sunu biir dees na woo ko mu nekk taalibeb kàdduy waxi yëgle. War na nu wottu ak farlu ngir man a ràññee bépp leeru ndaw li Yàlla di nu wone. War na nu jàpp jant bu njëkk yu dëgg; te jaarale ko ci jàngum njàng mi ànd ak ñaan, leer gu gën a set man na ñëw, te manees na ko yégle ci kanam ñeneen.”</w:t>
      </w:r>
    </w:p>
    <w:p>
      <w:pPr>
        <w:pStyle w:val="ArticleScripture"/>
        <w:jc w:val="left"/>
      </w:pPr>
      <w:r>
        <w:rPr>
          <w:rFonts w:ascii="Times New Roman" w:hAnsi="Times New Roman" w:eastAsia="Times New Roman" w:cs="Times New Roman"/>
        </w:rPr>
        <w:t>“Bu Yàlla ñooy nitam bi nekk ci jàmm te doyy ci leer gi ñu am léegi, man nanu wóor ne du leen may ànd ak ay yiw. Coobareem mooy ñu doon sax ci dem kanam ngir jot ci leer gu gën a yaatu te di yokku ba fàww, gi di leen leer. Taxawaayu kërce gi léegi neexul Yàlla. Am na fa xel mu dëgër ci bopp, ba tax ñu defe ne soxla wuñu dëgg mu gën ak leer gu gën. Dunu dund ci jamono jii, bi Seytaane di liggéey ci sunu ndeyjoor ak ci sunu càmmoñ, ci sunu kanam ak ci sunu ginnaaw; te moom nag, nun ci sunu nekkin nit ñi, nopp nañu nelaw. Coobare Yàlla mooy ba baat buñ dégg di yégle nitam ngir ñu jëf.”</w:t>
      </w:r>
    </w:p>
    <w:p>
      <w:pPr>
        <w:pStyle w:val="ArticleScripture"/>
        <w:jc w:val="left"/>
      </w:pPr>
      <w:r>
        <w:rPr>
          <w:rFonts w:ascii="Times New Roman" w:hAnsi="Times New Roman" w:eastAsia="Times New Roman" w:cs="Times New Roman"/>
        </w:rPr>
        <w:t>“Fekk mu ubbite xol bi ngir jot leer yu jóge asamaan, ñenn dañu liggéey ci yeneen yoon bu juumoo ak loolu. Muy jaar ci bindkatukaay bi walla ci waare bi, dañu wax xalaat yi jëm ci yoonu waxalukaayu Biibël bi te amuñu ndigëlu Xel mi walla Kàddug Yàlla. Lu wóor mooy ne kenn nit walla ab kuréelu nit waruñu yékkati ay teyorii ci mbir mu am solo loolu te amuñu leen di taxawal ab leer nekk ‘Noonu la Boroom bi wax’ ngir saxal leen. Te bu nit ñi, ñi ñu wër ak ay wàññiku nit, ñi màndi ci tolluwaay bu gën a bare walla bu gën a néew ak yëngu-yëngu yi leen wër, te ñu am ay doxalin yu ñuy dëkkal ci xeetu cosaan ak yu ñu jàngal boppam, yu sore lool ci di leen def ñu am xel mu rafet walla xalaat yu asamaan, sooññee ngir woo Kàddug Yàlla ci àtte, te di joxe àtte ci li nekk Yàlla ak li nekk nit, dañuy liggéey te jëlewuñu ci ndigëlu Yàlla. Boroom bi du yokk njariñ ci liggéey bu mel noonu. Njariñam dina bon lool, ci kiy ci bokk ak ci ñiy ko nangu ni mu mel ay liggéey yu jóge ci Yàlla. Seedeeladiineg gis-gis gu dul gëm Yàlla yokku na ci xel yu bare ndax teyorii yi ñu joxe ci mbiri melokaanu waxalukaay bi. Mbindeef yu yamul, ak seeni gis-gis yu xat te yàggul a man a seet fu sore, dañuy defe ne ñoom mat nañu ngir seetaan ak di sikkim Mbind mi, di wax ne: ‘Tënk bii soxla nañu ko, waaye tënk baa ngi ne du soxla, te waxalukaay nekkul ci moom.’”</w:t>
      </w:r>
    </w:p>
    <w:p>
      <w:pPr>
        <w:pStyle w:val="ArticleScripture"/>
        <w:jc w:val="left"/>
      </w:pPr>
      <w:r>
        <w:rPr>
          <w:rFonts w:ascii="Times New Roman" w:hAnsi="Times New Roman" w:eastAsia="Times New Roman" w:cs="Times New Roman"/>
        </w:rPr>
        <w:t>«Kirist dafa joxul benn ndigal bu mel nii ci Mbind mi Yàlla bind ci jamono yu njëkk yi, moom mi nekkoon rekk cérug Biibël bi nit ña nekk ci jamonoom amoon. Ay jàngaleem dañoo waraloon ngir jublu xel yi ci Mbind mi Yàlla bind ci jamono yu njëkk yi te leerloo gën a baax mbir yu mag yi fa woneesoon. Diir bu yàgg, bànni Israyil daanoo di sore Yàlla, ba noppi réer gis dëgg yu am solo yu mu dénk woon leen. Dëgg yooyu dañoo ngaññiku ci ay melokaanu kañ ak ay xew-xew yu di tëj seen dëgg-dëgg tekkiin. Kirist dikk na ngir dindi mboq mi tëjoon seen leer. Mu samp leen, ni ay doj yu wert, ci benn tëralin bu bees. Mu wone ne, bañ a xeebaat dëgg yu yàgg a xamiku, mooy dikk ngir feeñal leen ci seen doole ak seen rafet gu dëgg, ndax ndamteem gi nit ñi ci jamonoom masuñoo ko xam. Moom ci boppam mooy Boroom dëgg yii ñu xamale, moo manoon ubbi nit ñi seen dëgg-dëgg tekkiin, te goreel leen ci firnde yu jubadi ak xalaat yu dul dëgg yi njiit yi nangoo woon ngir méngale ak seen xaalis gu ñu jagleelul Yàlla, seen nekkandi ci ruu ak bëgg Yàlla. Mu bàyyi woon wàcc li nangu woon dëgg yooyu seen dund ak seen doole gu sax, te delloo leen àddina si ci seen beesug cosaan ak seen doole gépp.»</w:t>
      </w:r>
    </w:p>
    <w:p>
      <w:pPr>
        <w:pStyle w:val="ArticleScripture"/>
        <w:jc w:val="left"/>
      </w:pPr>
      <w:r>
        <w:rPr>
          <w:rFonts w:ascii="Times New Roman" w:hAnsi="Times New Roman" w:eastAsia="Times New Roman" w:cs="Times New Roman"/>
        </w:rPr>
        <w:t>“Su nu am Xelu Kirist te di bokk-liggéey ak Moom, kon sunu war la yóbbu kanam liggéey bi Mu ñëwoon def. Dëgg-yi nekk ci Biibël bi dellu nañu a muuratuwaat ndax aada, cosaan, ak jàngale yu dul dëgg. Jàngale yu jubadi yi teoloji bu mbooloo mi di topp def nañu junniy junni nit ñuy xeeb ak ñu amul ngëm. Am na njuumte ak juuyoo yu bare, yu ñenn di xaste ne mooy jàngale Biibël bi, waaye ci dëgg-dëgg firi yu jubadi lañu ci Mbind mi Sell mi, yu nit ñi nanguwoon diirub jamonoy lëndëmug paap. Mbooloo mu bare yóbbu nañu ñu ñàkk njub ci xalaatu Yàlla, ni Yawut ya, yu njuumte ak cosaani jamono jooju réerloo woon, amee nañu xalaat bu jubadi ci Kirist. ‘Sooñu ko xamoon, duñu daajoon Boroom ndam li ci bant ba.’ Sunu war la feeñal àddina ji tundu Yàlla ji dëggu. Fàwwul nu di seetaan Biibël bi ngir sikkim ko; waaye na nu sàkku, ci ndigal ak ci royukaay, won àddina ji dëggam yu sell yi te di joxe dund, ngir nu man a ‘yégle canti Ki leen wooë jële leen ci lëndëm te dugal leen ci leeram gu yéeme.’”</w:t>
      </w:r>
    </w:p>
    <w:p>
      <w:pPr>
        <w:pStyle w:val="ArticleScripture"/>
        <w:jc w:val="left"/>
      </w:pPr>
      <w:r>
        <w:rPr>
          <w:rFonts w:ascii="Times New Roman" w:hAnsi="Times New Roman" w:eastAsia="Times New Roman" w:cs="Times New Roman"/>
        </w:rPr>
        <w:t>“Lu bon yi ngiy dugg ndànk-ndànk ci sunu biir, ci lu kenn mëna xamadi, yóbbu na nit ak mbooloy kanam yi sore jàppale ak wormaal Yàlla, te tëj na leen dooley bi Mu bëggoon a jox leen.</w:t>
      </w:r>
    </w:p>
    <w:p>
      <w:pPr>
        <w:pStyle w:val="ArticleScripture"/>
        <w:jc w:val="left"/>
      </w:pPr>
      <w:r>
        <w:rPr>
          <w:rFonts w:ascii="Times New Roman" w:hAnsi="Times New Roman" w:eastAsia="Times New Roman" w:cs="Times New Roman"/>
        </w:rPr>
        <w:t>“Samay bokk yi, na kàddug Yàlla taxaw ni mu mel. Buleen bàyyi xelal nit di jéem a wàññi dooley benn waxin ci Mbind mi. Yedd gu tar gi nekk ci Kàddug Yàlla mu mujj mi war na leen a artu ci jàpp yoon wu mel noonu. Ci turu sama Sang bi maa leen di sant: ‘Summileen seen dàll yi ci seen tànk, ndaxte bérab ba nga taxaw mooy suuf su sell.’” Testimonies, volume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Nimero fukk ak ñett</dc:title>
  <dc:subject>Dellu ci Panium</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