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Limu fukki biir ñeent-fukk ak ñeent</w:t>
      </w:r>
    </w:p>
    <w:p>
      <w:pPr>
        <w:pStyle w:val="ArticleSubtitle"/>
        <w:jc w:val="left"/>
      </w:pPr>
      <w:r>
        <w:rPr>
          <w:rFonts w:ascii="Arial" w:hAnsi="Arial" w:eastAsia="Arial" w:cs="Arial"/>
        </w:rPr>
        <w:t>Njàqare gi ngir Njàngatug Këru Yàlla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2026-02-18</w:t>
      </w:r>
    </w:p>
    <w:p>
      <w:pPr>
        <w:pStyle w:val="ArticleBody"/>
        <w:jc w:val="left"/>
      </w:pPr>
      <w:r>
        <w:rPr>
          <w:rFonts w:ascii="Times New Roman" w:hAnsi="Times New Roman" w:eastAsia="Times New Roman" w:cs="Times New Roman"/>
        </w:rPr>
        <w:t>Mbirum kër giitu ga moo doon “caabi” bi ubbi woon nattu ñàkk yaakaaru 22 Oktoobar 1844 ca njàlbéenu yégleb malaaka bu ñetteel bi, te moom itam mooy mbirum nattu ñàkk yaakaaru bi di “caabi” bi ngir ubbi yégleb kër Yàlla gi ci nattu kër-kawe ga ca mujju malaaka bu ñetteel bi.</w:t>
      </w:r>
    </w:p>
    <w:p>
      <w:pPr>
        <w:pStyle w:val="ArticleScripture"/>
        <w:jc w:val="left"/>
      </w:pPr>
      <w:r>
        <w:rPr>
          <w:rFonts w:ascii="Times New Roman" w:hAnsi="Times New Roman" w:eastAsia="Times New Roman" w:cs="Times New Roman"/>
        </w:rPr>
        <w:t>Te dinaa la caabi nguuru asamaan: te lépp lu nga lëj ci suuf dinañu ko lëj ci asamaan; te lépp lu nga yiwi ci suuf dinañu ko yiwi ci asamaan. Matthew 16:19.</w:t>
      </w:r>
    </w:p>
    <w:p>
      <w:pPr>
        <w:pStyle w:val="ArticleBody"/>
        <w:jc w:val="left"/>
      </w:pPr>
      <w:r>
        <w:rPr>
          <w:rFonts w:ascii="Times New Roman" w:hAnsi="Times New Roman" w:eastAsia="Times New Roman" w:cs="Times New Roman"/>
        </w:rPr>
        <w:t>Li 11i Sàttumbar 2001 ñu xam ko ni “9/11” ngir mu méngoo ak “911” mi di màndarga wooteb xaalis ci Estados Unis, ka ko tëral mooy Ki tëral yépp mbir. Xam ni déggadi 18i Sulet 2020 mooy li may ñu xàmmee ne yëngu-yëngu gi ci téeméer ak ñeent-fukk ak ñeent-ñaar junni nit ñi mooy loolu; waaye ñi bëgg a gis rekk, ne Yeesu tey it di teg xelal gi ci kaw lu naturel, ni mu ko defee woon ñaari junni at yu weesu yi. Gis-gis “20/20” mooy li gën a baax nga mana am, te déggadi 2020 mooy màndargab yoon wi may kër Yàlla gi ñu xàmmee ci taarixu wax ju yëgleb ci fukki janq yi.</w:t>
      </w:r>
    </w:p>
    <w:p>
      <w:pPr>
        <w:pStyle w:val="ArticleScripture"/>
        <w:jc w:val="left"/>
      </w:pPr>
      <w:r>
        <w:rPr>
          <w:rFonts w:ascii="Times New Roman" w:hAnsi="Times New Roman" w:eastAsia="Times New Roman" w:cs="Times New Roman"/>
        </w:rPr>
        <w:t>«Léebu fukki janq yi nekk ci Macë 25 itam day wone xew-xewu askanu Adventiste yi.» The Great Controversy, 393.</w:t>
      </w:r>
    </w:p>
    <w:p>
      <w:pPr>
        <w:pStyle w:val="ArticleBody"/>
        <w:jc w:val="left"/>
      </w:pPr>
      <w:r>
        <w:rPr>
          <w:rFonts w:ascii="Times New Roman" w:hAnsi="Times New Roman" w:eastAsia="Times New Roman" w:cs="Times New Roman"/>
        </w:rPr>
        <w:t>Gis-gis bu leer ci 20 mooy gën a baax buñ ko boole ak xel mu dellu gannaaw, mi dëppoo ak dëgg yu njëkk yi. Pool jàngale ne «xel yu yonent yi, xel yu yonent yi lañu sujjetal», te kon janq yi ci Macë yooyu lañu di benn janq yi Yowaana santale ni ñoom a di téeméeri junni ak ñeent-fukk ak ñeent junni, te Yowaana sant leen ni ay janq ci—Apokalips 144.</w:t>
      </w:r>
    </w:p>
    <w:p>
      <w:pPr>
        <w:pStyle w:val="ArticleScripture"/>
        <w:jc w:val="left"/>
      </w:pPr>
      <w:r>
        <w:rPr>
          <w:rFonts w:ascii="Times New Roman" w:hAnsi="Times New Roman" w:eastAsia="Times New Roman" w:cs="Times New Roman"/>
        </w:rPr>
        <w:t>Ñoom ñooñu lañu, yi sobewul ak jigéen; ndaxte janq lañu. Ñoom ñooñu lañu, yi topp Mber mi fu mu jëm fépp. Ñoom ñooñu lañu jotee mucc ci biir nit ñi, te doon góob gu njëkk ngir Yàlla ak ngir Mber mi. Peeñu 14:4</w:t>
      </w:r>
    </w:p>
    <w:p>
      <w:pPr>
        <w:pStyle w:val="ArticleBody"/>
        <w:jc w:val="left"/>
      </w:pPr>
      <w:r>
        <w:rPr>
          <w:rFonts w:ascii="Times New Roman" w:hAnsi="Times New Roman" w:eastAsia="Times New Roman" w:cs="Times New Roman"/>
        </w:rPr>
        <w:t>Ñi jëkkëri meññeef yi ci waxtu bëgg-góor gi mooy janq yi topp Gàtt gi ba dugg ak moom ci kër Yàlla gi, te “caabi” ji ngir xam-xam bu leer ci kër Yàlla gi mooy naqaru atum 2020.</w:t>
      </w:r>
    </w:p>
    <w:p>
      <w:pPr>
        <w:pStyle w:val="ArticleScripture"/>
        <w:jc w:val="left"/>
      </w:pPr>
      <w:r>
        <w:rPr>
          <w:rFonts w:ascii="Times New Roman" w:hAnsi="Times New Roman" w:eastAsia="Times New Roman" w:cs="Times New Roman"/>
        </w:rPr>
        <w:t>Te dinaaru kërug kërug waa kërug ci néegu Daawuda dinaa ko teg ci xtam; noonu dina ubbi, te kenn du tëj; dina tëj it, te kenn du ubbi. Esaayi 22:22.</w:t>
      </w:r>
    </w:p>
    <w:p>
      <w:pPr>
        <w:pStyle w:val="ArticleBody"/>
        <w:jc w:val="left"/>
      </w:pPr>
      <w:r>
        <w:rPr>
          <w:rFonts w:ascii="Times New Roman" w:hAnsi="Times New Roman" w:eastAsia="Times New Roman" w:cs="Times New Roman"/>
        </w:rPr>
        <w:t>Bu am na ci nekk ci 144,000 ñi, ci lu war ci yooni waxi yonent bi, war nañu a jaar ci njëgëm gu am, ngir beneen yégleb bu ñu jébbale woon ci kanam mbooloo te mu amoon ab wax ju jëfandikoo ngànte bu bañ a am.</w:t>
      </w:r>
    </w:p>
    <w:p>
      <w:pPr>
        <w:pStyle w:val="ArticleScripture"/>
        <w:jc w:val="left"/>
      </w:pPr>
      <w:r>
        <w:rPr>
          <w:rFonts w:ascii="Times New Roman" w:hAnsi="Times New Roman" w:eastAsia="Times New Roman" w:cs="Times New Roman"/>
        </w:rPr>
        <w:t>“Lu ma maa di jëfandikoo yoon wu bari ci léeb bu fukki janq yi, juróom ñu am xel, te juróom ñi des ñu doyadi. Léeb bii am na, te dina am ba ci benn araf ba nekk, ndaxte moo am jëfandikoo wu bees ci jamono jii, te mel ni yégleb malaaka bu ñetteel bi, mu am na, te dina sax di nekk dëggu jamono jii ba keroog jamono jeexee.” Review and Herald, 19 Ut 1890.</w:t>
      </w:r>
    </w:p>
    <w:p>
      <w:pPr>
        <w:pStyle w:val="ArticleBody"/>
        <w:jc w:val="left"/>
      </w:pPr>
      <w:r>
        <w:rPr>
          <w:rFonts w:ascii="Times New Roman" w:hAnsi="Times New Roman" w:eastAsia="Times New Roman" w:cs="Times New Roman"/>
        </w:rPr>
        <w:t>Xareb Paniyum bi ci benn-fukk ak juróomñaareelu aaya bu Danyeel fukki benn mooy xare bi jiite ci benn-fukk ak juróom-benn aaya, te mooy bi ñuy xamle yoonu Dibeer bi ci États-Unis.</w:t>
      </w:r>
    </w:p>
    <w:p>
      <w:pPr>
        <w:pStyle w:val="ArticleScripture"/>
        <w:jc w:val="left"/>
      </w:pPr>
      <w:r>
        <w:rPr>
          <w:rFonts w:ascii="Times New Roman" w:hAnsi="Times New Roman" w:eastAsia="Times New Roman" w:cs="Times New Roman"/>
        </w:rPr>
        <w:t>Kon bu bëj-gànnaar gi dina ñëw, tabax mboot, te jël dëkk yi gëna ñu dëgërale; te loxo yi yu bëj-saalum gi duñu man a taxaw ci kanamam, mbaa ay nitam yu tànn; te doole du am it ngir taxaw ci kanamam. Daniel 11:15.</w:t>
      </w:r>
    </w:p>
    <w:p>
      <w:pPr>
        <w:pStyle w:val="ArticleBody"/>
        <w:jc w:val="left"/>
      </w:pPr>
      <w:r>
        <w:rPr>
          <w:rFonts w:ascii="Times New Roman" w:hAnsi="Times New Roman" w:eastAsia="Times New Roman" w:cs="Times New Roman"/>
        </w:rPr>
        <w:t>Ci kàddu bii, États-Unis dafa daan Russi, ak itam askanu Russi yi mu tànn. Waaye ci kàddu bii ci topp, kenn mënu ko taxaw ci kanam ngir tere yéegub Room, mi di jëfandikoo Yuda ak Yerusalem ni jëf ju njëkk ci njuumteem ngir not àddina si; ndaxte Room jóg na ni ñetteelu nguur gi ci yóbbalu kàddu-yooni Bibil bi. Bi mu taxawee ci dëkk su tedd gi ci kàddu fukk ak juróom-benn, mandargay sañ-sañu Room gu leer ga nekkon na biir dëkk su tedd gu leer ga; noonu, muy misaal kàddu ñeent-fukk ak benn, ba marka sañ-sañu Room gu xelu giñ nañu koy doxal ci kaw dëkk su tedd gu xelu gi di États-Unis.</w:t>
      </w:r>
    </w:p>
    <w:p>
      <w:pPr>
        <w:pStyle w:val="ArticleBody"/>
        <w:jc w:val="left"/>
      </w:pPr>
      <w:r>
        <w:rPr>
          <w:rFonts w:ascii="Times New Roman" w:hAnsi="Times New Roman" w:eastAsia="Times New Roman" w:cs="Times New Roman"/>
        </w:rPr>
        <w:t>Ñaari xaasi yi ci mala su suuf si ci Peeñug Yóbbante fukki ñett waññi Réew mi ak Protestantis. Ci sarax fukk ak juróom-ñett bi ci Daniel fukk ak benn, Antiokus Magnus, mi ñuy xam itam ni Antiokus III ak Antiokus Mu Mag, dafa daan nguur gu bëj-gànnaar, gi askanu Ptolemaios di tegu. Antiokus mooy màndargaal Donald Trump, te buur bu bëj-gànnaar bi mooy màndargaal Russi. Xareb Panium mooy xare bi nekk diggante Etazini ak Russi ak nit ñi Russi tànn, xare bu Antiokus jël ndam, waaye gannaaw loolu dafa gis ne nguuram Room gu dëgg-gii dafa ko noot—dooley sarax fukk ak ñeent bi, buy taxaw seenug vision bu bitiig bu xaas bu Réew mi ci mala su suuf si. Vision bu biir bi mooy li xaas bu Protestantis ci mala su suuf si di tegu. Ñaari xaasi yi ñoom ñépp a ngi nekk ci xareb Panium, ndaxte Piyeer a nga fa nekk ni ab Protestant ak yégleem bi mu yore ci téereb Yoel.</w:t>
      </w:r>
    </w:p>
    <w:p>
      <w:pPr>
        <w:pStyle w:val="ArticleHeading"/>
        <w:jc w:val="left"/>
      </w:pPr>
      <w:r>
        <w:rPr>
          <w:rFonts w:ascii="Arial" w:hAnsi="Arial" w:eastAsia="Arial" w:cs="Arial"/>
        </w:rPr>
        <w:t>250 At</w:t>
      </w:r>
    </w:p>
    <w:p>
      <w:pPr>
        <w:pStyle w:val="ArticleBody"/>
        <w:jc w:val="left"/>
      </w:pPr>
      <w:r>
        <w:rPr>
          <w:rFonts w:ascii="Times New Roman" w:hAnsi="Times New Roman" w:eastAsia="Times New Roman" w:cs="Times New Roman"/>
        </w:rPr>
        <w:t>Bu nu xalaat ñaari rëdd yi ci rab wu suuf bi, danu gis ne ci 1776 rab wu suuf bi tàmbalee yokkuteem, te ba ci 1798, (ñaar-fukk ak ñaar at gannaaw loolu) rab wu géej gi ci Peeñu yi fukki benn ak ñett am na xaragam bu rey bi, te rab wu suuf bi tàmbalee nguuruam ni juróomeelu nguur gi ci waxi yonent yi ci Biibël bi. Ñaari téeméeri ak juróom-fukk at gannaaw loolu, ci 2026, danu yeewu ci nattu kër Yàlla gu biir gi, gi tàmbalee 8 Mee 2025.</w:t>
      </w:r>
    </w:p>
    <w:p>
      <w:pPr>
        <w:pStyle w:val="ArticleBody"/>
        <w:jc w:val="left"/>
      </w:pPr>
      <w:r>
        <w:rPr>
          <w:rFonts w:ascii="Times New Roman" w:hAnsi="Times New Roman" w:eastAsia="Times New Roman" w:cs="Times New Roman"/>
        </w:rPr>
        <w:t>Ñaari “250” at yi itam ak Antiochus Magnus it. Su ñu tàmbalee ci ndigal li ñu joxe woon ci 457 BC, te jëfandikoo ndigal loolu ngir waajal ñaari téeméeri ak fukk fanweer at, danuy agsi ci 207, juróom-ñaari at laata xareb Panium, te fukk at gannaaw ba Ptolemy daaneel Antiochus ci xareb Raphia, mi ñuy teke ci saar wi fukk ak benn ci Daniel fukk ak benn. Daniel 11:11 mooy, ci dëgg-dëgg, rëdd wu bitiwu benn kañam bu Republican, bi méngoo ak Revelation 11:11, mi di rëdd wu biirwu benn kañam bu Protestant. Daniel ak Revelation benn téere lañu, te Revelation dafa jëfandikoo bunti yi muy màndarga yi ngir wax ci yeneen waxi yonent yu biti, ak mbooloy jaam yi muy màndarga yi ngir wax ci yonent wu biir wu méngoo ak moom.</w:t>
      </w:r>
    </w:p>
    <w:p>
      <w:pPr>
        <w:pStyle w:val="ArticleBody"/>
        <w:jc w:val="left"/>
      </w:pPr>
      <w:r>
        <w:rPr>
          <w:rFonts w:ascii="Times New Roman" w:hAnsi="Times New Roman" w:eastAsia="Times New Roman" w:cs="Times New Roman"/>
        </w:rPr>
        <w:t>Siris dafa teew yi ñett yépp, ndaxte maneesul am ñetteel bi te amul njëkk bi ak ñaareel bi.</w:t>
      </w:r>
    </w:p>
    <w:p>
      <w:pPr>
        <w:pStyle w:val="ArticleScripture"/>
        <w:jc w:val="left"/>
      </w:pPr>
      <w:r>
        <w:rPr>
          <w:rFonts w:ascii="Times New Roman" w:hAnsi="Times New Roman" w:eastAsia="Times New Roman" w:cs="Times New Roman"/>
        </w:rPr>
        <w:t>“Ci njeeñaaru atum Esra lañu gis ndigalu bi. Aaya 12–26. Ci melokaanam gu mat sëkk, buur bu Përs yi, Artaxerxes, moo ko génne 457 moom laata ñu juddu Kirist. Waaye ci Esra 6:14 wax nañu ne kër Yàlla ga nekk Yerusalem, tabaxees na ko ‘jàppaleeku ndigalu [“digle,” ci wetu xët wi] Cyrus, ak Darius, ak Artaxerxes buur bu Përs yi.’ Ñetti buur yooyu, ci sos ndigalu bi, dëggal koat, ak matal ko, yóbbu nañu ko ba ci mat gu wax waxu yonent bi laajoon ngir màndarga mbooloom 2300 at yi tàmbali. Su ñu jàppee 457 moom laata ñu juddu Kirist, jamono ji ñu matale ndigalu bi, ne mooy bésub digle bi, kon gis nañu ne bépp faramfacceb waxu yonent bi ci 70 ay ayu-bés yi, am na yoon wu mu matale.” The Great Controversy, 326.</w:t>
      </w:r>
    </w:p>
    <w:p>
      <w:pPr>
        <w:pStyle w:val="ArticleBody"/>
        <w:jc w:val="left"/>
      </w:pPr>
      <w:r>
        <w:rPr>
          <w:rFonts w:ascii="Times New Roman" w:hAnsi="Times New Roman" w:eastAsia="Times New Roman" w:cs="Times New Roman"/>
        </w:rPr>
        <w:t>Ci digg yu ñetti ndigali yi Koorees di tegtal ci atum 457 BC, “250” at mooy jeexal ci jaar-jaaralu mboolem nettali gi nekk diggante xeexu Raphia ci 217 BC, ba Ptolemee IV daane Antiokhus Bu Mag gi, ak 200 BC bi Antiokhus gannaaw gi daane Ptolemee ci xeexu Panium ci saar fukk ak juróom. Rëdd wi di jëfandikoo Antiokhus Magnus ak Donald Trump. Ci ndoorteel buur-gu-juróom-benn gi ci waxu Yàlla buy wax ci jamono yi, nekk ci 1776 ba 1798, am na ab diir bu “22” at buy tegtal yéegug buur-gu-juróom-benn gi. Yooyu “22” at itam dañuy melal nettali gi lim bi “22” di tegtal ci mujju nettali buur-gu-juróom-benn gi, nekk ci 2001 ba 2023. “22” mooy màndargay booloo Yàlla ak nit, te loolu lañuy matal ci nettali buur-gu-juróom-benn gi ci waxu Yàlla buy wax ci jamono yi, moom mi di rab suuf si, bu am biddiw bi nekk ci biti buy tegtal Républicanisme ak biddiw bi nekk ci biir buy tegtal Protestantisme.</w:t>
      </w:r>
    </w:p>
    <w:p>
      <w:pPr>
        <w:pStyle w:val="ArticleBody"/>
        <w:jc w:val="left"/>
      </w:pPr>
      <w:r>
        <w:rPr>
          <w:rFonts w:ascii="Times New Roman" w:hAnsi="Times New Roman" w:eastAsia="Times New Roman" w:cs="Times New Roman"/>
        </w:rPr>
        <w:t>Liggéey bi Kirist di matale ak booloo bi ñu tektal ak “22” mooy liggéeyu mujjug Kirist ci Bérëbu Gëna Sell bi, te loolu ñu ngi ko tektal ak fari bàkkaar yi, te ci ni Yoel waxe ak xalaat wuñ ko ci ndigal gu Sell gi Piyeer joxe, loolu dafa xew ci jamono ji tawub mujj gi di tuuru.</w:t>
      </w:r>
    </w:p>
    <w:p>
      <w:pPr>
        <w:pStyle w:val="ArticleScripture"/>
        <w:jc w:val="left"/>
      </w:pPr>
      <w:r>
        <w:rPr>
          <w:rFonts w:ascii="Times New Roman" w:hAnsi="Times New Roman" w:eastAsia="Times New Roman" w:cs="Times New Roman"/>
        </w:rPr>
        <w:t>Kon nag nagtuub seetam, te dellusi, ngir seen bàkkaar yi mën a far, bu jamono yi ci yeesalee ag màggal dee jógee ci kanamu Boroom bi. Jëf ya 3:19.</w:t>
      </w:r>
    </w:p>
    <w:p>
      <w:pPr>
        <w:pStyle w:val="ArticleBody"/>
        <w:jc w:val="left"/>
      </w:pPr>
      <w:r>
        <w:rPr>
          <w:rFonts w:ascii="Times New Roman" w:hAnsi="Times New Roman" w:eastAsia="Times New Roman" w:cs="Times New Roman"/>
        </w:rPr>
        <w:t>Far bàkkaaru bàkkaar yu bakkaar mooy liggéey bu mujj bi Saraxalekat Bu Kowe bi ci asamaan di def.</w:t>
      </w:r>
    </w:p>
    <w:p>
      <w:pPr>
        <w:pStyle w:val="ArticleScripture"/>
        <w:jc w:val="left"/>
      </w:pPr>
      <w:r>
        <w:rPr>
          <w:rFonts w:ascii="Times New Roman" w:hAnsi="Times New Roman" w:eastAsia="Times New Roman" w:cs="Times New Roman"/>
        </w:rPr>
        <w:t>“Ni ci jamono yu weesu nit ñi, ci ngëm, di yebb seeni bàkkaar ci saraxu bàkkaar ba, te jaarale ko ci deretam, ci misaal, ba ci këru sellug àddina si, noonu itam ci kóllëreg bu bees bi, bàkkaar yi réccukat yi di réccu, ci ngëm, dañuy yebbal ci Kirist te jaarale ko, ci dëgg, ba ci këru sellug asamaan si. Te ni setal gu misaal gi woon ci këru sellug àddina si matalee woon ko ci dindi bàkkaar yi ko sobe woon, noonu itam setalug dëgg gi ci këru sellug asamaan si dina matale ci dindi walla far bàkkaar yi ñu fa bind. Waaye bala loolu man a am, war nañu seet téerey bind yi ngir xam kan ñoo, jaarale ko ci tuub seeni bàkkaar ak ngëm ci Kirist, yelloo njariñi njotam. Kon nag, setalug këru sellug bi dafay boole liggéeyu seet—liggéeyu àtte. Te war nañu def liggéey boobu lu jiitu ñëwug Kirist ngir jotli ay nitam njot; ndaxte bu ñëwee, peyam ànd na ak moom ngir jox ku nekk ni ay jëfam di deme. Revelation 22:12.” The Great Controversy, 421.</w:t>
      </w:r>
    </w:p>
    <w:p>
      <w:pPr>
        <w:pStyle w:val="ArticleBody"/>
        <w:jc w:val="left"/>
      </w:pPr>
      <w:r>
        <w:rPr>
          <w:rFonts w:ascii="Times New Roman" w:hAnsi="Times New Roman" w:eastAsia="Times New Roman" w:cs="Times New Roman"/>
        </w:rPr>
        <w:t>Liggéey bi tàmbalee ci 22 Oktoobar 1844, tàmbalee na ca njéexital waayu Yuuxu Gudd gi, te liggéey bi mat na ca njéexital waayu Yuuxu Gudd gi, moom mi Piyeer santale ni mooy jamono ji ñuy farat bàkkaar, te loolu mooy màndarga jamono kàtteb ñi dul dee, bi “waxtu yi ngir yeesal” agsee.</w:t>
      </w:r>
    </w:p>
    <w:p>
      <w:pPr>
        <w:pStyle w:val="ArticleScripture"/>
        <w:jc w:val="left"/>
      </w:pPr>
      <w:r>
        <w:rPr>
          <w:rFonts w:ascii="Times New Roman" w:hAnsi="Times New Roman" w:eastAsia="Times New Roman" w:cs="Times New Roman"/>
        </w:rPr>
        <w:t>“Liggéeyu àtteb bis gu xoolaat ak far ba fàtte bàkkaar yi war nañu ko matal laata ñëwaatu Yàlla Boroom bi ñaareelu yoon. Gannaaw ñi dee dees na leen àtte ci liñu bind ci téere yi, kon manul ne bàkkaaru nit ñi dees na ko far ba fàtte ko laata àtte ba, bi ñuy xool ci seen mbir, jeex. Waaye ndaw li, yonent bi Piyeer wax na ko bu leer ne bàkkaaru ñi gëm dees na ko far ba fàtte ‘bu jamono yi yéexal ak yeesal agsiéee, jóge ci kanamu Boroom bi; te mu yónnee Yeesu Kirist.’ Jëf ya 3:19, 20. Bu àtteb xoolaat bi jeexee, Kirist dina ñëw, te peyam dina ànd ak moom ngir jox kenn ku nekk ni ay jëfam mel.” The Great Controversy, 485.</w:t>
      </w:r>
    </w:p>
    <w:p>
      <w:pPr>
        <w:pStyle w:val="ArticleBody"/>
        <w:jc w:val="left"/>
      </w:pPr>
      <w:r>
        <w:rPr>
          <w:rFonts w:ascii="Times New Roman" w:hAnsi="Times New Roman" w:eastAsia="Times New Roman" w:cs="Times New Roman"/>
        </w:rPr>
        <w:t>“Jamono yeesal yi” itam mooy “jamono yi ñuy delloo lépp.”</w:t>
      </w:r>
    </w:p>
    <w:p>
      <w:pPr>
        <w:pStyle w:val="ArticleScripture"/>
        <w:jc w:val="left"/>
      </w:pPr>
      <w:r>
        <w:rPr>
          <w:rFonts w:ascii="Times New Roman" w:hAnsi="Times New Roman" w:eastAsia="Times New Roman" w:cs="Times New Roman"/>
        </w:rPr>
        <w:t>Kon nag, tuubleen seet ci Yàlla, ngir seen bàkkaar ñu far leen; ba waxtu yi ci yeesal gu jóge ci kanamu Boroom bi agsi, te mu yónni Yeesu Kirist, mi ñu jëkk a yégle woon ci yéen; kooku nag, asamaan war na ko daldi jël ba kera ba waxtu yi ci delloo lépp ci njëgëm agsi, li Yàlla waxoon jaarale ko ci gémmiñi bépp yonentam yu sell yi, li dale ca ndoorteel àddina. Jëf ya 3:19–21.</w:t>
      </w:r>
    </w:p>
    <w:p>
      <w:pPr>
        <w:pStyle w:val="ArticleBody"/>
        <w:jc w:val="left"/>
      </w:pPr>
      <w:r>
        <w:rPr>
          <w:rFonts w:ascii="Times New Roman" w:hAnsi="Times New Roman" w:eastAsia="Times New Roman" w:cs="Times New Roman"/>
        </w:rPr>
        <w:t>“Jamono yu yeesal yi” jóge na “ci kanamu Boroom bi” te dafay am bu “Yeesu Almasi bi” ñëwee. Bi malaakam Kàddug Yàlla bu fukkeeñ descende woon 11 ut 1840, Sœur White wax na ne malaaka ma “du kenn ku gën a doon Yeesu Almasi bi.” Liggéey bi Almasi tàmbalee 22 oktoobar 1844, jaar na ci nettali 1840 ba 1844; nettali boobu la Sœur White wax ne moo nekkoon “wone gu màgg gu kàttanu Yàlla,” te di jàppale itam ne nettali boobu moo méngoo ak jamono Pentekot ci fanweeri Piyeer, ba noppi jëfandikoo ñaari réere yu waxu yonent yi ngir jublu ci kanam ci wàccug malaakam Kàddug Yàlla bu fukk ak juróom-ñett bi, miy leeral suuf si ak ndamam.</w:t>
      </w:r>
    </w:p>
    <w:p>
      <w:pPr>
        <w:pStyle w:val="ArticleScripture"/>
        <w:jc w:val="left"/>
      </w:pPr>
      <w:r>
        <w:rPr>
          <w:rFonts w:ascii="Times New Roman" w:hAnsi="Times New Roman" w:eastAsia="Times New Roman" w:cs="Times New Roman"/>
        </w:rPr>
        <w:t>“Malaka mi booloo ci yégleb bu ñetteel malaka bi, mooy leerloo suuf sépp ak ndamamu. Fii dañuy wax lu jëm ci liggéey gu yaatu àddina bépp te ame doole ju ñàkk a gis. Yëngu-yëngu ñëwug Kirist bi ci at yii 1840–44, dafa doon wonante bu màgg bu dooley Yàlla; bataaxal bu njëkk bu malaka bi, yéglees na ko ci bépp wetu misaŋeer ci àddina si, te ci yenn réew amoon na fa cofeel gu réy ci mbirum diiné, gu dul a gis ci benn réew gannaaw Coppiteg atum fukk ak juróom benni xarnu bi; waaye loolu yépp dinañu ko sut ci yëngu-yëngu bu mag bi, ci suufu artu mujj bu ñetteel malaka bi.”</w:t>
      </w:r>
    </w:p>
    <w:p>
      <w:pPr>
        <w:pStyle w:val="ArticleScripture"/>
        <w:jc w:val="left"/>
      </w:pPr>
      <w:r>
        <w:rPr>
          <w:rFonts w:ascii="Times New Roman" w:hAnsi="Times New Roman" w:eastAsia="Times New Roman" w:cs="Times New Roman"/>
        </w:rPr>
        <w:t>“Liggéey bi dina mel ni bu Bésub Pentekot ba. Naka noonu “taw bu njëkk bi” ñu ko joxee ci tuurug Xel Mu Sell mi ca ubbeeku xebaar bu baax ba, ngir loo tax peppu wi am solo bi sax ci suuf, noonu itam “taw bu mujj bi” dees na ko joxe ci njeexitalam ngir meññal ngóob mi. “Kon dinañu xam, su nu saxee ci xam Aji Sax ji: génnam waajal nañu ko ni suba; te dina ñëw ci nun ni taw, ni taw bu mujj ak taw bu njëkk ci suuf si.” Ose 6:3. “Kon nag, yéen doomi Siyon, bégleen te bég ci Aji Sax ji seen Yàlla: ndaxte moo leen jox taw bu njëkk bi ci pexe gu jub, te dina wàcceel ci yéen taw, taw bu njëkk bi ak taw bu mujj bi.” Yoel 2:23. “Ci fan yu mujj yi, Yàlla nee, dinaa tuur sama Xel ci kaw ñépp.” “Te dina am ne képp ku woo turu Boroom bi dina mucc.” Jëf ya 2:17, 21.</w:t>
      </w:r>
    </w:p>
    <w:p>
      <w:pPr>
        <w:pStyle w:val="ArticleScripture"/>
        <w:jc w:val="left"/>
      </w:pPr>
      <w:r>
        <w:rPr>
          <w:rFonts w:ascii="Times New Roman" w:hAnsi="Times New Roman" w:eastAsia="Times New Roman" w:cs="Times New Roman"/>
        </w:rPr>
        <w:t>“Liggéey gu mag ci xibaar bu baax bi du jeex ak wone gu gën a néew doole Yàlla ju àndoon ak ubbi gi. Yëgle yi matoon ci tuurug taw bu njëkk ba, ca ubbi xibaar bu baax bi, dinañu dellu a mataat ci taw bu mujj ba, su ko jeexee. Fii la nekk ‘jamono yi ngir feral xol’ yi ndaw liitu Yàlla Piyeer doon xaar, bi mu waxee ne: ‘Tuubleen nag te dellu ci Yàlla, ngir seeni bàkkaar far, bu ko defee jamono yi ngir feral xol dinañu jóge ci kanamu Boroom bi; te dina yónni Yeesu.’ Jëf ya 3:19, 20.” The Great Controversy, 611.</w:t>
      </w:r>
    </w:p>
    <w:p>
      <w:pPr>
        <w:pStyle w:val="ArticleBody"/>
        <w:jc w:val="left"/>
      </w:pPr>
      <w:r>
        <w:rPr>
          <w:rFonts w:ascii="Times New Roman" w:hAnsi="Times New Roman" w:eastAsia="Times New Roman" w:cs="Times New Roman"/>
        </w:rPr>
        <w:t>Yëngu Advent bi ci atum 1840 ba 1844 woon na sell xëtu bu ndawul ci doole Yàlla, te moo tàmbalee ubbi liggéeyu Almasi bi ci sellalu bérabam bu sell bi ngir setal ko. Jaar-jaaru nettali boobu tàmbalee bi Yeesu, mi ñu wone ni mooy malaaka bu jëkk bi ci Peeñu gis gi ñent fukk ak ñeent, wàccee 11 ut 1840, ni ñu ko wone ci saraxle 10 bu Peeñu gis bi. Sell xëtu doole Yàlla boobu mi tàmbalee ca jamono jooju yokku na ba ci ubbi àtteb seetkat bi, te moo tax muy misaalal sell xëtu doole Yàlla bu di yokku ba ci jeexital àtteb seetkat bi. Jamono ji ci mujj gi tàmbalee na ci 9/11, bi Yeesu delluwaat wàcce ni malaaka bu Peeñu gis gi fukk ak juróom ñaar, ba kër yu mag yaa New York daanu ndax laalug Yàlla, te liggéeyu àtteb seetkat bi soppeeku na jële ci ñi dee, jëm ci ñi dund. Taw yi ñëw bu Yeesu ñu ko yónnee.</w:t>
      </w:r>
    </w:p>
    <w:p>
      <w:pPr>
        <w:pStyle w:val="ArticleBody"/>
        <w:jc w:val="left"/>
      </w:pPr>
      <w:r>
        <w:rPr>
          <w:rFonts w:ascii="Times New Roman" w:hAnsi="Times New Roman" w:eastAsia="Times New Roman" w:cs="Times New Roman"/>
        </w:rPr>
        <w:t>Yeesu jàngale na nanu ñaan ngir jot, te Sakariya wax na ne war nañu ñaan ndoxum taw bu mujj, ci waxtu ndoxum taw bu mujj. Kon nag, bir bi leer na ne war nga xam ne yaa ngi nekk ci waxtu ndoxum taw bu mujj, ngir matal ndigalu Sakariya.</w:t>
      </w:r>
    </w:p>
    <w:p>
      <w:pPr>
        <w:pStyle w:val="ArticleScripture"/>
        <w:jc w:val="left"/>
      </w:pPr>
      <w:r>
        <w:rPr>
          <w:rFonts w:ascii="Times New Roman" w:hAnsi="Times New Roman" w:eastAsia="Times New Roman" w:cs="Times New Roman"/>
        </w:rPr>
        <w:t>Ñaanleen ci Boroom bi taw ci jamonoy taw wu mujj wi; noonu Boroom bi dina sos niir yu leer te dina jox taw yu bari, di jox kenn ku nekk ñax mu nekk ci tool bi. Sakaraya 10:1.</w:t>
      </w:r>
    </w:p>
    <w:p>
      <w:pPr>
        <w:pStyle w:val="ArticleBody"/>
        <w:jc w:val="left"/>
      </w:pPr>
      <w:r>
        <w:rPr>
          <w:rFonts w:ascii="Times New Roman" w:hAnsi="Times New Roman" w:eastAsia="Times New Roman" w:cs="Times New Roman"/>
        </w:rPr>
        <w:t>Ci 9/11, Yeesu wàcc na ni malaakum Pexe bu ñett-fukk ak juróom-ñaar (Révélation 18), te tawub mujj mi tàmbalee woyof; waaye dafa di dal rekk ci ñi matal ndigalu Sàkkariyaa bi ne, “ñaanleen ngir tawub mujj mi,” bu ngeen amee xam-xam bu dëgg ne “jamono yi ngir yeesal” ak dellusiin bépp mbir agsi na. Baken bi war na “xam” ne jamono yónent bi ci tawub mujj mi agsi na.</w:t>
      </w:r>
    </w:p>
    <w:p>
      <w:pPr>
        <w:pStyle w:val="ArticleScripture"/>
        <w:jc w:val="left"/>
      </w:pPr>
      <w:r>
        <w:rPr>
          <w:rFonts w:ascii="Times New Roman" w:hAnsi="Times New Roman" w:eastAsia="Times New Roman" w:cs="Times New Roman"/>
        </w:rPr>
        <w:t>“Warunuñu muñ wara xaar ndox mu mujj mi. Mu ngi ñëw ci bépp ku xam te jëfandikoo nooy ak tawi yi ci yiw, yi nu di wàccal. Bu nu dajalee yàq-yàqu leer gi, bu nu wormaalée yërmëndey Yàlla yu wóor yi, moom mi bëgg nu wóolu ko, kon bépp digépp dina mat. [Isaiah 61:11 quoted.] Suuf sépp war na fees ak ndamu Yàlla.” The Seventh-day Adventist Bible Commentary, volume 7, 984.</w:t>
      </w:r>
    </w:p>
    <w:p>
      <w:pPr>
        <w:pStyle w:val="ArticleBody"/>
        <w:jc w:val="left"/>
      </w:pPr>
      <w:r>
        <w:rPr>
          <w:rFonts w:ascii="Times New Roman" w:hAnsi="Times New Roman" w:eastAsia="Times New Roman" w:cs="Times New Roman"/>
        </w:rPr>
        <w:t>Ci 9/11, jamono yi ngëm yi tàmbalee, te far baaxug bàkkaaru ñi dund di tàmbalee itam. Àtte boobu méngoo na ak njëkk waajuru kóllëre gu ñetti jëf ya Ibraayma. Njeekk waajur woowu mooy ne bi Boroom bi génnee Israyil ci jaamug Misra, dina àtte ñoom ñaar: askanu kóllëram, ak réew ma ñu doon dundam ni gan ak doxandéem. Njeekk askanu kóllëre ga dafa melal askanu mujj gi ci waxu yonent, ñoom ñi di téeméer ak ñeent-fukk ak ñeent-junni. Ñooyu nit ñu yonent wax, dees na leen àtte ni xaacu Protestãaŋ bu rab wi ci suuf si, fekk xaacu Répiblikeen bu rab wi ci suuf si itam dees koy àtte ci benn yoon.</w:t>
      </w:r>
    </w:p>
    <w:p>
      <w:pPr>
        <w:pStyle w:val="ArticleBody"/>
        <w:jc w:val="left"/>
      </w:pPr>
      <w:r>
        <w:rPr>
          <w:rFonts w:ascii="Times New Roman" w:hAnsi="Times New Roman" w:eastAsia="Times New Roman" w:cs="Times New Roman"/>
        </w:rPr>
        <w:t>Àtteb ga buuru Républicain bi di ñëw ci mujju ay jaar-jaaram, te mooy yoonu Dibeer. Yoonu Dibeer bi mooy li ñu wone ci matug saar bi fukki juróom-benn ci nangu Room nekk boroom Yuda ca atum 63 bala Krista juddu—ci Bésub Jéggalu, ni ko yenn istoriyen waxe.</w:t>
      </w:r>
    </w:p>
    <w:p>
      <w:pPr>
        <w:pStyle w:val="ArticleBody"/>
        <w:jc w:val="left"/>
      </w:pPr>
      <w:r>
        <w:rPr>
          <w:rFonts w:ascii="Times New Roman" w:hAnsi="Times New Roman" w:eastAsia="Times New Roman" w:cs="Times New Roman"/>
        </w:rPr>
        <w:t>Antiochus Magnus, moom Amerig bu Bennoo bokk ci ay saar fukk ba juróom-ñeent. Ronald Reagan dafa not ci xare ba nekk ci saar fukk, te loolu dafa mel ni li wàccoon ci saar ñent-fukk, mooy yàqug Mbooloom Soviet bi. Esayi 8:8 dafay wax ci benn xare boobu itam, bi ñu tegtal ci ay saar fukk ak ñent-fukk yu Daniel fukk ak benn, te ñetti saar yu mel noonu dañuy may ñu xam ne Rusia mooy nitt ki notoon ci xareb Rafia bi nekk ci saar fukk ak benn.</w:t>
      </w:r>
    </w:p>
    <w:p>
      <w:pPr>
        <w:pStyle w:val="ArticleBody"/>
        <w:jc w:val="left"/>
      </w:pPr>
      <w:r>
        <w:rPr>
          <w:rFonts w:ascii="Times New Roman" w:hAnsi="Times New Roman" w:eastAsia="Times New Roman" w:cs="Times New Roman"/>
        </w:rPr>
        <w:t>Xareb Rafa bi ci saar fukk ak benn dafa jëkkëréel xare bi nekk ci Ukraine diggante buur bu bëj-gànnaar bi (Russia) ak dooleb wottukatub papauté bi (Ukraine). Xare boobu, Administrasioŋu Obama moo ko tambaliwoon ci jamono ji njëkk aji-pàppa bu jóge ci hemisphère bu bëj-gànnaar, te itam mooyoon njëkk aji-pàppa bu jóge ci Amerique yi, doonte sax America bëj-gànnaar la woon. “Bëj-gànnaar” mooy misaal u globalism, spiritualism ak communism, te njëkk aji-pàppa bu bëj-gànnaar bu jóge ci Amerique yi dafa déggoo ak president bu globalist Obama, ba xareb saar fukk ak benn agsi. Reagan, muy États-Unis ci saar fukk, dugg na woon ci benn kumpa bu nëbbu ak ab aji-pàppa bu conservateur; gannaaw loolu, Nazi yi nekk ci Ukraine dañoo leen jëfandikoo woon ci loxob ab president bu globalist ci ab jamono ju aji-pàppa bu globalist. Léegi, États-Unis bi nekk ci suufu Trump, nekk na ci ab diggante buy feeñ ak njëkk aji-pàppa bu Jóge ci Amérique bëj-gànnaar, te ñuy wooye aji-pàppa bu conservateur.</w:t>
      </w:r>
    </w:p>
    <w:p>
      <w:pPr>
        <w:pStyle w:val="ArticleBody"/>
        <w:jc w:val="left"/>
      </w:pPr>
      <w:r>
        <w:rPr>
          <w:rFonts w:ascii="Times New Roman" w:hAnsi="Times New Roman" w:eastAsia="Times New Roman" w:cs="Times New Roman"/>
        </w:rPr>
        <w:t>Reagan amoon na ak antikiris bi ci wax ci waxi Yàlla bi, ci xareb aaya fukk; te Obama moo tàmbali xareb aaya fukk ak benn, ci jamono ju baab bi itam doon ab mondiyalist, ni mu mel ni Obama. Léegi Trump nekk na ci jëfandikoo bu ubbiku ak ab baab bu ànd ak Reagan, ndaxte li wuute mooy ne booloo gu kumpa gu njëkk ga, léegi dafa doon booloo gu ubbiku. Ñetti baab yi ak ñetti president yi dajoo nañu ak ñetti xare yi ci aaya fukk, fukk ak benn, ak fukk ak juróom.</w:t>
      </w:r>
    </w:p>
    <w:p>
      <w:pPr>
        <w:pStyle w:val="ArticleScripture"/>
        <w:jc w:val="left"/>
      </w:pPr>
      <w:r>
        <w:rPr>
          <w:rFonts w:ascii="Times New Roman" w:hAnsi="Times New Roman" w:eastAsia="Times New Roman" w:cs="Times New Roman"/>
        </w:rPr>
        <w:t>“Bés gu doy ci ay xelam ak ay pexeem la Kërgu Room. Moom man na jàng li di ñëw. Mu ngi muñ di xaar jamono ji, ndaxte gis na ne yeneen kërguy Protestã bi di ko wone teral ci seen nangu ga ñu def ci bésub Noflaay bu dul dëgg, te dañuy waajal a ko fexe ngir ñu gaawal ko ak mbooloo yi very means yi moom boppam daan jëfandikoo ca jamonoy wees ya. Ñi bañ leerug dëgg, dañuy sëkkat ndimbalub dooley bii buy wax ne moom du juum, ngir yékkati benn àtte gu tambalee woon ci moom. Neexal gi mu leen di dimbali ci liggéey bii, jafe-jafe amul ci koo xalaat. Kan moo gën a xam boroomi pap ya ci ni ñuy doxale ak ñi déggulul kër gi?”</w:t>
      </w:r>
    </w:p>
    <w:p>
      <w:pPr>
        <w:pStyle w:val="ArticleScripture"/>
        <w:jc w:val="left"/>
      </w:pPr>
      <w:r>
        <w:rPr>
          <w:rFonts w:ascii="Times New Roman" w:hAnsi="Times New Roman" w:eastAsia="Times New Roman" w:cs="Times New Roman"/>
        </w:rPr>
        <w:t>“Ekkaleesiya Katolig bu Room, ak mboolem ay cëramam yépp ci addina si, dafay def benn mànggaale gu yaatu te nekk ci suufu nguurug sièey bi ci Paap bi, te sos ngir toppatoo njariñi toogu Paap ba. Ay miliyoŋam yu barey way bokk ci moom, ci réew yépp ci kaw suuf, dañu leen di jàngal ngir ñu jàpp seen bopp ni ñu lëkkaloo ci sàmmug déggaloo ak Paap bi. Lu mu doon seen xeet walla seen nguur, war nañu jàpp sañ-sañu ekkaleesiya bi ne mu ëpp lépp. Ndaxte doonte dinañu man a giñ, di dig seen takku ci réew mi, waaye gannaaw loolu am na ngiñ gu leen boole ci déggaloo Room, buy leen goreel ci bépp dig bu jëm ci xeex ak njariñam.”</w:t>
      </w:r>
    </w:p>
    <w:p>
      <w:pPr>
        <w:pStyle w:val="ArticleScripture"/>
        <w:jc w:val="left"/>
      </w:pPr>
      <w:r>
        <w:rPr>
          <w:rFonts w:ascii="Times New Roman" w:hAnsi="Times New Roman" w:eastAsia="Times New Roman" w:cs="Times New Roman"/>
        </w:rPr>
        <w:t>“Jàngoro seedeel na ci ay jéef-jëfam yu xel muus ak yu sax ngir duggu ci mbirum xeeti réew yi; te bu mu ci amee taxawaay, mu yokk ay mébetam boppam, sax ci yàqub buur yi ak xeet yi. Ci atum 1204, Pàppa Innocent III jële na ci Pierre II, buur Aragon, ngi ci juróom-benneel gi gën a yéeme bii: ‘Man, Pierre, buur Aragon yi, maa ngi wax ak digoon ne dinaa ba fàww sàmm kóllëre ak déggal sama sang, Pàppa Innocent, ak ñi koy wuutu ci ngëmam Katolig, ak Kërug Room; te dinaa sàmm sama nguur ci ay yoonam ak kóllëre gu dëgg, di aar ngëmu Katolig, ak di fitnaal ay réer yu heretik.’—John Dowling, The History of Romanism, b. 5, ch. 6, sec. 55. Lii dëppook na ak ay daan yi jëm ci kàttanu pontif Room ‘ne yoon na ci moom mu wàcce emperer yi’ ak ‘ne man na bàyyi ñi nekk ci suufu kilifteefu boroom yi ci seen warug takkoo ak ay kilifteef yu jubulul.’—Mosheim, b. 3, cent. 11, pt. 2, ch. 2, sec. 9, note 17.”</w:t>
      </w:r>
    </w:p>
    <w:p>
      <w:pPr>
        <w:pStyle w:val="ArticleScripture"/>
        <w:jc w:val="left"/>
      </w:pPr>
      <w:r>
        <w:rPr>
          <w:rFonts w:ascii="Times New Roman" w:hAnsi="Times New Roman" w:eastAsia="Times New Roman" w:cs="Times New Roman"/>
        </w:rPr>
        <w:t>«Te nañu fàttaliku ne, Roma day màggloo ne moom du soppiku mukk. Pàcc yi Gregory VII ak Innocent III doon jëfandikoo ba tey sax ñoo di pàcc yu Egliz Katolik Romaan bi. Te bu amoon rekk kàttan gi, dina leen jëfe tey ak doole ju mel ni ju màgg ci at yu weesu yi. Protestaŋ yi xamutuñu lu ñuy def bu ñuy digle nangu ndimbalug Roma ci liggéeyu yëkkati bésu Dibéer. Bi ñuy sax ci yëngoo ngir am li ñu bëgg, Roma mi ngi mébét ngir delloo ay kàttanam, ngir delloo njéggalam la mu ñàkk. Bu benn yoonu njubte rekk taxaw ci Etazini ne, Egliz man na jëfandikoo walla saytu kàttanu réew mi; ne man nañu teg yooni àddina yi ngir gaawlu àddina ci yëngu-yënguy diiné; ci gàttal, ne sañ-sañu Egliz ak réew mooy not xel ak yéene nit, kon ndamug Roma ci réew mii ànd na ak wóor.»</w:t>
      </w:r>
    </w:p>
    <w:p>
      <w:pPr>
        <w:pStyle w:val="ArticleScripture"/>
        <w:jc w:val="left"/>
      </w:pPr>
      <w:r>
        <w:rPr>
          <w:rFonts w:ascii="Times New Roman" w:hAnsi="Times New Roman" w:eastAsia="Times New Roman" w:cs="Times New Roman"/>
        </w:rPr>
        <w:t>“Kàddu Yàlla joxe na artu ci musiba buy ñëw; bu ñu ko bañee déglu, suufug Protestaaŋ bi dina xam li njiiti Room dëgg-dëgg di, waaye ndaxte dina yagg ba bañees a génn ci fiir gi. Moom, ci lu neexul xel, muy yokku ci doole. Ay njàngaleem dañuy am seen doole ci kër yu bëre-léegi yi, ci kërkàng yi, ak ci xolu nit ñi. Muy dajale ay tabaxam yu kawe te réy, te ci biir ay bérab yu nëbbu yooyu la ay fitnaam yu njëkk yaa di dellusi. Ci sutura, te kenn xamul ko, muy dëgëral ay dooleem ngir yombal ay mébetam boppam, bu waxtu jotee ngir mu dóor. Li mu bëgg rekk mooy bérab bu ko taxawal ci kanamam, te loolu sax dañu ko koy may ba noppi. Danu bëgg a gis te danu koy yëg ci laata lu yàggul li njiiti Room di bëgg. Képp ku gëm te topp Kàddu Yàlla, loolu dina ko indil xeeb ak fitna.” The Great Controversy, 580, 581.</w:t>
      </w:r>
    </w:p>
    <w:p>
      <w:pPr>
        <w:pStyle w:val="ArticleBody"/>
        <w:jc w:val="left"/>
      </w:pPr>
      <w:r>
        <w:rPr>
          <w:rFonts w:ascii="Times New Roman" w:hAnsi="Times New Roman" w:eastAsia="Times New Roman" w:cs="Times New Roman"/>
        </w:rPr>
        <w:t>Ci atum 2016, Trump tanneef nañu ko, gannaaw ga ñi ñuy wax globalists, ñi Biden di teewal, sacc nañu ndamalu atum 2020; waaye loolu kenn du ko nangu ludul ñi am gis-gis gu 20/20. Ci saar fukk ak ñett, Donald Trump “dellusi” na ci atum 2024, ak kàttan gu gën a réy lu mu mas a am, te mu tàmbali waajal jamono jàmm ju wurus ji ak it xareb Panium bi ci saar fukk ak juróom. Noonu itam, Leo, baab bu mag bi, agsi na ngir sampu peeñ ma ci atum 2025, mooy ñetteelu baab bu mag bi ci ñetti xare yi ci saar fukk ba fukk ak juróom, te itam ci ñetti president yi ñu ak xare yooyu bokk. Baab bu mag bu njëkk ak bu ñetteel, ak president bu njëkk ak bu ñetteel, dañuy leen jàpp ni ñu dëgër ci wàllug yëngu-yëngu yu cosaan; waaye baab bu mag bu digg ak president bu digg, globalists lañu woon. Jëfandoo bu njëkk bi kumpa la woon; bu mujj bi feeñ na, ndaxte ci saar fukk ak ñeent dees na ko tektal ni muy màndarga mi samp peeñ gu biti gi ci kàddu-yëgle yu mujjug fan yi.</w:t>
      </w:r>
    </w:p>
    <w:p>
      <w:pPr>
        <w:pStyle w:val="ArticleBody"/>
        <w:jc w:val="left"/>
      </w:pPr>
      <w:r>
        <w:rPr>
          <w:rFonts w:ascii="Times New Roman" w:hAnsi="Times New Roman" w:eastAsia="Times New Roman" w:cs="Times New Roman"/>
        </w:rPr>
        <w:t>Ci 31 Desàmbar 2023, liggéeyu malaaka bu njëkk bi, ni ko liggéeyu ndigël bu njëkk bi melal, tàmbalee sampu dëkkandoo bi. Nattu bu njëkk bi dafa doon ci ne, ndax William Miller amoon na dëgg walla amuloon ci sellalëm ne Room mooy taxawal gis-gis bi ci aaya fukk ak ñeent bi. Sellalu Miller ne Room mooy màndarga mi taxawaloon gis-gisu yégleb fan yu mujj yi, ci yenn anam mooy li gën a am solo ci mbooleem dëgg-yu dëkkandoo yi mu sos. Naka la Miller agsee ci yenn xam-xam, loolu manees na koo génne rekk ci jëfandikoo xalaat gu sell ci jamonoom ak xaalisam, waaye ci yenn ci ay fésalu yonentam yi am na seede bu leer lool ngir lu tax mu agsee ci xam-xamam yi. Li gën a doon cosaan ci xam-xamam yi mooy sellalëm ne Room mooy taxawal gis-gis bi.</w:t>
      </w:r>
    </w:p>
    <w:p>
      <w:pPr>
        <w:pStyle w:val="ArticleBody"/>
        <w:jc w:val="left"/>
      </w:pPr>
      <w:r>
        <w:rPr>
          <w:rFonts w:ascii="Times New Roman" w:hAnsi="Times New Roman" w:eastAsia="Times New Roman" w:cs="Times New Roman"/>
        </w:rPr>
        <w:t>Miller seede seede dëggal ne naka la seetoon ngir xam li nekk woon “li ñu dindi” ci téereb Daniel. Du sax rekk mu xamale fan la gis tontoom, waaye itam mu wax na ci mbégteem bi mu am ba mu gise alalu njariñ wa mu doon wut. Apollos Hale bind na ab kàddu ci kaw mbindum Miller ci boppam, te ci xàll wi topp, Hale mingiy wone naka la Miller nekk jàngatuk kàddug waxi yonent. Miller, ni ndawsi yeneen ci leer gi ñu ubbiwoon mucc ci 1798, mooy misaal bu sell ci ñi Daniel tudde “boroom xel yi” ñiy “dégg” bu téere bi “ubbeeku.” Seede Miller ci naka lañu ko yóbbuwoon ci njàngum Biibël bi mooy misaal bu am njariñ te Muy ki yor yëpp a ko sampu. Seetluleen bu baax ci yokkute Miller, ndaxte mooy misaal bi ci boroom xel yi ñiy dégg yokkute xam-xam bi, doon sax ñoom, ni Miller, génn ci lëndëmu réer.</w:t>
      </w:r>
    </w:p>
    <w:p>
      <w:pPr>
        <w:pStyle w:val="ArticleScripture"/>
        <w:jc w:val="left"/>
      </w:pPr>
      <w:r>
        <w:rPr>
          <w:rFonts w:ascii="Times New Roman" w:hAnsi="Times New Roman" w:eastAsia="Times New Roman" w:cs="Times New Roman"/>
        </w:rPr>
        <w:t>“‘Ci weeru Mee, atum 1816, dugal na ma ci xel bu metti ngir sama bàkkaar, te yàlla, aka tiit mu réy feeñ ci sama ruu! Maa fàtte lekk. Asamaan mel ni xànjar bu ràññee, suuf si it mel ni weñ bu dëgër. Noonu laa nekkee ba ci weeru Oktoobar, bi Yàlla ubbee sama bët; te yàlla, sama ruu, aka Musalkat bu màgg laa gis ne Yeesu mooy! Sama bàkkaar daanu nañu ni yëf yu diis, génn ci sama ruu; ba noppi, aka Biibël bi leer ma! Lépp dafa waxoon ci Yeesu; moom moo nekkoon ci xët wu ne ak ci rëdd wu ne. Yàlla, bés booba dafa bànneexoon! Damaa bëggoon dem gaaw ci sama kër gu nekk ci asamaan; Yeesu mooyoon lépp ci man, te dama xalaatoon ne man naa tax ñépp gis ko ni ma ko gisee, waaye maa naxaru.”</w:t>
      </w:r>
    </w:p>
    <w:p>
      <w:pPr>
        <w:pStyle w:val="ArticleScripture"/>
        <w:jc w:val="left"/>
      </w:pPr>
      <w:r>
        <w:rPr>
          <w:rFonts w:ascii="Times New Roman" w:hAnsi="Times New Roman" w:eastAsia="Times New Roman" w:cs="Times New Roman"/>
        </w:rPr>
        <w:t>“‘Bi ma doon deist diiru fukki at ak ñaar, dama jàng mboolem téere yu ma manoon a gis ci nettali at yi; waaye léegi dama bëgg Biibël bi. Moo ma jàngaloon ci Yeesu! Waaye tey itam amoon na ci Biibël bi lu bari lu ma nekkaloon lëndëm. Ci atum 1818 walla 19, bi ma doon wax ak benn xarit bi ma seetiwoon, te moom dafa xamoon ma, dégg ma maa ngi wax ba ma nekkoon deist, mu laaj ma ak anam wu am solo: “Lan nga xalaat ci bind bii, ak beneen bi?” di jëfandikoo bind yu mag ya ma daan weddi ba ma nekkoon deist. Xamoon naa li mu doon jëfandikoo, te tontu naa ne—Su ma mayee waxtu, dinaa la wax li ñu tekki. “Ñaata waxtu nga bëgg?” Xamu ma, waaye dinaa la ko wax, laa tontu, ndaxte manuma woon gëm ne Yàlla joxe na ab xamle gu maneesul a déggoo. Noonu nag, fas naa yéene jàng sama Biibël, di gëm ne dinaa gis li Xelum Sell mi tekki. Waaye bu fekkee ne ma diirul woon dara gannaaw bi ma fas yéene boobu, xalaat bi dikkal ma ne—“Bu fekkee ne nga gis benn kàddu gu nga manul a xam, lan nga def?””</w:t>
      </w:r>
    </w:p>
    <w:p>
      <w:pPr>
        <w:pStyle w:val="ArticleScripture"/>
        <w:jc w:val="left"/>
      </w:pPr>
      <w:r>
        <w:rPr>
          <w:rFonts w:ascii="Times New Roman" w:hAnsi="Times New Roman" w:eastAsia="Times New Roman" w:cs="Times New Roman"/>
        </w:rPr>
        <w:t>«Noonu yoonu jang Xel mu Sell mi laa xalaat noonu: — Dinaa jël baat yi nekk ci ay xët yu mel noonu, te topp leen ci Biibël bi yépp, ngir gis seen tekkiin ci yoon wii. Am naa woon Concordance bu Cruden, [ma jënd ko ci atum 1798], te maa ngi xalaat ne mooy bi gën a baax ci addina si; noonu ma jël ko ak sama Biibël, toog ci sama biro, te du maa jàng dara genn, lu dul tuuti ci xibaar yu bés yi, ndaxte dogal naa woon xam li sama Biibël di wax. Tambali naa ci Génèse, te jàng baaxankat; te bu ma agsee ci benn kàddu bu ma mënu woon a dégg, daan naa seet ci Biibël bi yépp ngir xam li mu tekki. Gannaaw bi ma jaarée Biibël bi yépp ci yoon woowu, ee, ana ni dëgg gi feeñee leer te ndam! Gis naa li ma ngeen di waareel. Seddoo naa ne juróom-ñaari waxtu ya jeex nañu ci 1843. Gannaaw loolu ma agsi ci 2300 fan yi; yóbbu ma ñu ci benn pas-pas bi; waaye xalaatuma woon sax ne dinaa xam kañ la Musalkat bi di ñëw, te mënu ma koo gëm; waaye leer gi dóor ma ak doole ba xamuma woon lu ma war a def. Léegi ma nee ci sama xel: war naa soléen takk ak yérey fas; du maa dem gaawlu lu weesu Biibël bi, te du maa des ci ginnaawam. Lii mu Biibël bi di jàngale, dinaa ci sax. Waaye ba tey amoon na ay kàddu yu ma mënu woon a dégg.»</w:t>
      </w:r>
    </w:p>
    <w:p>
      <w:pPr>
        <w:pStyle w:val="ArticleScripture"/>
        <w:jc w:val="left"/>
      </w:pPr>
      <w:r>
        <w:rPr>
          <w:rFonts w:ascii="Times New Roman" w:hAnsi="Times New Roman" w:eastAsia="Times New Roman" w:cs="Times New Roman"/>
        </w:rPr>
        <w:t>«Loolu rekk la woon ci anamam gu mag gu mu daan jàngée Biibël bi. Ci beneen yoon itam mu waxee anam wi mu daan sàkku maana tekst bi nu nekk fii—maana “bés bu nekk bi.” “Damaa jàng ba dem,” la wax, “te gisuma beneen fànn wu ci mel ni moom feeñ, lu dul ci Daniel. Noonu ma jël baat yi taxawoon ci jokkoo ak moom, ‘dindi.’ ‘Moo di dina dindi bés bu nekk bi,’ ‘li dale ci jamono ji dees di dindi bés bu nekk bi,’ ak yeneen. Damaa jàng ba dem, te xalaat naa ne duma gis leerug tekst bi; mujj ma àgg ca 2 Thessalonians 2:7, 8. ‘Ndaxte kumpagub ñaawtef gi di na liggéey ba noppi fii tey; waaye ki ko téye leegi dina téye, ba kera mu nekk dindi ko ci yoonam, te noonu ku bon ka dina feeñ,’ ak yeneen. Te ba ma àggee ca tekst boobu, éy, naka la dëgg gi leer te màggatoon! Foofa la nekk! looloo di “bés bu nekk bi!” Waaw nag, léegi, lan la Pool bëgg a wax ci “ki leegi di téye,” walla di yàq? Ci “nit ku bàkkaar bi,” ak “ku bon ka,” Mbootaayu Room la muy wax. Waaw nag, lan mooy li tere Mbootaayu Room feeñ? Lu tax? Bokk na ci Yàquteg xamul Yàlla; kon nag, “bés bu nekk bi” war na tekki Yàquteg xamul Yàlla.’” Apollos Hale, The Second Advent Manual, 66.</w:t>
      </w:r>
    </w:p>
    <w:p>
      <w:pPr>
        <w:pStyle w:val="ArticleBody"/>
        <w:jc w:val="left"/>
      </w:pPr>
      <w:r>
        <w:rPr>
          <w:rFonts w:ascii="Times New Roman" w:hAnsi="Times New Roman" w:eastAsia="Times New Roman" w:cs="Times New Roman"/>
        </w:rPr>
        <w:t>Njubte gu Yàlla ji ak nit ñi ñaar ci njàngum Miller am na bind ci téereb yëgle. Xaritam bu yàgg bi doon ko xiir, te xalaat yi daan dikk ci moom nekkoon baatu malaaka Gabriyel, mi Rakku White màggal ne “rëdd ci rëdd” mooy malaaka mi daan dellaat seeti Miller yoon yu bari. Moom mi ngi jëfandikoo juróom-ñaari waxtu yi ni njàngum bu njëkkam, ba noppi mu teg 2,300 yi ne ay seede su ñaareel lañu ci juróom-ñaari waxtu yi, ndaxte ñoom ñaar ñépp da ñu jeexee ci 1843, (ci njàlbéenam moo ko gëm woon). Yeneen ñaari yoonent yii mooy njàngum alpha ak omega ci gis-gisam, te ci biir jokkoo yoonent bi ak Miller, ñoom lañuy wone njuumte ba Samuel Snow di ko jubbanti ak yégleb Yuuxub Diggante Guddi gi taxawal “doxalin weeru juróom-ñaareel bi.” Doxalin Yuuxub Diggante Guddi gi mooy “doxalin weeru juróom-ñaareel bi” ba muy génne ndaje màkkaanu Exeter, ndaxte dafa doon xamle ñëwug Boroom bi ci bésub fukk ba ci weeru juróom-ñaareel bi, mi daan daje ci 22 Oktoobar ci atum 1844.</w:t>
      </w:r>
    </w:p>
    <w:p>
      <w:pPr>
        <w:pStyle w:val="ArticleBody"/>
        <w:jc w:val="left"/>
      </w:pPr>
      <w:r>
        <w:rPr>
          <w:rFonts w:ascii="Times New Roman" w:hAnsi="Times New Roman" w:eastAsia="Times New Roman" w:cs="Times New Roman"/>
        </w:rPr>
        <w:t>Njuumte gi waral dooleb malaakam ñaareel bi dañu koy tegt ci xam-xam bu njëkk bu Miller ne juróom-ñaari waxtu yi ak 2,300 at yi dafa jeex benn fan ci 1843. Ci wax ji, jàngale gu topp gi ñuy waxtaan mooy ni Miller agsiwoon na ci xam ne Room mooy misaal mi samp vision bi. Jàngalekat yi di jàngale nettali Adventist yi dañuy wone ne xam-xamu kaawtéef yu William Miller yépp dañu sukkandikuwoon ci ni mu raññee ñaari kàttan yu yàqu. Mu xamoon ne ñaari kàttan yu yàqu yooyu mooy Room gu bokk ci jaamono yu xare ak Room gu baapal; te gisoon na ñaari kàttan yooyu ci 2 Thessalonians bi mu agsee ci xam ne “daily” bi nekk ci téereb Daniel mooy Room gu bokk ci jaamono yu xare. Bépp modèle bu kaawtéef bu Miller di settal, kooku mi Sister White xamal nu ne malaaka yi dañu ko doon seeti ba pare, dafa sukkandikuwoon ci xam-xamam ne Room moo samp vision bi. Benn benn rekk!</w:t>
      </w:r>
    </w:p>
    <w:p>
      <w:pPr>
        <w:pStyle w:val="ArticleBody"/>
        <w:jc w:val="left"/>
      </w:pPr>
      <w:r>
        <w:rPr>
          <w:rFonts w:ascii="Times New Roman" w:hAnsi="Times New Roman" w:eastAsia="Times New Roman" w:cs="Times New Roman"/>
        </w:rPr>
        <w:t>Li dale 31 Desàmbar 2023, Gaynde gi nekk ci xeetu Yuda dafa doon ubbi ci benn-benn Révélationu Yeesu Kirist. Dale foofu, nattu gu njëkk gu saxaloon tàmbalee woon, te jot na ci njeexitalam bi ba paap bu njëkk bu joge États-Unis tàmbalee nguuram ci 8 Mee 2025. Ca jamono jooju, nattu kër Yàlla gi tàmbalee.</w:t>
      </w:r>
    </w:p>
    <w:p>
      <w:pPr>
        <w:pStyle w:val="ArticleBody"/>
        <w:jc w:val="left"/>
      </w:pPr>
      <w:r>
        <w:rPr>
          <w:rFonts w:ascii="Times New Roman" w:hAnsi="Times New Roman" w:eastAsia="Times New Roman" w:cs="Times New Roman"/>
        </w:rPr>
        <w:t>Dina nu wara jëfandikoo 250 at yi ni seede ngir dëgëral sunu xamle ne nattu cosaan bi jeex na ak paap bu fi nekk léegi.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Limu fukki biir ñeent-fukk ak ñeent</dc:title>
  <dc:subject>Njàqare gi ngir Njàngatug Këru Yàlla bi</dc:subject>
  <dc:creator>Jeff Pippenger</dc:creator>
  <cp:keywords/>
  <dc:description>Generated by ArticleDigger from panium\14_panium.json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