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Limu fukk ak juróom-benn</w:t>
      </w:r>
    </w:p>
    <w:p>
      <w:pPr>
        <w:pStyle w:val="ArticleSubtitle"/>
        <w:jc w:val="left"/>
      </w:pPr>
      <w:r>
        <w:rPr>
          <w:rFonts w:ascii="Arial" w:hAnsi="Arial" w:eastAsia="Arial" w:cs="Arial"/>
        </w:rPr>
        <w:t>«250» yoon ñetti yoon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Ci atum 2026, Trump dina màggal “250” at yu Amerig, ba noonu muy méngoo ak “250” at yu jógé ci 457 BC ba ci Antiochus Magnus ci jaar-jaaru nettali mboolem xew-xewu diggante xeexu Raphia ak xeexu Panium. Ci mujjug “250” at yooyu, Antiochus Magnus taxaw na ci 207 BC, fukki at gannaaw Raphia ak juróom-ñaari at bala Panium. Seede si ci “250” at itam méngoo na ak jamono “250” at yu Room gu bokkoon ci ñaawteefug bokk yu jaamono yu dul Yàlla, ndaxte ci atum 64 Nero dafa tambalee fitna yi ci kaw Kiristaan yi, te “250” at gannaaw loolu, ci ndigalu Milan ci 313, Constantine the Great may na Kiristaané njariñ gu yoonal, te fitna ya dafa jeex.</w:t>
      </w:r>
    </w:p>
    <w:p>
      <w:pPr>
        <w:pStyle w:val="ArticleBody"/>
        <w:jc w:val="left"/>
      </w:pPr>
      <w:r>
        <w:rPr>
          <w:rFonts w:ascii="Times New Roman" w:hAnsi="Times New Roman" w:eastAsia="Times New Roman" w:cs="Times New Roman"/>
        </w:rPr>
        <w:t>Donald Trump xam nañ ko ngir ay jëf yu mu def ngir defaat Amerika mu mag; loolu mooy turu ay toppkatam—MAGA. Ci waxi yonent yi, Trump dañu ko misaale ak Constantine the Great, Antiochus the Great, te, ci dëgg-dëgg, ci ay aaya yu njëkk yi ci Daniel fukk ak benn, mooy Cyrus the Great, Xerxes the Great, te gannaaw loolu Alexander the Great. Dale ci ndigal li Cyrus, Darius ak Artaxerxes joxe ci atum 457 BC ba ci jaar-jaaru Panium, am na ñaari téeméer ak juróom-fukk at. Mujj gaayu “250” at yi dafa nekk ci diggante bi nekk ci diggante Raphia ak Panium, te noonu itam la 2026 di. 2026 mooy diggante waxtu ñaareelu nguurug Trump. “250” atu fitna yi Nero amal jur na ndigal buy jeexal fitna ci kaw Kiristaan yi. Rëddoo Nero mooy rëddoo bu digg bi ci ñetti rëddoo “250” at yi, yi Cyrus, Nero ak Trump di tektal.</w:t>
      </w:r>
    </w:p>
    <w:p>
      <w:pPr>
        <w:pStyle w:val="ArticleBody"/>
        <w:jc w:val="left"/>
      </w:pPr>
      <w:r>
        <w:rPr>
          <w:rFonts w:ascii="Times New Roman" w:hAnsi="Times New Roman" w:eastAsia="Times New Roman" w:cs="Times New Roman"/>
        </w:rPr>
        <w:t>Sirus def ndigël biiru njëkk, te Artaserses def ndigël bi ñetteel bi. Sirus mooy malaaka bu njëkk bi, te Artaserses mooy bu ñetteel bi. Maa ngi bëgg a jëfandikoo Sirus muy misaalu ñaari ndigël yi yépp ñett, yi boolee di won 457 BC.</w:t>
      </w:r>
    </w:p>
    <w:p>
      <w:pPr>
        <w:pStyle w:val="ArticleBody"/>
        <w:jc w:val="left"/>
      </w:pPr>
      <w:r>
        <w:rPr>
          <w:rFonts w:ascii="Times New Roman" w:hAnsi="Times New Roman" w:eastAsia="Times New Roman" w:cs="Times New Roman"/>
        </w:rPr>
        <w:t>Siris dafay tàmbalee ab “250” at miir 457 BC, te muy jeex ci jaar-jaaru Panium, mooy jaar-jaaru Antiochus the Great, ki di Donald Trump. Panium mooy aaya bi jiitu yoonu Dibeer. Siris moo tektal njàlbéenu çiz bu jaar-jaar “250” te di wone bëccëg réew miir buy feeñ ci geenu Réew-repiblik bu malaasu suuf si, te itam Siris moo tektal njàlbéenu çiz bu 2,300 at buy wone geenu Protestan bu malaasu suuf si.</w:t>
      </w:r>
    </w:p>
    <w:p>
      <w:pPr>
        <w:pStyle w:val="ArticleBody"/>
        <w:jc w:val="left"/>
      </w:pPr>
      <w:r>
        <w:rPr>
          <w:rFonts w:ascii="Times New Roman" w:hAnsi="Times New Roman" w:eastAsia="Times New Roman" w:cs="Times New Roman"/>
        </w:rPr>
        <w:t>Nero dafay tambaliw ay nettali xarnu jaar-jaar buy teew ci dékkoo ba ci nangoo. Wuuteekul ak Cyrus ak Etats-Unis yi miy feeñal rëdd wu jeex ci digganteb jamono ju wax ci yonent, rëdd Nero jeex na ak misaal bu jamono buy yóbbu ndànk-ndànk ci nangoo, di tàmbalee ak yoonu Milan bi ci 313, topp na ko jëfandikook yoonu dibeer bu njëkk bi ci 321, te gannaaw loolu ci 330 ñu xaajale Rooma ci penku ak sowwu. Constantine feeñ na ci ñetti bés yóoyu yépp. Ci rëdd Nero bi, diggante 313 ak 330 am na fukk ak juróom-ñaar at. Ci rëdd Cyrus bi itam, diggante xeexu Raphia bi ci 217 BC ak xeexu Panium bi ci 200 BC am na itam fukk ak juróom-ñaar at.</w:t>
      </w:r>
    </w:p>
    <w:p>
      <w:pPr>
        <w:pStyle w:val="ArticleBody"/>
        <w:jc w:val="left"/>
      </w:pPr>
      <w:r>
        <w:rPr>
          <w:rFonts w:ascii="Times New Roman" w:hAnsi="Times New Roman" w:eastAsia="Times New Roman" w:cs="Times New Roman"/>
        </w:rPr>
        <w:t>Ca ay benn fukk ak benn ci téereb Daniel, Artaxerxes mooy ndigal bu ñetteel bi. Ndigal bu ñetteel bi dafay tekki malaaka bu ñetteel bi ak yoonu Dibeer bi. At yu “250” yi tambalee ci 457 BC ak at yu “250” yi tambalee ci 1776, ñoom ñépp daan a jeex ci diggu jaar-jaaru moom mi xew lu jiitu yoonu Dibeer bi ci aaya 16. Benn fukk ak benn day tëral aayaat yu mujj a doon teewal jaar-jaaru 1989 ci aaya 10, ak jaar-jaaru xareb Ukraine bi tambalee ci 2014 te aaya 11 di ko teewal, te gannaaw loolu Trump dellu ngir ñaareel moomeelam ci 2024, ni ko aaya 13 teewale, te noonu it aaya 14 day jëfandikoo 2025, ak baab bu njëkk bi jóge ci suuf su tedd si di samp vision bi biti.</w:t>
      </w:r>
    </w:p>
    <w:p>
      <w:pPr>
        <w:pStyle w:val="ArticleBody"/>
        <w:jc w:val="left"/>
      </w:pPr>
      <w:r>
        <w:rPr>
          <w:rFonts w:ascii="Times New Roman" w:hAnsi="Times New Roman" w:eastAsia="Times New Roman" w:cs="Times New Roman"/>
        </w:rPr>
        <w:t>Dañeel 11:40 amoon na ci atum 1989 bi, ba Biir Sowiyetis bi daanu, jaarale ko ci benn booloo bu kumpa diggante John Paul II ak Ronald Reagan. Boole boobu bu kumpa ca jamono mujj ga ci 1989, dafa misaalal benn booloo bu ubbeeku ci mujj gi yoon wu wax ci yonent yii, mi tambalee ci 1989. Booloo bu ubbeeku boobu moo tabbax peeñ mi.</w:t>
      </w:r>
    </w:p>
    <w:p>
      <w:pPr>
        <w:pStyle w:val="ArticleBody"/>
        <w:jc w:val="left"/>
      </w:pPr>
      <w:r>
        <w:rPr>
          <w:rFonts w:ascii="Times New Roman" w:hAnsi="Times New Roman" w:eastAsia="Times New Roman" w:cs="Times New Roman"/>
        </w:rPr>
        <w:t>2026 mooy je mujjug “250” at yu jaar ci taariixu yonnent gi, ab diir buy tàmbalee ak ñaar-fukk ak ñaar at yu dale 1776 ba ci waxtu mujj ga ci 1798. Ñaar-fukk ak ñaar at yooyu ci taariixu tàmbali ga feeñ nañu ci taariixu ñaar-fukk ak ñaar at yu 9/11 ba 2023. Ci mujjug ñaar-fukk ak ñaar at ya ca 1798, téereb Daniel ubbiwoon nañu ko; te noonu itam ci mujjug ñaar-fukk ak ñaar at yi tàmbalee ca 9/11 te jeexee ci 31 Desàmbar 2023, Gayndeg xeet wu Yuda tàmbali na ubbi Peeñug Yeesu Kirist.</w:t>
      </w:r>
    </w:p>
    <w:p>
      <w:pPr>
        <w:pStyle w:val="ArticleBody"/>
        <w:jc w:val="left"/>
      </w:pPr>
      <w:r>
        <w:rPr>
          <w:rFonts w:ascii="Times New Roman" w:hAnsi="Times New Roman" w:eastAsia="Times New Roman" w:cs="Times New Roman"/>
        </w:rPr>
        <w:t>Bataaxal bi ñu ubbi woon ci mujjug ñaar-fukk ak ñaar at, ca 1798, ñu yebal ko ci mbëggeel ñépp ca 1831, ñaari téeméeri ak ñaar-fukk at gannaaw bi ñu génnee Biibël bu King James ca 1611. Dale ko ca 1798 ba ca 1831, Kàddu Yàlla buy wax lu jëm ci ëllëg dafa nekk di ubbeek ndànk-ndànk. Bi ñu agsee ca 1831, nekkoon na ci péncum ñépp, te góor ak jigéen dañoo man a tënkku ci nekk ni ñu war a tontu ci bataaxal bi ñu ubbi woon ca 1798. Noonu itam ca 1840, “beneen xew-xewu doy waar,” ni ko Sœur White waxe, am na, bi ab yégle bu jëm ci Islam matalee.</w:t>
      </w:r>
    </w:p>
    <w:p>
      <w:pPr>
        <w:pStyle w:val="ArticleBody"/>
        <w:jc w:val="left"/>
      </w:pPr>
      <w:r>
        <w:rPr>
          <w:rFonts w:ascii="Times New Roman" w:hAnsi="Times New Roman" w:eastAsia="Times New Roman" w:cs="Times New Roman"/>
        </w:rPr>
        <w:t>Bëgg gi mujjug ab at ak ñaar-fukk ak ñaar (1798), ba ci mujjug ab jamono bu ñaar téeméer ak ñaar-fukk (1831), dañuy feeñal ab jamono bu ubbee buntub benn ndigal. Misaal mi dafay boole ab ràññeekaayu yoon fu ndigal li jël solo te tàmbalee, gannaaw loolu ab ràññeekaayu yoon buy won xeetu yégle bu ñu gannaaw loolu waññi waxtoomaat, te bu ko gannaaw loolu matalee, mu jur ab ràññeekaayu yoon buy won tàmbalig “feeñ gu yéeme ci kàttanu Yàlla.”</w:t>
      </w:r>
    </w:p>
    <w:p>
      <w:pPr>
        <w:pStyle w:val="ArticleBody"/>
        <w:jc w:val="left"/>
      </w:pPr>
      <w:r>
        <w:rPr>
          <w:rFonts w:ascii="Times New Roman" w:hAnsi="Times New Roman" w:eastAsia="Times New Roman" w:cs="Times New Roman"/>
        </w:rPr>
        <w:t>Jàmmu ñaar-fukk ak ñaar at bi nekk ci mujji yëngu-yëngu 1989 mooyoon dale ci 9/11 ba ci 2023, ba fa ab waxu Yàlla ubbeekaat. Waxu Yàlla woowu waroon ci lu am solo tàmbali ab diirub yokkute xam-xam, xam-xam bu di nattu tey tas, ndax ñu bare lañu woo waaye ñu néew lañu tànn. Dañu waroon a agsi ci ab tomb bu nekk saa yu ñuy teg bataaxal bi ci kanamu mbooloo mi. Bataaxal boobu dafa waroon yore melokaanu nekk bataaxal bu ñu waññi-jëfandikookaat ci yoon wu waxu Yàlla, te dafayaat doxal benn yégle bu jiitu. Bu yégleb mbooloo mi ame, bataaxal bi dina am doole, ni ko nettali 1840 ak Pentekot teewal.</w:t>
      </w:r>
    </w:p>
    <w:p>
      <w:pPr>
        <w:pStyle w:val="ArticleBody"/>
        <w:jc w:val="left"/>
      </w:pPr>
      <w:r>
        <w:rPr>
          <w:rFonts w:ascii="Times New Roman" w:hAnsi="Times New Roman" w:eastAsia="Times New Roman" w:cs="Times New Roman"/>
        </w:rPr>
        <w:t>Ba Uniyoŋ Sowiyet bi daanewoon ci atum 1989, Daniel 11:40 ubbeeku na; te ci 1996, yégleb Daniel 11 dugg na ci biir mbirum mbooloo mi. 1996 mooy ñaari téeméeri ak ñaar-fukk ak ñent at ginnaaw 1776, mi du rekk ne moo tàmbalee ñaari-fukk ak ñaar at yi jeex ci 1798, waaye itam moo tàmbalee ñaari téeméeri ak juróom-fukk at yi di jeex ci 2026. Bëñu Républicain bi agsi na ca digg ba ci diggante yu politig ci 2026, te bëñu Protestant bi yeg na ba 2026, moom miy mujjug fanweeru at yu tollook ñetti-fukk yi tàmbalee ak taxawalug yégle bi ci 1996, yégle boobu mi ubbeekoon ca waxtuw mujj ga ci 1989. Yeesu dafa sax di misaalale mujj ga ak njàlbéen ga, moo tax 2026 mooy at mi war a taxawalee yégleb Midnight Cry bi ñu jubbanti, ñetti-fukk at ginnaaw ba ñu taxawalee yégle bi ñu ubbi woon ci 1989 ci atum 1996.</w:t>
      </w:r>
    </w:p>
    <w:p>
      <w:pPr>
        <w:pStyle w:val="ArticleBody"/>
        <w:jc w:val="left"/>
      </w:pPr>
      <w:r>
        <w:rPr>
          <w:rFonts w:ascii="Times New Roman" w:hAnsi="Times New Roman" w:eastAsia="Times New Roman" w:cs="Times New Roman"/>
        </w:rPr>
        <w:t>Rëddug at “250” mi tàmbalee ci 1776, dina la yóbbu ba 2026, mooy diggante waxtu nguurug Donald Trump, tuuti laata xareb États-Unis ak Russie tàmbali, di tàmbalee bu mbaam bi wéccoo te Islam daldi dooraat États-Unis ni mu ko defee ci 9/11.</w:t>
      </w:r>
    </w:p>
    <w:p>
      <w:pPr>
        <w:pStyle w:val="ArticleBody"/>
        <w:jc w:val="left"/>
      </w:pPr>
      <w:r>
        <w:rPr>
          <w:rFonts w:ascii="Times New Roman" w:hAnsi="Times New Roman" w:eastAsia="Times New Roman" w:cs="Times New Roman"/>
        </w:rPr>
        <w:t>Rëddi “250” atum Nero mooy rëccu diggante bi ci ñetti rëcc yi ci wàllu jaar-jaari mbootaay ak ci wàllu yëgleb. Loolu dafa xamle ne rëccu Nero mooy malaaka ñaareel bi, te mooy nattu ñaareel bi miy jiitu nattu ñetteel bi. Nattu ñaareel boobu mooy nattu nataalu rab wi, te muy tekki samp gu yàgg-yàgg gu boole mbooloom diine ak nguur, gi ñu misaale ak ndigalu Milan bi ci 313, te moom itam moo jural yoonu dibeer bu jëkk ba, ci 321, ba noppi teg ci yàqute réew mi ñuy gis saa su yoonu dibeer amee, ni ko jaar-jaaru 330 di feeñale.</w:t>
      </w:r>
    </w:p>
    <w:p>
      <w:pPr>
        <w:pStyle w:val="ArticleBody"/>
        <w:jc w:val="left"/>
      </w:pPr>
      <w:r>
        <w:rPr>
          <w:rFonts w:ascii="Times New Roman" w:hAnsi="Times New Roman" w:eastAsia="Times New Roman" w:cs="Times New Roman"/>
        </w:rPr>
        <w:t>Ndigal Milaan bu 313 mi ngi tektal tambali yokkug njaxlaf diggante kërceen ak nguur gi ci États-Unis, te loolu di dox ndank-ndank ba jëm ci yoonu Dibeer bu aaya fukk ak juróom-benn bi wax. Liggéey boobu tambalee na ci 9/11 ak Patriot Act, waaye ci fractal bi ci mujjug waxtu muureel bi, Patriot Act ak ndigal Milaan ñoom ñaar ñépp dañuy mel ni misaal buy tegu jëf ju tambali jamono ju doy waaru ndank-ndank ci naxar ak jàppante, te jiital jëm ci yoonu Dibeer bi di ñëw léegi. Moo di njëkk ci séri bu jëf yu yonent yii, yu indi kërceen ak nguur ñu booloo ci njub ci États-Unis, te mujj gi di yoonu Dibeer.</w:t>
      </w:r>
    </w:p>
    <w:p>
      <w:pPr>
        <w:pStyle w:val="ArticleBody"/>
        <w:jc w:val="left"/>
      </w:pPr>
      <w:r>
        <w:rPr>
          <w:rFonts w:ascii="Times New Roman" w:hAnsi="Times New Roman" w:eastAsia="Times New Roman" w:cs="Times New Roman"/>
        </w:rPr>
        <w:t>Sàrtu Milan bi ci at 313 dafa yor mbooleem element yii ci ab taarixam, ndaxte doonul benn sàrt rekk; dafa doon ab taxawaayu bataaxal yu jóge ci Licinius, buur bu Rom bu Penku. Ci jamono jooju, Rom bu Penku dafa takkoo lool ak yéefar, waaye Constantine mi ngi ubbi ay réewam yu Sowu ngir Kiristaan. Kàddu ndigal gi ci boppam am na ci weeru Fewriyee at 313, bi ñu dajaloo woon ci ab ndaje, fa la Licinius itam séyyee ak rakku ndeyam Constantine ngir dëgëral seen booloo. Bataaxali Licinius yi ñu tàkke woon ci wallu penku gi ci nguur gu mag ga dafa doxaloon sañ-sañu jaamu Yàlla ci yoon ngir Kiristaan yi ak ñeneen ñépp, te itam delloo alalu Kiristaan yi ñu nangu woon.</w:t>
      </w:r>
    </w:p>
    <w:p>
      <w:pPr>
        <w:pStyle w:val="ArticleBody"/>
        <w:jc w:val="left"/>
      </w:pPr>
      <w:r>
        <w:rPr>
          <w:rFonts w:ascii="Times New Roman" w:hAnsi="Times New Roman" w:eastAsia="Times New Roman" w:cs="Times New Roman"/>
        </w:rPr>
        <w:t>Sàkkub Milan moo tax ñàkkal ga ñu fitnaale woon diirub “250” at mujje, te mu waral it ab jamono bu lii lépp lu taxaw ci sañ-sañ yi sàkkub googu di tektale, ñu di leen nangu ndank-ndank ci Kiristaan yi, fekk àddina di doxandoo ak Trump jëm ci yoonu Dibeer bu bëgg a ñëw ci lu gaaw.</w:t>
      </w:r>
    </w:p>
    <w:p>
      <w:pPr>
        <w:pStyle w:val="ArticleScripture"/>
        <w:jc w:val="left"/>
      </w:pPr>
      <w:r>
        <w:rPr>
          <w:rFonts w:ascii="Times New Roman" w:hAnsi="Times New Roman" w:eastAsia="Times New Roman" w:cs="Times New Roman"/>
        </w:rPr>
        <w:t>“Bu jàngkat bi bëgg a xam ndombo yi ñuy jëfandikoo ci xeex bu waxtu wu yàggul di ñëw, war na rekk topp jaar-jaaru bind bi ci yoonu yi Rooma jëfandikoo woon ngir benn boppub mbir moomu ci jamonoy yi weesu. Bu mu bëgg a xam ni katolig yi ak protestaa yi, bu ñu booloo, di nañu jëfe ak ñi bañ seen dogma yi, na xool xel mi Rooma wone woon ci bésu Noflaay bi ak ci ñi ko doon aar.”</w:t>
      </w:r>
    </w:p>
    <w:p>
      <w:pPr>
        <w:pStyle w:val="ArticleScripture"/>
        <w:jc w:val="left"/>
      </w:pPr>
      <w:r>
        <w:rPr>
          <w:rFonts w:ascii="Times New Roman" w:hAnsi="Times New Roman" w:eastAsia="Times New Roman" w:cs="Times New Roman"/>
        </w:rPr>
        <w:t>“Ndogalu buur yuus, kuréel yu mag ëmb, ak sàrtu yiir yu mbooloom gëm-gëm yi doole réew mi di jàppale, ñoo nekkoon ay jéego yu tax ba màggal gu bokk ci ngëm-xamug bokk ak xeetu yéefar gi am yëngu-yëngoomu teral ci àddina Kiristaan. Jëf ju njëkk ju nit ñépp gis, jiñu waral ngir samp samay bésub Dibéer, mooy yoon wi Constantine sos. (A.D. 321) Dogal boobu dafa santaane woon ne waa dëkk yi noppalu ci ‘bës bu màgg bu jant bi,’ waaye mu may waa àll yi ñu sax ci seeni liggéeyu mbey. Doonte ne ci dëgg-dëgg yoonu bokk na woon ci yoonu yéefar, njiit la ko doon doxal gannaaw bi mu nangoo turu Kiristaan.” The Great Controversy, 573, 574.</w:t>
      </w:r>
    </w:p>
    <w:p>
      <w:pPr>
        <w:pStyle w:val="ArticleBody"/>
        <w:jc w:val="left"/>
      </w:pPr>
      <w:r>
        <w:rPr>
          <w:rFonts w:ascii="Times New Roman" w:hAnsi="Times New Roman" w:eastAsia="Times New Roman" w:cs="Times New Roman"/>
        </w:rPr>
        <w:t>Limbu “25,” mi di alax “250,” dafay tektale njàqare ak tasare. Ñi “25” kilifay yu Adventisme Laodisée yi te sujj ci jant bi ci Ezekiel saar 8, ñu tas ak ñiñu tëral ci saar bi ci topp; te Sister White wax na bu leer ne tëral gi ci Ezekiel saar 9 mooy tëral gi ci Peeñu, buy giiru téeméeri junni ak ñeent fukki junni. Ñi “25” góor yooyu duñu ludul alax bu jëm ci “250” góor yu siiw yi bokk woon ci njàqare Kora, Datan, ak Abiram. Tere nañu woon Sister White mu jóge ndaje Mbooloom Bu Mag ba bu 1888; ndaxte Gabriel waxoon na ko ne war na des fa ngir bind njàqare Minneapolis, ndaxte delluwaay la woon ci njàqare Kora. “250” mooy mandarga njàqare ak tasare. Ci Mata “25” am na ñetti léebu yu jàngale ci mbirum xàjjalug ña bon ak ña xel. Ñaari wàll yi, Républicain ak Protestant, ñépp ñoo ngi ci suufu ab waxtu muñal buy tektal ñeenti maas; te nit ñi ci kóllëre ak réew mi ñuy samp nit ñi ci kóllëre, ñépp aji nañu leen ci benn jamono.</w:t>
      </w:r>
    </w:p>
    <w:p>
      <w:pPr>
        <w:pStyle w:val="ArticleBody"/>
        <w:jc w:val="left"/>
      </w:pPr>
      <w:r>
        <w:rPr>
          <w:rFonts w:ascii="Times New Roman" w:hAnsi="Times New Roman" w:eastAsia="Times New Roman" w:cs="Times New Roman"/>
        </w:rPr>
        <w:t>Ci biir yu “250” ati mala suuf si, mooy rabu suuf ba, bi di juróomeel buur gi ci waxu yonent yi ci Biibël te mooy États-Unis, rëddin Nero mi dafay xamle ab ndigal, ni ko ndigalu Milan di tegtal, mi màndargaal njàlbéenu tambali gën a yokku ci àtteel ak yoon yu ñuy jëfandikoo ngir xeex, ba mu mujje ci ndigalu yoonu Dibéer ci atum 321, te daldi ubbi ab jamono buy jeex ci 330, bi àddina bépp séddoo ñaar i xeet, yu ñuy wone ni penku ak sowwu. Jamonoy juróom-ñeent at yooyu, dale ko ci 321 ba 330, moom itam mooy juróom-ñaari fan yi Tabernacles, yi tambalee ci yoonu Dibéer bi ci 321, te jeex bi Mikael jógée taxaw te waxtu nattoo jeex ci 330.</w:t>
      </w:r>
    </w:p>
    <w:p>
      <w:pPr>
        <w:pStyle w:val="ArticleBody"/>
        <w:jc w:val="left"/>
      </w:pPr>
      <w:r>
        <w:rPr>
          <w:rFonts w:ascii="Times New Roman" w:hAnsi="Times New Roman" w:eastAsia="Times New Roman" w:cs="Times New Roman"/>
        </w:rPr>
        <w:t>Bàyyi xam-xamu téere bu njëkk bu Millerite ne Room mooy sampu peeñ mi, mooy bàyyi nattu gu njëkk ga ñëwée 31 Desambar 2023 te jeex ba biir 8 Mee 2025, bi ñu falalee jëkkëru-pàppa bu njëkk bi jóge ca réew mu tedd mi. Dëgg gu njëkk ga taxoon William Miller mu xàmmi Room ne mooy misaal mi sampu peeñ mi, mooy dëgg gi, bu ñu ko bàyyi, di indi réer gu tar. Su nit mébbee ca nattu gu njëkk ga, loolu dafay indi réer gu tar gi Tesalonig yi wax, te muy firndeel ne ñi dof, ñi xamul — bëgguñu “Dëgg.” Bàyyi misaal mi sampu peeñ gu biti mooy bàyyi nattu gu njëkk ga, te mooy jëkk ci ñetti nattu yi. Sister White dafa dénk nattu gu njëkk gi ci jamono Krist ak yégleb Yàllaaxé Yaxya Miy Sóob. Mu xamale ne ñi bàyyi woon yégleb Yaxya, duñu am njariñ ci njàngale yi Yeesu, te duñu man a gis soppeku waxtu-jàngoro gi bi Kristee jógee ci këtu ëmb ga dugg ca Bérab bu Sell ba.</w:t>
      </w:r>
    </w:p>
    <w:p>
      <w:pPr>
        <w:pStyle w:val="ArticleBody"/>
        <w:jc w:val="left"/>
      </w:pPr>
      <w:r>
        <w:rPr>
          <w:rFonts w:ascii="Times New Roman" w:hAnsi="Times New Roman" w:eastAsia="Times New Roman" w:cs="Times New Roman"/>
        </w:rPr>
        <w:t>Mu dénkale yoonu nattu gu yokku-googu ak jamono Millerites yi, te mu jàngale ne ñi bañ a nangu yëgleb malaaka bu njëkk ba, dañoo mel ni Yawut ya ñoo bañ a nangu yëglebu Yaxya. Ci bépp rëdd wu jaaralekat, ñi lajjuloon ci nattu bu njëkk ba, jariñuñu woon ci jéego bu topp, te gumbal leen ci soppiinu Krist ci xàll wàllug jamono. Ñi bañ yëglebu 9/11 bi, mënuñu woon a gis ne Krist dafa tàmbalee àtte ñi dul dee. Ñi lajj ci nattu cosaan bu 2023 bi, duñu gis soppi gu jëfandikoo njàlbéen gi, nekk ci kërg yépp buy xeex, ba jëm ci kërg yépp gi not. Ñi bañoon benn ci nattuy cosaan yooyu, mujj nañu ci “lëndëm gu mat sëkk.” Fa amul peeñu, nit ñi daanu ci lëndëm gu mat sëkk, te Rooma mooy samp leerug peeñu gu biti gi. Dëgg gii man nañu koo ràññee ci ñetti baab ya ak seen diggante ak ñetti president yi taxaw ci ñetti xare yi nekk ci aaya fukki, fukki ak benn, ak fukki ak juróom ci Daniel fukki ak benn.</w:t>
      </w:r>
    </w:p>
    <w:p>
      <w:pPr>
        <w:pStyle w:val="ArticleBody"/>
        <w:jc w:val="left"/>
      </w:pPr>
      <w:r>
        <w:rPr>
          <w:rFonts w:ascii="Times New Roman" w:hAnsi="Times New Roman" w:eastAsia="Times New Roman" w:cs="Times New Roman"/>
        </w:rPr>
        <w:t>Liin bu njëkki “250” atum Cyrus bi jeex ci atum 207 B.C., ci biir jamono ju fukk ak juróom-ñaar at yu xeexu Raphia ba xeexu Panium màndargaal, dafa méngoo ak liin bu “250” at bi tàmbalee ak Nero te jeex ci ndigalu Milan ci 313, te noonu di màndargaal jamono ju fukk ak juróom-ñaar at ju Constantine the Great. Donald Trump taxaw na ni Antiochus the Great ci 207 B.C. miy 2026, te itam mu ngi taxaw ni Constantine the Great ci 313, ca tàmbalig jamonoy nattu nataalu rab wa. 4 Sulet 2026, Trump ni Antiochus ak Constantine dafay def Amerik “great.” Trump mooy ñetteelu ku nekk ci ñetti president yi méngoo ak ñetti xeex yi nekk ci aaya 10, 11 ak 15. Reagan moo nekkoon ki jëkk ci ñoom ñetti, te Obama moo nekkoon ci digg. Ñetti president yooyu yépp yor màndargay “dëgg”, te Reagan ak Trump dañuy tegtal du rekk ki jëkk ak ki ñetteel, waaye itam alpha ak omega.</w:t>
      </w:r>
    </w:p>
    <w:p>
      <w:pPr>
        <w:pStyle w:val="ArticleBody"/>
        <w:jc w:val="left"/>
      </w:pPr>
      <w:r>
        <w:rPr>
          <w:rFonts w:ascii="Times New Roman" w:hAnsi="Times New Roman" w:eastAsia="Times New Roman" w:cs="Times New Roman"/>
        </w:rPr>
        <w:t>Melo yu bees-bésal bu benn ku nekk ci ay prezidaŋ yi mooy ne, bu ñu nguuru, dañuy am benn boole bu ñu def ak paap bi nekk ci jamono jooju. Reagan ak John Paul II dañoo bokkoon ci kumpa, bi ñuy daan Sowiyet Yooniyoŋ bi ci atum 1989, ngir matale waxi aaya fukki ak ñent-fukk yi ci Daniel 11. Obama, prezidaŋ bu globalist bu woke, mi nekk ci diggante Reagan ak Trump, dafa bokkoon ci xel ak paap bu woke bi, Francis. Booleb Trump ak paap Leo ubbeeku na ba ñépp gis ko, te ci 2025 Trump ñu ko faloon ngir muy prezidaŋ, te Leo ñu ko faloon ngir muy antikrist. Diggante bu ruu ci seen biir, ci prezidaŋ ak paap, dañu koy teg ci Jezebel ak yonent yi Baal. Diggante bu politig ci prezidaŋ ak paap, dañu koy teg ci Jezebel ak Ahab. Ci beneen walla beneen wone, Jezebel mooy bopp bi.</w:t>
      </w:r>
    </w:p>
    <w:p>
      <w:pPr>
        <w:pStyle w:val="ArticleScripture"/>
        <w:jc w:val="left"/>
      </w:pPr>
      <w:r>
        <w:rPr>
          <w:rFonts w:ascii="Times New Roman" w:hAnsi="Times New Roman" w:eastAsia="Times New Roman" w:cs="Times New Roman"/>
        </w:rPr>
        <w:t>«Bi nu man a gëna jëm ca njàqare yu mujja yi, am solo lool ba déggoo ak benn xel nekk ci biir jumtukaayi Boroom bi. Àddina fees na ak ngelawluub, xare ak juuyoo. Waaye ci suuf benn bopp — doole ju paapal bi — nit ñi dinañu booloo ngir teg seen bëgg-bëgg ci Yàlla ci nit ki di ay seedeem. Mbooloo moomu, ku réy aji-wàññi bi moo ko takka. Bi muy seet a boole ay ndawam ngir xare ak dëgg gi, dina liggéey it ngir xaaj ak tas way taxawaayu dëgg gi. Kiñaan, xalaat yu bon ak kuuyóo, wax lu bon ci nit, mooy yóbbu loolu ngir jur juuyoo ak tasare.» Testimonies, voliyum 7, 182.</w:t>
      </w:r>
    </w:p>
    <w:p>
      <w:pPr>
        <w:pStyle w:val="ArticleScripture"/>
        <w:jc w:val="left"/>
      </w:pPr>
      <w:r>
        <w:rPr>
          <w:rFonts w:ascii="Times New Roman" w:hAnsi="Times New Roman" w:eastAsia="Times New Roman" w:cs="Times New Roman"/>
        </w:rPr>
        <w:t>“Ci jamono yu bonub bàkkaar buy law ci kaw, jàngoro protestaa yi te bàyyi nañu wax ju nekk: ‘Ni Boroom bi waxe,’ dinañu aksi ci ab yoon wu yéeme. Dinañu soppeeku ngir àddina. Ci seeni tàggat ak Yàlla, dinañu seet a def fen ak bàyyikoo Yàlla mu doon yoonu réew mi. Dinañu jëfandikoo kilifay suuf si ngir def yoon yu delloo nguur gu réer ga nit ku bàkkaar gi, mi toog ci kër Yàlla, di won boppam ne mooy Yàlla. Kàdduy Room-Katolik dinañu leen jël di leen aar ci kilifteefu réew mi. Jàkkaarlo gi dëggu Biibël duñu ko muñati dara ci ñi deful yoonu Yàlla muy seeni sàrtu dund.” Review and Herald, 21 Desàmbar 1897.</w:t>
      </w:r>
    </w:p>
    <w:p>
      <w:pPr>
        <w:pStyle w:val="ArticleBody"/>
        <w:jc w:val="left"/>
      </w:pPr>
      <w:r>
        <w:rPr>
          <w:rFonts w:ascii="Times New Roman" w:hAnsi="Times New Roman" w:eastAsia="Times New Roman" w:cs="Times New Roman"/>
        </w:rPr>
        <w:t>Yonent yiif Baal yi daan lekk ca ndabalu Jezabel. Jezabel mooy buur bu jigéen, te yonent yiit ñooy ay yonentam. Ci aaya ñeent-fukk bi ci Daniel fukk ak benn, Reagan feeñ nañu ko ni “wot yu xare” ak “warug fas yi,” te loolu ay misaal la yu dooleb xare; noonu itam ci “gaal yi,” muy misaal bu kàttanug koom-koom. Waaye, ci aaya bi, papaas bi moo di “buur” bu bëj-gànnaar. Ci waxu yonent, Reagan nekkoon na ci suufug Jezabel. Ci jamono jooju, àddina bi yépp dafa màndi gannaaw rab wa, ndaxte Pàppa John Paul II wër na àddina bi gën a barey pàppa yépp. Malachi Martin, mi di bindkat buy Jesuit bu siiw, bind na ci Pàppa John Paul II ci téereem bi tudd Keys of This Blood. Dogalu téere bi mooy ne, ci jamonoy John Paul II ak Reagan, àddina bi nekkoon na ci jàppante ju ñetti wet ngir nootug nguurug àddina, diggante papaas bi, États-Unis ak Union Soviétique. Martin waxoon na ne papaas bi moo di na raw ci jàppante jooju. Benn bokk gu nëbbu gi nekk diggante Reagan ak antikrist bi yégle woon na ne doxalin yi ngir wéral gaaw gi reyoon papaas bi tàmbali nañu, ni ko aaya ñeent-fukk bi ak yi ko topp ci Daniel fukk ak benn misaale. Téereb Martin delloo na waxaat mébét gu yàgg a nekk ci xelug papaas yi, mooy jàpp Protestantsu Amerig. Nangug Reagan ngir tëj ay bëtam ci dëgg bi ne pàppa bi mooy antikrist bi ci waxi yonent yi ci Biibël, ni ko seedeem bopp waxe, dafa sukkandiku ci jëfandikookatam bu juum bu jëm ci teg Union Soviétique muy antikrist bi ci waxi yonent yi ci Biibël.</w:t>
      </w:r>
    </w:p>
    <w:p>
      <w:pPr>
        <w:pStyle w:val="ArticleScripture"/>
        <w:jc w:val="left"/>
      </w:pPr>
      <w:r>
        <w:rPr>
          <w:rFonts w:ascii="Times New Roman" w:hAnsi="Times New Roman" w:eastAsia="Times New Roman" w:cs="Times New Roman"/>
        </w:rPr>
        <w:t>“Ñi am xel ci seen xam-xamu kàddu gi, te gisuñu tekkiinu antikriis, faw dinañu sampu seen bopp ci wetu antikriis.” Kress Collection, 105.</w:t>
      </w:r>
    </w:p>
    <w:p>
      <w:pPr>
        <w:pStyle w:val="ArticleBody"/>
        <w:jc w:val="left"/>
      </w:pPr>
      <w:r>
        <w:rPr>
          <w:rFonts w:ascii="Times New Roman" w:hAnsi="Times New Roman" w:eastAsia="Times New Roman" w:cs="Times New Roman"/>
        </w:rPr>
        <w:t>Reagan mooy jëkk ci juróom-ñaar ñaari président yi ñu xamale ci aaya yu jëkk yi ci Daniel fukk ak benn, te moom itam mooy jëkk ci ñetti président yu bokk ci juróom-ñaar yooyu, ñi am jëfandikoo gu yonent ci ak antikrist bi. Ci njàngat bu mel ni misaal ci ñetti booloo yi Reagan, Obama ak Trump, manees na gis làkku dëgg. Reagan, ndaxte mooy ki jëkk, dafay melal ki mujj, te ay jëfandikoo ak ay méngoo yu bare lool ak yu yéeme dox nañu diggante Reagan ak Trump. Digg-weñ gu ci biir ñetti yoon yi di sampu baat bu Ebrë “dëgg” mooy rébellion, te nguurug Obama mooy benn misaal bu sell ci loolu. 8 Mee 2025, ngir njëkk, ñu tabb nañu ab paap bu jóge Estados-Unis, te booloo bu kumpa bu Reagan dafa àgg ba nekk booloo bu ubbeeku bu Trump. Ci 2025, paap bi ubbi na ci kanam ñépp tabbalug ab paap bu jóge réew mu tedd mi di Estados-Unis, moom mi nekkoon sax jëmukaayu xareem yi li dale 1798. Li desoon rekk ngir waxu Malachi Martin mat mooy yoonu Dibeer bi, foofu booloo bu ñett-feet bu njaay mi, rab wi, ak yonent wu falso bi di amaliku.</w:t>
      </w:r>
    </w:p>
    <w:p>
      <w:pPr>
        <w:pStyle w:val="ArticleScripture"/>
        <w:jc w:val="left"/>
      </w:pPr>
      <w:r>
        <w:rPr>
          <w:rFonts w:ascii="Times New Roman" w:hAnsi="Times New Roman" w:eastAsia="Times New Roman" w:cs="Times New Roman"/>
        </w:rPr>
        <w:t>“Ci digal bi dogal gu jëfandikookat nguurug Paapa bi te mu tegatoo ak yoonu Yàlla, sunu réew dina daggante boppam ba mat ak njubte. Bu Protestantisma yi yóbbóo loxoom ci wàllu xott ba ngir jàpp loxou kàttanu Room, bu mu romb xuru ga ngir jàppante ak Espiritisma, bu ci yëngu-yëngu boobu benn-benn ñatt yooyu, sunu réew weddi bépp pànc yu sàrtam taxawoon ci nguur gu Protestant te di repiblik, te mu sàkkal yoonu lawbeeni ak naxari Paapa, kon dinañu xam ne waxtu jot na ngir liggéey bu yéeme bu Seytaane, te mujj gi jege na.” Testimonies, volume 5, 451.</w:t>
      </w:r>
    </w:p>
    <w:p>
      <w:pPr>
        <w:pStyle w:val="ArticleBody"/>
        <w:jc w:val="left"/>
      </w:pPr>
      <w:r>
        <w:rPr>
          <w:rFonts w:ascii="Times New Roman" w:hAnsi="Times New Roman" w:eastAsia="Times New Roman" w:cs="Times New Roman"/>
        </w:rPr>
        <w:t>Ci 4 Sulet 2026, Trump bëgg na màggal atum “250” at mi, fekk muy taxaw ci diggante njiiitam. Boobu diggante mooy 207 JK, nekk ci diggante xeexu Raphia ak xeexu Panium. Diggante at yooyu fukk ak juróom-ñaari itam, dafay jëfandikoo ngir wone tambaliwaayu fukk ak juróom-ñaari ati Nero, yi di tegtal atum 313, ak sampug bu yokkute bu melokaanu rab ak nguur, muy nataalu gaana gi, te di yóbbu ci yoonu Dibeer bu 321, ak bu aaya fukk ak juróom-benn. Waxtu woowu dafay tàmbali ci 313 ak sëyte diggante penku ak sowwu, bi ñu tegtale ci doom-jàngoro Constantine bu jigéen bu sowwu ak Licinius bu penku. Waxtu wi tambalee ak booloo gu ci sëyte diggante penku ak sowwu, moo jeexee ak tasare walla fase diggante penku ak sowwu. Mandargaal bu diggante mooy yoonu Dibeer bu njëkk.</w:t>
      </w:r>
    </w:p>
    <w:p>
      <w:pPr>
        <w:pStyle w:val="ArticleBody"/>
        <w:jc w:val="left"/>
      </w:pPr>
      <w:r>
        <w:rPr>
          <w:rFonts w:ascii="Times New Roman" w:hAnsi="Times New Roman" w:eastAsia="Times New Roman" w:cs="Times New Roman"/>
        </w:rPr>
        <w:t>Reagan, Obama ak Trump ñu ngi topp ci anam yu yonent, ci ñetti jëfandikoo yi ciy xët yi ñuy wax “xibaar bu baax bu fàww,” te ñoom lañu taxawal ni ñetti malaaka yi ci Apokalips 14. Ci nguurug Obama, miy ñaareelu jëfandikoo bi, amoon na ñaari baab. Francis, baab bi ñuy wax ne dafa “woke,” moo toppoon Joseph Ratzinger (mi gannaaw gi doon Pope Benedict XVI), mi nekkoon njiitu Congregation for the Doctrine of the Faith (CDF) li dalee 25 Nowàmbar 1981 ba ci bés bu ñu ko tànne baab 19 Awril 2005. Ratzinger demisionnaare, te Francis tàmbali nguuram; noonu nag am nañu woon ñaareelug baab yi ci jamonoy nguurug Obama.</w:t>
      </w:r>
    </w:p>
    <w:p>
      <w:pPr>
        <w:pStyle w:val="ArticleBody"/>
        <w:jc w:val="left"/>
      </w:pPr>
      <w:r>
        <w:rPr>
          <w:rFonts w:ascii="Times New Roman" w:hAnsi="Times New Roman" w:eastAsia="Times New Roman" w:cs="Times New Roman"/>
        </w:rPr>
        <w:t>Ñu jiiñ Obama ne dafa amoon benn doxalin bu ñaar cër: góor ak jigéen ak itam góor ak góor, te mooy misaalu yonent bu dëggul bu Amerig protestan bu wacc ci ngëm, fekk mu nekk itam jullit, di diiney Mohammed miy yonent bu dëggul bi itam. Obama dafa doonoon ki doon teewal sistemu politig bu réy bi ci suuf su tedd si — yonent bu dëggul bi ci Peeñu Yàlla fukk ak juróom-benn — waaye yeneeni xalaatam ci politig dafa déggoo woon ak globaliste yi — njiitlu nàcc gi. Ci waxu yonent, Obama dafa mel ni nit ku ñaar xel, ndaxte dafa teewal ñaari diine yu dëggul, ñaari bëgg-bëggu sexe, ak ñaari sistemi politig, te ci jamono nguuram am na woon ñaari antikrist. Muy ci mbirum bëgg-bëggu sexe, taxawal politig walla dëggal ngëm, Obama dafa fattaliku woon ci bépp wàll ngir des ba noppi ci kumpa. Ñenn dañu ko xam ni, “Obama mi dajale nit ñi,” ndax cofam ngir xaajal askanu Amerig ba ñu jàppante seen bopp, te loolu itam feeñ na ci yëfi boppam yu nëbb, yu politig ak yu diine.</w:t>
      </w:r>
    </w:p>
    <w:p>
      <w:pPr>
        <w:pStyle w:val="ArticleBody"/>
        <w:jc w:val="left"/>
      </w:pPr>
      <w:r>
        <w:rPr>
          <w:rFonts w:ascii="Times New Roman" w:hAnsi="Times New Roman" w:eastAsia="Times New Roman" w:cs="Times New Roman"/>
        </w:rPr>
        <w:t>Jëkkëru antikiriis bu njëkk ci nguurug Obama moo doonoon njiitu Congrégation bu njàngaleg dëgg ak ngëm diirub ñent-fukki at ak ñent laata mu nekk baab. Congrégation bu njàngaleg dëgg ak ngëm mooy turu tey ji bu ñu jëkk a tuddoon Biro Inkiisision. Bunt bu xareb jamono Obama méngoo na ak nimero “13,” ci baat bu Ebrë “dëgg,” bi aju ci araf bu njëkk ci alifbe Ebrë (Reagan), araf bu fukki ak ñett (Obama), ak Trump miy araf bu ñaar-fukki ak ñaar. Inkiisision mooy, ci lu wóor, mandargay bunt. Baab Benoît dafa bàyyi gàngunaam jox ko Francis ci atum 2013, bi nguurug schisofreeniku mandargay yonent yu fen yi ci Islaam ak Protestaa yuy dàqu ngëm doon am.</w:t>
      </w:r>
    </w:p>
    <w:p>
      <w:pPr>
        <w:pStyle w:val="ArticleBody"/>
        <w:jc w:val="left"/>
      </w:pPr>
      <w:r>
        <w:rPr>
          <w:rFonts w:ascii="Times New Roman" w:hAnsi="Times New Roman" w:eastAsia="Times New Roman" w:cs="Times New Roman"/>
        </w:rPr>
        <w:t>Ñaareelu ñaareel ci xibaar bu baax bu sax bi mooy nattu gu ñuy gis, te li manees a gis ci diggante Obama ak ñaari paap yi, mooy lëkkaloo bi nekk ci diggante fitna wi Biro Inquisition di tegtal, ak ñàkk bàyyi gu mondialist yi nekk ci màggal ndeyi suuf, ni ko paap bu “woke” bi di tegtale. Diiney Musulmaanam Obama di tegtal merum xeeti àddina yi, mi Islaam indi, ak ñàkk mënug Protestante bu dëddu bi ci matal yëfandikoo wi turu Protestant di tegtal. Protestant dafa war a fippu Room, waaye du sukkandiku mukk ci kanamu Room.</w:t>
      </w:r>
    </w:p>
    <w:p>
      <w:pPr>
        <w:pStyle w:val="ArticleBody"/>
        <w:jc w:val="left"/>
      </w:pPr>
      <w:r>
        <w:rPr>
          <w:rFonts w:ascii="Times New Roman" w:hAnsi="Times New Roman" w:eastAsia="Times New Roman" w:cs="Times New Roman"/>
        </w:rPr>
        <w:t>Ki një ci ñetti paap yi yégle àddina si ne gëm na ne mooy “paap bu baax bi” ci kàdduy yonent bi te dii wan Katolik ci Fatima. John Paul II gëmoon na ne mooy “paap bu baax bi” bu Fatima, kooku mu gëm ne moo di ci mujj nguuru àddina bépp ak yat wu weñ, bu xeex bu ñetti wet yi doxee ba noppi diggante paapas bi, États-Unis ak globalist yi.</w:t>
      </w:r>
    </w:p>
    <w:p>
      <w:pPr>
        <w:pStyle w:val="ArticleBody"/>
        <w:jc w:val="left"/>
      </w:pPr>
      <w:r>
        <w:rPr>
          <w:rFonts w:ascii="Times New Roman" w:hAnsi="Times New Roman" w:eastAsia="Times New Roman" w:cs="Times New Roman"/>
        </w:rPr>
        <w:t>Njiitu nguur gu ci topp day yégle wàllu globalist yu njiitlu jaan ga, merum Islaam mi di yëngal xeeti àddina yi, ak lakkug Protestantism bu apostat ci bañ a nekk ay Protestants. Nguuru Trump gi ñu sampoon ci 2025, dafa méngoo bu leer ak antichrist bi ci 2025. Leerug ñetti boole yi, yu diggante Room ak États-Unis, ubbeeku na ci jaar-jaaru matalug xareb Raphia ak tàmbalig xareb Panium. Seyug nguur yu Licinius ak Constantine ca njàlbéen ga ci fukki at ak juróom-ñaar yi, di misaal booleb 2025.</w:t>
      </w:r>
    </w:p>
    <w:p>
      <w:pPr>
        <w:pStyle w:val="ArticleBody"/>
        <w:jc w:val="left"/>
      </w:pPr>
      <w:r>
        <w:rPr>
          <w:rFonts w:ascii="Times New Roman" w:hAnsi="Times New Roman" w:eastAsia="Times New Roman" w:cs="Times New Roman"/>
        </w:rPr>
        <w:t>Boo ak 2025 mooy léeboon bu fen ci waxu léebu fukki janq yi. Ñëwëg séy bi jëkk a am, te gannaaw loolu am na jamono ju ñuy seet xool bu mujje ci ñaareelu xaaj bu séy bi, fa nga xam ne njàppandikoo gi mat, te bunt bi tëj. Léebu fukki janq yi bu fen bi tambalee na ci 2025, te mat na ci yoonu Dibéer buy ñëw léegi, ci aaya fukk ak juróom-benn ak ñeent-fukk ak benn ci Daniel benn-fukk ak benn. Ci séy bu fen boobu, baay bi mooy Seytaane, góor guy séy bi mooy papas bi, te jabar ji mooy Amerig protestant bi wàññiku. Ci aaya fukk ak ñeent ci Daniel benn-fukk ak benn, sàcc yi ci xeeti Daniel mooy Room, mi saxal gis-gis bi. Bëgg a bañ saxalug William Miller ne Room mooy misaal bi saxal gis-gis bi, dafa yam ak bañ yégleb malaaka bu jëkk bi ak yégleb Yaxya Miy-bóor bi. Bi antikriis bii fi nekk léegi jëlée liggéeyam ci 2025, moo saxal gis-gisu juróom-ñaari prezident yi, te matal aaya fukk ak ñeent bi.</w:t>
      </w:r>
    </w:p>
    <w:p>
      <w:pPr>
        <w:pStyle w:val="ArticleBody"/>
        <w:jc w:val="left"/>
      </w:pPr>
      <w:r>
        <w:rPr>
          <w:rFonts w:ascii="Times New Roman" w:hAnsi="Times New Roman" w:eastAsia="Times New Roman" w:cs="Times New Roman"/>
        </w:rPr>
        <w:t>Léegi nu ngi nekk ci nattu kër yàlla gi; mooy ñaareelu nattu bi jiitu nattu litmus ak ñetteelu nattu bi.</w:t>
      </w:r>
    </w:p>
    <w:p>
      <w:pPr>
        <w:pStyle w:val="ArticleBody"/>
        <w:jc w:val="left"/>
      </w:pPr>
      <w:r>
        <w:rPr>
          <w:rFonts w:ascii="Times New Roman" w:hAnsi="Times New Roman" w:eastAsia="Times New Roman" w:cs="Times New Roman"/>
        </w:rPr>
        <w:t>Dina wéyal danuy kontine ci yëf yii ci artik bi di ñëw.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Limu fukk ak juróom-benn</dc:title>
  <dc:subject>«250» yoon ñetti yoon</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