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Ñaar fukki Ñaari Biir Lim bi</w:t>
      </w:r>
    </w:p>
    <w:p>
      <w:pPr>
        <w:pStyle w:val="ArticleSubtitle"/>
        <w:jc w:val="left"/>
      </w:pPr>
      <w:r>
        <w:rPr>
          <w:rFonts w:ascii="Arial" w:hAnsi="Arial" w:eastAsia="Arial" w:cs="Arial"/>
        </w:rPr>
        <w:t>31 Desambar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Li dale 31 Desàmbar 2023, Gaynde gi bokk ci xeetu Yuda di ubbi ay dëgg yu yonent yiñ tëj woon, ci njëg mu wéral. Njëg boobu manees na ko xam bu yomb, suñu seetaat mbind yi ñu yeesal ci kërgóorug Future for America. Ci weer yi weesu yi, dëgg yiñ ubbi dañoo bari te xóot lool! Njëg boobu du lu tekk rekk; am na njariñ bu mujje ci ko. Toppandoo googu dafay won leer ni am na jëfandikoo bu teg te toppante, bi Almasi bi, ni Gaynde gi bokk ci xeetu Yuda, di matal, bi muy ubbi yenn yégle yu mujj yu nattu, jëm ci kanam kërceek yépp, gannaaw gi ci àddina si. Ci téereb Peeñ mi, Gaynde gi bokk ci xeetu Yuda dafay jël téere biñ tëj ak juróom-ñaari màndarga yu tëj, ba noppi di dindi màndarga yi benn-benn — ci njëg.</w:t>
      </w:r>
    </w:p>
    <w:p>
      <w:pPr>
        <w:pStyle w:val="ArticleHeading"/>
        <w:jc w:val="left"/>
      </w:pPr>
      <w:r>
        <w:rPr>
          <w:rFonts w:ascii="Arial" w:hAnsi="Arial" w:eastAsia="Arial" w:cs="Arial"/>
        </w:rPr>
        <w:t>Dinañu leen feeñal ci seen toftalinu bopp</w:t>
      </w:r>
    </w:p>
    <w:p>
      <w:pPr>
        <w:pStyle w:val="ArticleScripture"/>
        <w:jc w:val="left"/>
      </w:pPr>
      <w:r>
        <w:rPr>
          <w:rFonts w:ascii="Times New Roman" w:hAnsi="Times New Roman" w:eastAsia="Times New Roman" w:cs="Times New Roman"/>
        </w:rPr>
        <w:t>«Gannaaw juróom-ñaari dund yooyu waxee seen baat, ndigël bi dikk na ci Yowaana, ni mu dikkoon ci Danyeel ngir téere bu ndaw bi: “Teyal yeneen yi juróom-ñaari dund ya wax.” Loolu jëm na ci mbir yu ëllëg, yi ñuy feeñal ci seen waxtu ak seen toftale. Danyeel dina taxaw ci wàllam bu mu moom ca mujjug fan yi. Yowaana gis na téere bu ndaw bi gàdduwul. Noonu, kàdduy wax ci yëgle yi Danyeel jotale da ñuy fekk seen barab bu jub ci bataaxalu malaaka bi njëkk, ñaareel bi, ak ñetteel bi, yi war a jox àddina si. Ubbiw téere bu ndaw bi moo doon bataaxal bi jëm ci waxtu.»</w:t>
      </w:r>
    </w:p>
    <w:p>
      <w:pPr>
        <w:pStyle w:val="ArticleScripture"/>
        <w:jc w:val="left"/>
      </w:pPr>
      <w:r>
        <w:rPr>
          <w:rFonts w:ascii="Times New Roman" w:hAnsi="Times New Roman" w:eastAsia="Times New Roman" w:cs="Times New Roman"/>
        </w:rPr>
        <w:t>“Téerey Danyeel ak Peeñ gi benn lañu. Benn ci mooy waxu neb, beneen bi mooy peel; benn mooy téere buñ tëj, beneen bi mooy téere buñ ubbi. Yowaana dégg na kumpay yi dënnax yi wax, waaye ndigal nañu ko mu bañ a bind leen.</w:t>
      </w:r>
    </w:p>
    <w:p>
      <w:pPr>
        <w:pStyle w:val="ArticleScripture"/>
        <w:jc w:val="left"/>
      </w:pPr>
      <w:r>
        <w:rPr>
          <w:rFonts w:ascii="Times New Roman" w:hAnsi="Times New Roman" w:eastAsia="Times New Roman" w:cs="Times New Roman"/>
        </w:rPr>
        <w:t>“Leer gu bees bi Yàlla joxoon Yowaana te feeñ ci juróom-ñaar ñiir yi, mooyoon melokaanu xew-xew yi di am ci suufu yëgle bu njëkk bi ak bu ñaareel bi, yu malaaka yi. Waaye nekkul woon li gën a baax ngir nit ñi xam yooyu mbir, ndax seen ngëm dafa war a jaar ci nattu. Ci tëralinu Yàlla, dëgg yu yéeme te kawe lool nag lañu war a yégle. Yëgleb malaaka bu njëkk bi ak bu ñaareel bi waroon nañu koy yégle; waaye waroonul ñu feeñal beneen leer bala yëgle yooyu di jëfandikoo seen liggéey bu leen jagleeloon. Loolu la misaalil malaaka ma taxaw ak benn tànk ci géej gi, benn tànk ci suuf si, di wax ak ngiñ gu màgg te sell ne waxtu du yàggatiwaat.” The Seventh-day Adventist Bible Commentary, volume 7, 971.</w:t>
      </w:r>
    </w:p>
    <w:p>
      <w:pPr>
        <w:pStyle w:val="ArticleBody"/>
        <w:jc w:val="left"/>
      </w:pPr>
      <w:r>
        <w:rPr>
          <w:rFonts w:ascii="Times New Roman" w:hAnsi="Times New Roman" w:eastAsia="Times New Roman" w:cs="Times New Roman"/>
        </w:rPr>
        <w:t>Revelasioŋ bu mujj “juróom-ñaari dënn-dënn” ubbeeku na gannaaw atum 2023, te mu wone ne “juróom-ñaari dënn-dënn” yi dafa tekki njëkk alfa bu ñàkk yaakaar ba ci mujj omega bu ñàkk yaakaar. Jaanuñu mayoon Yowaana mu faram-fàcce “juróom-ñaari dënn-dënn” yi, ndaxte revelasioŋ bu “juróom-ñaari dënn-dënn” yi nekkuwul benn rekk cëpp bu jaar ci taarix, waaye misaal la woon bu “tëralin bu xew-xew yi” yu amoon ci taarixu Millerite, te dinañu amaat ci fan yu mujj yi. Matug cëpp gi won nañu ko ngir misaalal taarix bi tàmbalee ci 18 Sulet 2020 ba ci sàrtu Dibéer bu jagleel a ñëw. Gaynde gi moo ubbi leer googu ngir mu leer ci kaw taarixu taxawal kër Yàlla gu ñetti-fukk ak ñeent-fukk ak ñeent-junni ñi.</w:t>
      </w:r>
    </w:p>
    <w:p>
      <w:pPr>
        <w:pStyle w:val="ArticleBody"/>
        <w:jc w:val="left"/>
      </w:pPr>
      <w:r>
        <w:rPr>
          <w:rFonts w:ascii="Times New Roman" w:hAnsi="Times New Roman" w:eastAsia="Times New Roman" w:cs="Times New Roman"/>
        </w:rPr>
        <w:t>Ci taarixu Millerite yi, “juróom-ñaari dënn-dënn yi” dafa doon mel ni 1798 ba 1844, bi Millerite yi jébbalee “dëgg-dëgg yu yéeme te gën a xóot.” Bi ñuy doxal liggéey bi ñu leen joxoon, nattoo nañu Millerite yi. Ñoom xamewuñu woon bu baax ndigël bi ñuy yégle, walla taarix bi ñuy matal. Dëgg-dëgg yi ñu yégle woon mooy yi Sister White tekki ne ay “dëgg-dëgg yu gën a xóot,” te waruñoo a xamiku ba kenn, lu dul gannaaw ba yégleb malaaka bu jëkk ak bu ñaareel yi matalee seen liggéey.</w:t>
      </w:r>
    </w:p>
    <w:p>
      <w:pPr>
        <w:pStyle w:val="ArticleBody"/>
        <w:jc w:val="left"/>
      </w:pPr>
      <w:r>
        <w:rPr>
          <w:rFonts w:ascii="Times New Roman" w:hAnsi="Times New Roman" w:eastAsia="Times New Roman" w:cs="Times New Roman"/>
        </w:rPr>
        <w:t>Bu “juróom-ñaari dënn” bu mat sëkk bi amee, yooyu “mbir yu ëllëg” dañu leen di tegtal ci yégle yi ñetti malaaka yi ci Peeñu 14, boole ak téereb Daniyel. Liggéeyu téeméeri junni ak ñent-fukk ak ñent-junni ñaar-fukk ñeent, mi “mbir yu ëllëg” yi ci “juróom-ñaari dënn” di tegtal, mooy boole téereb Daniyel ak ñetti malaaka yi.</w:t>
      </w:r>
    </w:p>
    <w:p>
      <w:pPr>
        <w:pStyle w:val="ArticleScripture"/>
        <w:jc w:val="left"/>
      </w:pPr>
      <w:r>
        <w:rPr>
          <w:rFonts w:ascii="Times New Roman" w:hAnsi="Times New Roman" w:eastAsia="Times New Roman" w:cs="Times New Roman"/>
        </w:rPr>
        <w:t>“Boroom bi ngi nar a mbugal àddina ndax bàkkaaram. Mu ngi nar it a mbugal mboolooy diine yi ndax baña nangu leer gi ak dëgg gi ñu leen jox. Yégle bu mag bi, buy boole yégleb malaaka bu njëkk bi, bu ñaareel bi, ak bu ñetteel bi, war nañu koo jox àddina. Lii mooy doxalin bu taxaw ci sunu liggéey.” The Seventh-day Adventist Bible Commentary, volume 7, 950.</w:t>
      </w:r>
    </w:p>
    <w:p>
      <w:pPr>
        <w:pStyle w:val="ArticleBody"/>
        <w:jc w:val="left"/>
      </w:pPr>
      <w:r>
        <w:rPr>
          <w:rFonts w:ascii="Times New Roman" w:hAnsi="Times New Roman" w:eastAsia="Times New Roman" w:cs="Times New Roman"/>
        </w:rPr>
        <w:t>Li Dale ba 31 Sulet 2023, Ganaar gu gi xeetu Yuda dafa ubbi diirinu dëgg-yu wax ci kanam ci benn “njëriñ” wu wóor.</w:t>
      </w:r>
    </w:p>
    <w:p>
      <w:pPr>
        <w:pStyle w:val="ArticleHeading"/>
        <w:jc w:val="left"/>
      </w:pPr>
      <w:r>
        <w:rPr>
          <w:rFonts w:ascii="Arial" w:hAnsi="Arial" w:eastAsia="Arial" w:cs="Arial"/>
        </w:rPr>
        <w:t>Jaar-jaariy Millérite yi</w:t>
      </w:r>
    </w:p>
    <w:p>
      <w:pPr>
        <w:pStyle w:val="ArticleScripture"/>
        <w:jc w:val="left"/>
      </w:pPr>
      <w:r>
        <w:rPr>
          <w:rFonts w:ascii="Times New Roman" w:hAnsi="Times New Roman" w:eastAsia="Times New Roman" w:cs="Times New Roman"/>
        </w:rPr>
        <w:t>“Am naa ñi fi nekk tey, ñi ci jang yonent yi Daniel ak Yowaana, jot nañu leer gu réy gu jóge ca Yàlla bi, bi ñuy jaar ci suuf si fan yoonent yu musamman ya nekkoon di mat seen toftale ci seen sistem. Yégle nañu nit ña bataaxalu jamono. Dëgg gi leer na bu baax ni jant bi ci diggante bëccëg. Lu xewoon ci taarix, te di won matug yoonent bi ci lu jub, teg nañu ko kanam nit ña, te gisees na ne yoonent bi melokaan la buy nataal ay xew-xew yi, di yóbbu ba ci jeexitalu jaar-jaari àddina sii.” Selected Messages, téere 2, 101, 102.</w:t>
      </w:r>
    </w:p>
    <w:p>
      <w:pPr>
        <w:pStyle w:val="ArticleBody"/>
        <w:jc w:val="left"/>
      </w:pPr>
      <w:r>
        <w:rPr>
          <w:rFonts w:ascii="Times New Roman" w:hAnsi="Times New Roman" w:eastAsia="Times New Roman" w:cs="Times New Roman"/>
        </w:rPr>
        <w:t>“Biðab” bi Kirist di ubbii woon ci yëgle gu Wootee Gudd-Gi dafa tektale “xew-xewi tarih” yu wone “matug yoon yàlla bu jub” buy yóbbu ba ci jeexitalu jamono jégg. Matu yoon yàlla bu jub ci fan yu mujj yi du kàddug yooni wax yu sukkandiku ci waxtu, waaye Palmoni day jëfandikoo ay lim ngir ràññee matug yoon yàlla bu jub yi. Waxtu amatul, te doonte Millerite yi “yébbone nañu yëgleb waxtu” ci seen maas, yëgleb malaaka bu ñetteel bi gëna dëgër “waxtu.”</w:t>
      </w:r>
    </w:p>
    <w:p>
      <w:pPr>
        <w:pStyle w:val="ArticleScripture"/>
        <w:jc w:val="left"/>
      </w:pPr>
      <w:r>
        <w:rPr>
          <w:rFonts w:ascii="Times New Roman" w:hAnsi="Times New Roman" w:eastAsia="Times New Roman" w:cs="Times New Roman"/>
        </w:rPr>
        <w:t>«Boroom bi won na ma ne, ndigalu ñetteelu malaaka mi war na dem, te yégle ko ñi tasaaroo ci doom yi Yàlla; te waru ko ñu takk ci waxtu, ndaxte waxtu du seetluwaayati mukk. Gis naa ne ñenn dañuy am yëngu-yëngu bu dul dëgg, buy jóge ci waare waxtu; te ndigalu ñetteelu malaaka mi am na doole ju gën a kawe waxtu. Gis naa ne ndigal li man na taxaw ci yoonu dëgër bu boppam, te soxlaatu waxtu ngir dëgëral ko, te dina dem ak kàttan gu mag, te dina def liggéeyam, te dees na ko gaawloo ci njub.» Experience and Views, 48.</w:t>
      </w:r>
    </w:p>
    <w:p>
      <w:pPr>
        <w:pStyle w:val="ArticleBody"/>
        <w:jc w:val="left"/>
      </w:pPr>
      <w:r>
        <w:rPr>
          <w:rFonts w:ascii="Times New Roman" w:hAnsi="Times New Roman" w:eastAsia="Times New Roman" w:cs="Times New Roman"/>
        </w:rPr>
        <w:t>“Njàngat” bu jëfandikoo ci ubbiinu dëgg yu yonent yi di wone jaar-jaaru nettali yu yokkute, waaye itam di wone yokkute bu yégle bi. “Njàngat” bu nettali bi tegtal ak itam tànk-yi ci ni Gaynde gu xeetu Yuda di ubbi yégle bi dale ko ca 31 Desàmbar, ñoom ñépp ay mbir yu mucc ngir xam leen. Ci sulet 2023, ab baat ci màndiŋ mi tàmbalee waajal yoon wi ngir ubbiinu 31 Desàmbar 2023. Noonu Gaynde gu xeetu Yuda ubbi Apokalips saar bi njëkk.</w:t>
      </w:r>
    </w:p>
    <w:p>
      <w:pPr>
        <w:pStyle w:val="ArticleHeading"/>
        <w:jc w:val="left"/>
      </w:pPr>
      <w:r>
        <w:rPr>
          <w:rFonts w:ascii="Arial" w:hAnsi="Arial" w:eastAsia="Arial" w:cs="Arial"/>
        </w:rPr>
        <w:t>Amul Dara</w:t>
      </w:r>
    </w:p>
    <w:p>
      <w:pPr>
        <w:pStyle w:val="ArticleScripture"/>
        <w:jc w:val="left"/>
      </w:pPr>
      <w:r>
        <w:rPr>
          <w:rFonts w:ascii="Times New Roman" w:hAnsi="Times New Roman" w:eastAsia="Times New Roman" w:cs="Times New Roman"/>
        </w:rPr>
        <w:t>“Bataaxal yu am solo te ñu joxe leen ci seen toftale ci Kàddug Yàlla bi ñuy wax Révélation, dañoo war a jël bérab bu jëkk ci xel yi nit ñi Yàlla. Amul beneen luñu wara bàyyi mu yëngal sunu xel lépp.” Testimonies, volume 8, 301, 302.</w:t>
      </w:r>
    </w:p>
    <w:p>
      <w:pPr>
        <w:pStyle w:val="ArticleBody"/>
        <w:jc w:val="left"/>
      </w:pPr>
      <w:r>
        <w:rPr>
          <w:rFonts w:ascii="Times New Roman" w:hAnsi="Times New Roman" w:eastAsia="Times New Roman" w:cs="Times New Roman"/>
        </w:rPr>
        <w:t>Mbind yi tambalee yi tàmbalee ci atum 2023 war nañu “jël bérab bu njëkk bi ci xel yi waa Yàlla.”</w:t>
      </w:r>
    </w:p>
    <w:p>
      <w:pPr>
        <w:pStyle w:val="ArticleScripture"/>
        <w:jc w:val="left"/>
      </w:pPr>
      <w:r>
        <w:rPr>
          <w:rFonts w:ascii="Times New Roman" w:hAnsi="Times New Roman" w:eastAsia="Times New Roman" w:cs="Times New Roman"/>
        </w:rPr>
        <w:t>«Lépp lu Yàlla tënk ci jaar-jaari waxu yonent yi ne waroon a mat ci jamono ju weesu, mat na; te lépp lu des te di ñëw ci njëgëmam, dina mat it. Daniel, yonentu Yàlla, taxaw na ci bérabam. Yowaana taxaw na ci bérabam. Ci Kàdduug Peeñ mi, Gaynde gi jóge ci giir gu Yuda ubbi na téereb Daniel ci kanam njàngatkat yi di jàng waxi yonent yi; noonu Daniel mi ngi taxaw ci bérabam. Mu ngi yégle seedeem, maanaam li Boroom bi won ko ci peeñ ci mbir yu mag te tedd yi nu wara xam, nun miy taxaw ci wetu buntug matug yooyu.»</w:t>
      </w:r>
    </w:p>
    <w:p>
      <w:pPr>
        <w:pStyle w:val="ArticleScripture"/>
        <w:jc w:val="left"/>
      </w:pPr>
      <w:r>
        <w:rPr>
          <w:rFonts w:ascii="Times New Roman" w:hAnsi="Times New Roman" w:eastAsia="Times New Roman" w:cs="Times New Roman"/>
        </w:rPr>
        <w:t>«Ci jaar-jaar ak wax ci mbind mi, Kàddu Yàlla dafay wone xeex bu yàgg bi dox diggante dëgg ak njuumte. Xeex boobu dafa sax ci yoonam ba tey. Yëf yi xewoon, dinañu dellu xewat.» Selected Messages, téere 2, 109.</w:t>
      </w:r>
    </w:p>
    <w:p>
      <w:pPr>
        <w:pStyle w:val="ArticleHeading"/>
        <w:jc w:val="left"/>
      </w:pPr>
      <w:r>
        <w:rPr>
          <w:rFonts w:ascii="Arial" w:hAnsi="Arial" w:eastAsia="Arial" w:cs="Arial"/>
        </w:rPr>
        <w:t>Fanweer</w:t>
      </w:r>
    </w:p>
    <w:p>
      <w:pPr>
        <w:pStyle w:val="ArticleBody"/>
        <w:jc w:val="left"/>
      </w:pPr>
      <w:r>
        <w:rPr>
          <w:rFonts w:ascii="Times New Roman" w:hAnsi="Times New Roman" w:eastAsia="Times New Roman" w:cs="Times New Roman"/>
        </w:rPr>
        <w:t>Bataaxalu Daniel fukki ak benn ñent (11:40) dañu ko ubbi te samp ko ci anam wu resmi ci atum 1996. Ñetti fukk ak benn at gannaaw loolu, léebu nettali bu nëbbu bu benn benn aaya boobu mi ngi léegi ubbeeku ci jokkoo ak sampug bataaxalu Yuuxu Guddi gi ci anam wu resmi; bataaxal bu boobu di am ab yégle bu jubaatu ci bittim mbirum Islam, ci jokkoo ak ab yégle bu biir bu jubaatu ci Yuuxu Guddi gi. Bataaxalu Yuuxu Guddi gi dees na ko yégle balaa yoonu Dibéer bu aaya fukk ak juroom-benn bi (16), ndaxte ci yoonu Dibéer la bunt bi tëj ci léeb bi.</w:t>
      </w:r>
    </w:p>
    <w:p>
      <w:pPr>
        <w:pStyle w:val="ArticleHeading"/>
        <w:jc w:val="left"/>
      </w:pPr>
      <w:r>
        <w:rPr>
          <w:rFonts w:ascii="Arial" w:hAnsi="Arial" w:eastAsia="Arial" w:cs="Arial"/>
        </w:rPr>
        <w:t>Piyeer</w:t>
      </w:r>
    </w:p>
    <w:p>
      <w:pPr>
        <w:pStyle w:val="ArticleBody"/>
        <w:jc w:val="left"/>
      </w:pPr>
      <w:r>
        <w:rPr>
          <w:rFonts w:ascii="Times New Roman" w:hAnsi="Times New Roman" w:eastAsia="Times New Roman" w:cs="Times New Roman"/>
        </w:rPr>
        <w:t>Lii tax na Piyeer ci jaar-jaari bind bi ci màndargaatu ñaar-fukki junni ak ñeent-fukki ñeent. Piyeer amoon na benn yégle gu mu waxoon ci néegu kaw ga, ak beneen yégle gu mu waxoon ci kër Yàlla ga. Yégleg néegu kaw ga mooy Yuuxu Digg-biig bu léeb bi; te yégleg kër Yàlla ga mooy yuuxu kawe bi bu ñetteelu malaaka mi. Ngir Piyeer mana yégle yégleg néegu kaw ga, di Yuuxu Digg-biig bi, war nañu jëkk a jubbanti ak sampu yégleem ci anam gu seetlu ak gu taxaw. Jubbanti ak sampu yooyu am nañu ko ci boole benn ci benn sëriñi waxi yonent yi, yi Gaynde gi cosaanu Yuda di wone woon dale ci 31 Desambar 2023.</w:t>
      </w:r>
    </w:p>
    <w:p>
      <w:pPr>
        <w:pStyle w:val="ArticleBody"/>
        <w:jc w:val="left"/>
      </w:pPr>
      <w:r>
        <w:rPr>
          <w:rFonts w:ascii="Times New Roman" w:hAnsi="Times New Roman" w:eastAsia="Times New Roman" w:cs="Times New Roman"/>
        </w:rPr>
        <w:t>Liggéey bi léegi mooy tëral ndigal yi ci yoon bu fés nekk ci xebaaru Yuuxu Gudd gi ci guddi. Tëralin xebaar boobu, William Miller dafa ko misaale ci atum 1831, ak jurnaal bi tudd The Time of the End ci 1996. Jubbanti xebaar bi mi ngi moo jur woon njëkku tiis bi ci 18 Sulet 2020, te loolu misaalees na ko ci ñaari nit ñi, Josiah Litch ak Samuel Snow. Liggéey bi kenn ku nekk ci ñoom defe woon, mooy li “waral” woon “mbir mi mu jur” bi topp ca gannaaw 11 Ut 1840, ak ca gannaawu yokkute weeru juróom-ñaareel wa. Ci 1840, xebaar bi yóbbu nañu ko ba ca bépp kër-misjon ci àddina si, te ci 1844 xebaaru Yuuxu Gudd gi ci guddi dafa dindiwul wetu géeju penku Mbootaayu Amerik ni mbëll mu réy buy daldi wall. Liggéeyu nit ñi “waral” na “mbir mi mu jur,” di tuuru Xelum Yàlla. 1840 demoon na ba àddina si, bi géej gi tegtal, te 1844 demoon na ca Mbootaayu Amerik, mi suuf si tegtal. Misaalu 1840 mooy Almasi mi taxaw ci kaw suuf ak géej ci Peeñu Yowaana fukki fan, te benn saar boobu sax mooy xamle jaar-jaaru 1840 ba 1844, tey wone Almasi mi taxaw ci kaw suuf ak géej.</w:t>
      </w:r>
    </w:p>
    <w:p>
      <w:pPr>
        <w:pStyle w:val="ArticleBody"/>
        <w:jc w:val="left"/>
      </w:pPr>
      <w:r>
        <w:rPr>
          <w:rFonts w:ascii="Times New Roman" w:hAnsi="Times New Roman" w:eastAsia="Times New Roman" w:cs="Times New Roman"/>
        </w:rPr>
        <w:t>Ci at 1840 ak 1844, yaatal ci waxu yonent bi doon na yaatal yu jëm kanam ci jamono, ba ci bés bu mat. Benn ci ñoom doon waxu yonent bu jëm ci Islaam, te beneen bi doon waxu yonent bu jëm ci léebu fukki janq. Benn bi doon lu biti, te beneen bi doon lu biir. Atum 1844 itam ëmb na ab njuumte ci xamadiwug bérab bu sell ba. Ndax bérab bu sell ba mooy suuf si, walla mooy bérab bu sell ba ci asamaan? Xamadiw bi gën na xóot ndax du woon rekk tekkig bérab bu sell ba, ndaxte dafa itam doon teest bu jëm ci ndax bakkan dina topp Kirist ginnaaw mu jóge ci bérab bu sell bi, dem ba ca Bérab Bu Gën A Sell Ba.</w:t>
      </w:r>
    </w:p>
    <w:p>
      <w:pPr>
        <w:pStyle w:val="ArticleScripture"/>
        <w:jc w:val="left"/>
      </w:pPr>
      <w:r>
        <w:rPr>
          <w:rFonts w:ascii="Times New Roman" w:hAnsi="Times New Roman" w:eastAsia="Times New Roman" w:cs="Times New Roman"/>
        </w:rPr>
        <w:t>«Gis naa Baay bi di jóg ci gàngune ga, te ci ab karóos buy taal muy dugg ci Bu Sell bi gën a Sell, bi nekk ci biir sëru ba, te toog fa. Noonu Yeesu itam jóg ci gàngune ga, te li ëpp ci ñi sukkandiku woon jóg ak Moom. Gisuma benn leeru leer gu jóge ci Yeesu jëm ca mbooloo ma wóorul woon dara, gannaaw ba Mu jógée, te ñoom bàyyikuñu leen ci lëndëm gu mat sëkk. Ñi jóg woon ba Yeesu jógée, saxaloon nañu seen bët ci Moom, bi Mu bayyee gàngune ga, te jiite leen tuuti. Noonu Mu yékkati loxoom ndeyjoor, te dégg nanu baatam bu neex buy wax ne: “Xaarleen fii; damay dem ca Sama Baay ngir jot nguur gi; sàmmleen seen yére yu set wecc, te ci benn tuuti dinaa delloogé ca céet ga, ba noppi maa ngi leen di jël ci Sama bopp.” Noonu ab karóos bu niir, buy am wëliis yu mel ni safara su taal, mi malaaka yi wër, ñëw fa Yeesu nekk. Mu dugg ci karóos ga, ñu yóbbu Ko ca Bu Sell bi gën a Sell, fa Baay bi toogoon. Foofa gis naa Yeesu, Saraxalekat bu Mag bu réy, taxaw ci kanam Baay bi. Ca wetu suuf yéreem ga amoon na tólluwaay ak garanat: tólluwaay ak garanat. Ñi jóg ak Yeesu dañuy yéeggal seen ngëm jëm ci Moom ca Bu Sell bi gën a Sell, di ñaan naan: “Sama Baay, may nu Sa Xel.” Noonu Yeesu di leen woofal Xel Mu Sell mi. Ca ngelaw googu amoon na leer, kàttan, ak mbëggeel gu bare, mbégte ak jàmm.»</w:t>
      </w:r>
    </w:p>
    <w:p>
      <w:pPr>
        <w:pStyle w:val="ArticleScripture"/>
        <w:jc w:val="left"/>
      </w:pPr>
      <w:r>
        <w:rPr>
          <w:rFonts w:ascii="Times New Roman" w:hAnsi="Times New Roman" w:eastAsia="Times New Roman" w:cs="Times New Roman"/>
        </w:rPr>
        <w:t>«Damaa dellu ngir xool mbooloo mi mujjoon a sujj ci kanamu gàngune gi; xamuñu woon ne Yeesu bàyyi na ko. Seytaane feeñ na nekk ci wetu gàngune gi, di jéem a yóbbu liggéeyu Yàlla ba ca kanam. Gis naa ñu yëkku seet gàngune gi, te ñaan naan: “Baay bi, jox nu Sa Xel bi.” Noonu Seytaane daldi wol leen ab dooley tasaar bu sellul; ci moom am na leer ak kàttan gu bare, waaye amul mbëggeel mu neex, mbégte ak jàmm. Li Seytaane bëgg mooy a tax ñu nekk ci nax, te dellu ginnaaw ngir nax doomi Yàlla yi.» Early Writings, 55, 56.</w:t>
      </w:r>
    </w:p>
    <w:p>
      <w:pPr>
        <w:pStyle w:val="ArticleBody"/>
        <w:jc w:val="left"/>
      </w:pPr>
      <w:r>
        <w:rPr>
          <w:rFonts w:ascii="Times New Roman" w:hAnsi="Times New Roman" w:eastAsia="Times New Roman" w:cs="Times New Roman"/>
        </w:rPr>
        <w:t>Buur bu sellaloon a ngi ko xamale ni mooy “caabi” bi leeral mboolem jàqle yi ñu jurale ci ñàkk xam-xam bu sellaloon bi. Mooy “caabi” bi leeral naxaru xol ba. Ci fan yu mujj yi, “caabi” bi mooy naxaru xol ba, bi leeral ñàkk xam-xam bu kër Yàlla gi.</w:t>
      </w:r>
    </w:p>
    <w:p>
      <w:pPr>
        <w:pStyle w:val="ArticleBody"/>
        <w:jc w:val="left"/>
      </w:pPr>
      <w:r>
        <w:rPr>
          <w:rFonts w:ascii="Times New Roman" w:hAnsi="Times New Roman" w:eastAsia="Times New Roman" w:cs="Times New Roman"/>
        </w:rPr>
        <w:t>Li dale 22 Oktoobar 1844, “waxtu amulati,” te njuumte ga ci njeexital 18 Sulet 2020 war na ñu léppatal ko léegi, waaye du ci mbirum waxtu, ndaxte waxtu amulati.</w:t>
      </w:r>
    </w:p>
    <w:p>
      <w:pPr>
        <w:pStyle w:val="ArticleScripture"/>
        <w:jc w:val="left"/>
      </w:pPr>
      <w:r>
        <w:rPr>
          <w:rFonts w:ascii="Times New Roman" w:hAnsi="Times New Roman" w:eastAsia="Times New Roman" w:cs="Times New Roman"/>
        </w:rPr>
        <w:t>Te malaaka maa ma gis taxaw ci kaw géej gi ak ci suuf si, yékkati na loxoom jëm asamaan, te giñ ci Kooku dund ba fàww ak ba fàww, Mi bind asamaan ak li nekk ci biiram, ak suuf si ak li nekk ci biiram, ak géej gi ak li nekk ci biiram, ne waxtu du yàggatul: Waaye ci fan yi baatu juróom-ñaareel malaaka ma di tàmbali di liit, kumpu Yàlla dina mat, ni ko mu yégle woon ay jaamam yonent yi. Peeñu Yuhanna 10:5–7.</w:t>
      </w:r>
    </w:p>
    <w:p>
      <w:pPr>
        <w:pStyle w:val="ArticleBody"/>
        <w:jc w:val="left"/>
      </w:pPr>
      <w:r>
        <w:rPr>
          <w:rFonts w:ascii="Times New Roman" w:hAnsi="Times New Roman" w:eastAsia="Times New Roman" w:cs="Times New Roman"/>
        </w:rPr>
        <w:t>Bérab yu war a ñu wara yéppal mooy Nashville, Tennessee, te bérab boobu mënul a soppeeku, ndax dees na ko xamle du ci Future for America, waaye ci Ellen White, te Xel mu Yees wax ci Kàddug Yàlla masul a juum.</w:t>
      </w:r>
    </w:p>
    <w:p>
      <w:pPr>
        <w:pStyle w:val="ArticleScripture"/>
        <w:jc w:val="left"/>
      </w:pPr>
      <w:r>
        <w:rPr>
          <w:rFonts w:ascii="Times New Roman" w:hAnsi="Times New Roman" w:eastAsia="Times New Roman" w:cs="Times New Roman"/>
        </w:rPr>
        <w:t>«Ba ma nekkoon Nashville, daa maa doon wax ak nit ña, te ci guddi ga, am na woon benn rëbbu safara bu réy lool, mu jóge ci asamaan yépp, daldi wàcci te toog ci Nashville. Safara yaa ngi génn ci moom ni suuf yuy daw; kër yaa ngi lakk, kër yaa ngi di yëngatu te daanu. Yenn sunu nit ñaa ngi doon taxaw fa. “Lii mooy la nu yaakaaroon rekk,” lañu wax, “yaakaaroon na nu lii.” Ñeneen ñaa ngi doon tàllal seen loxo ci metit, di jooyel Yàlla ngir yërmande. “Yow xam nga ko,” lañu wax, “xam nga ne lii dina ñëw, te waxoowoo benn baat ngir waare nu!” Mel na ni dañuy bëgga xàccaat leen ngir xalaat ne mënuloonu leen wax mbaa jox leen benn artu sax.» Manuscript 188, 1905.</w:t>
      </w:r>
    </w:p>
    <w:p>
      <w:pPr>
        <w:pStyle w:val="ArticleBody"/>
        <w:jc w:val="left"/>
      </w:pPr>
      <w:r>
        <w:rPr>
          <w:rFonts w:ascii="Times New Roman" w:hAnsi="Times New Roman" w:eastAsia="Times New Roman" w:cs="Times New Roman"/>
        </w:rPr>
        <w:t>Mbir mi ëmb ci bólé yi ci kaw Nashville mooy ne mu fésal ne Adventis yi juróom-ñaar fan yu mujj yi Laodice moom dañoo xamoon yéglebinu artu Nashville bi, waaye ñu noppi. Lii mooy taxawaayu jamono ci jaar-jaaru waxu yonent bi, fa “rus” walla “mbégte” bu yéglebinu Yuuxu Diggante Guddi bi di feeñ. Lii mooy saxab ba ñi war a nekk bënd bi tàmbalee yékku ngir seetlu leen ci wuuteg ak ña, ci jamono jooju, ñi nit ñi ci àddina bi di rusloo, ndaxte ñoom dañoo sonn te mer ne Adventis yi juróom-ñaar fan yu mujj yi Laodice joxewul artu Nashville. Benn wuuteg wu yonent bii lañu ko tekkoon ci Tundu Karmel diggante Eliya ak yonent yi Baal, ak itam ci jaar-jaaru malaaka ñaareel bi ci nettali Millerite, ba Protestaŋ yi soppeeku ba nekk Protestaŋ yu ngànt te tàmbali seen wàllu yonent wu dëggul wi, daldi nekk doom yu jigéen yi Room. Ci atum 1989, bëj-góor gu politig gi jaarale ko ci Reagan def na woon benn la, waaye Reagan nekkul doom yu jigéen yi Room; mu nekk Ahab ak Clovis ki njëkk, soppe yi Room.</w:t>
      </w:r>
    </w:p>
    <w:p>
      <w:pPr>
        <w:pStyle w:val="ArticleScripture"/>
        <w:jc w:val="left"/>
      </w:pPr>
      <w:r>
        <w:rPr>
          <w:rFonts w:ascii="Times New Roman" w:hAnsi="Times New Roman" w:eastAsia="Times New Roman" w:cs="Times New Roman"/>
        </w:rPr>
        <w:t>«Ñu ma wonna benn gis-gis. Moo doon guddi gu jiitu Bésub Noflaay. Foofa la ñu ma wonee loolu. Xool naa ci buntub palanteer bi, te amoon na benn rëdd gu mag lool buy tàkk, gu jóge asamaan, te mu daanu fa ñuy tabax ay kër yu am ay kolon, rawatina kolon yi lañu ma feeñal. Te meloon ni rëdd ga dikk na ba ci yoon wi ngir dóor kër ga ba tas ko, te ñoom gis ne muy laloo, laloo, yaatu di gëna yaatu, te ñu tàmbalee yuuxu ak jooy, di jooyaat, di xacc seen loxo; te xalaat naa ne am na ñenn ci sunuy nit ñu taxaw fa, di wax ne: “Waaw, loolu rekk la nu doon seentu; loolu rekk la nu doon wax; loolu rekk la nu doon wax.” “Yeen xamoon ngeen ko?” la nit ña wax. “Xamoon ngeen ko, te musu ngeen nu ko wax?” Xalaat naa ne metit bu tar a ngi woon ci seen kanam, metit bu tar ci seenu melokaan.» Manuscript 152; 1904.</w:t>
      </w:r>
    </w:p>
    <w:p>
      <w:pPr>
        <w:pStyle w:val="ArticleBody"/>
        <w:jc w:val="left"/>
      </w:pPr>
      <w:r>
        <w:rPr>
          <w:rFonts w:ascii="Times New Roman" w:hAnsi="Times New Roman" w:eastAsia="Times New Roman" w:cs="Times New Roman"/>
        </w:rPr>
        <w:t>Yàqu bu 18 Sulet 2020 mooy “caabi” bi ñuy xàmmee kër Yàlla gi war a yékkat ngir doon ràññeef. Wuuteg ñaari xeet yu Adventist yi mooy benn mbir bu mag ci waxi yonent yi ci Biibël bi. Yeremi dafa bañ a booloo ak “mbooloom ñiy ñaawal,” te jàngu Smurna ak Filadelfi ñooñu ñaar ñépp ñuñu leen wuutale ak jàngug Seytaane, ñiy wax ne Yawut lañu, waaye duñu ko woon. Wuuteg ñaari xeet yu Adventist yi di wax ne ñooy Adventist, dañuy ko wone ci yoonu njàng mi ñuy jëfandikoo ngir seet Biibël bi. Mooy wuuteg diggante njàng mu dëgg ak “njàng mu kawe, bi ñuy wax ne mooy njàng mu kawe,” ni ko Jigéen-jaangalekat White waxe.</w:t>
      </w:r>
    </w:p>
    <w:p>
      <w:pPr>
        <w:pStyle w:val="ArticleBody"/>
        <w:jc w:val="left"/>
      </w:pPr>
      <w:r>
        <w:rPr>
          <w:rFonts w:ascii="Times New Roman" w:hAnsi="Times New Roman" w:eastAsia="Times New Roman" w:cs="Times New Roman"/>
        </w:rPr>
        <w:t>Nashville ñu xam ko ni moo di “Athènes bu Bëj-gànnaar gi,” te tabax bu gën a siiw bi di wone Gres ci Nashville mooy Parthenon bi nekk ci Centennial Park, bi ñu tabaxoon ci atum 1897 ngir mu nekk benn royukaayu matale bu tollook Parthenon bu Gres gu yàgg ga. Ñu tabax ko ngir màggal téeméeri at yi Tennessee duggé ci nguurug state ci atum 1796, te xalaat bi nekkoon mooy ne, gannaaw màggal ga, dañu koy yàq. Waaye, ci atum 1903, suuf sa ñu soppi ko mu doon park, te Parthenon bi ñu delloo ko tabax bu sax diggante atum 1920 ak 1931.</w:t>
      </w:r>
    </w:p>
    <w:p>
      <w:pPr>
        <w:pStyle w:val="ArticleBody"/>
        <w:jc w:val="left"/>
      </w:pPr>
      <w:r>
        <w:rPr>
          <w:rFonts w:ascii="Times New Roman" w:hAnsi="Times New Roman" w:eastAsia="Times New Roman" w:cs="Times New Roman"/>
        </w:rPr>
        <w:t>Tur “Parthenon” jóge ci baat gu Gereg bi ñuy waxe parthénos, te mu tekki “janq” walla “ndaw jigéen”, di jëme ci Athena ci meloom bu dul laal, bu am xel mu tar, te di yàqute, muy yàlla ju jëfandikook xam-xam, pexe, ay far, liggéey yu loxo, ak sosete. Ñu tabax ko diggante at 447 ak 432 laata Aji Kirist feeñ, ci kaw Acropolis bi nekk Athens, te mu daldi dalal benn rëy nataalu Athena bu ñu defare woon ak wurus ak ñey (chryselephantine), mi escultor Phidias bind—ci lu mat a wax, di taxawaay ni kërëm walla dëkkandoom buy ànd ak yàlla, fa ñu doon gëm ne mungi dëkk.</w:t>
      </w:r>
    </w:p>
    <w:p>
      <w:pPr>
        <w:pStyle w:val="ArticleBody"/>
        <w:jc w:val="left"/>
      </w:pPr>
      <w:r>
        <w:rPr>
          <w:rFonts w:ascii="Times New Roman" w:hAnsi="Times New Roman" w:eastAsia="Times New Roman" w:cs="Times New Roman"/>
        </w:rPr>
        <w:t>Xibaaru njàng mi ci réew yu sowwu yi, ci li muy dooleel xam-xam yu yaatu, seetlu gu xóot ak xel mu wóor, waajal nit ñi ngir dund gu bokk ci askan wi, ak taxawaayu liberal arts, ci dëgg-dëgg mooy lu affe ak philosophie ak jëf yu Gereg ya ca jamono jii weesu. Su fekkee ne amuloon Academy bu Plato, wala Lyceum bu Aristotle, wala paideia bu Athènes, njàng mu bees mi nu ko xam tey, dina mel ni lu wuute lool.</w:t>
      </w:r>
    </w:p>
    <w:p>
      <w:pPr>
        <w:pStyle w:val="ArticleBody"/>
        <w:jc w:val="left"/>
      </w:pPr>
      <w:r>
        <w:rPr>
          <w:rFonts w:ascii="Times New Roman" w:hAnsi="Times New Roman" w:eastAsia="Times New Roman" w:cs="Times New Roman"/>
        </w:rPr>
        <w:t>Ci atum 1904, ñu sos Mbindum Madison juróom-ñentiy mile di weesu Nashville. Ellen White nekkoon kenn ci ñi njëkk a nekk ci kuréelu yore jiiru Mbindum Madison bu njëkk ba (mi tuddoon ci anam yu resmi Nashville Agricultural and Normal Institute, te gannaaw gi ñu xamee ko ni Madison College). Moom dafa doon itam kenn ci ñi njëkk a nekk ci kuréelu njiit yi dès ba ñu ko tambalee ci atum 1904. Mu des ci kuréel ga ba lu tollu ci atum 1914 (mooy at mi jiitu dee gi amoon ci moom ci 1915).</w:t>
      </w:r>
    </w:p>
    <w:p>
      <w:pPr>
        <w:pStyle w:val="ArticleBody"/>
        <w:jc w:val="left"/>
      </w:pPr>
      <w:r>
        <w:rPr>
          <w:rFonts w:ascii="Times New Roman" w:hAnsi="Times New Roman" w:eastAsia="Times New Roman" w:cs="Times New Roman"/>
        </w:rPr>
        <w:t>Lii mooy benn kolees wala benn kuréelu instituwaaŋ bu mu mas a nanguwoon a dugg ci moom walla a liggéey ci kawam. Teey na boppam ci ni muy jël ay yëf yu mel ni yii ci yeneen mboolooy Adventiste yi, waaye def na ci Madison ndax déggoo na ak ay ndigalam ci mbirum njàng mi (mu aju ci doxal boppam, mu sukkandiku ci bey, mu jéem ci waare misiyoŋ, di jëfandikoo Biibël bi, liggéeyu loxo, ak waajal gu jariñ ngir liggéey ci Déeddu ak fu ko gën a yaa). Baat yi jóge Nashville yu Sister White waxoon ñëw nañu ci 1904 ak 1905, moom la jamono ji njëkk School bu Madison doon tàmbali, te itam woneb Parthenon bi dañuy soppi ko ngir mu nekk yëf wu sax ci permanent park. Nataalu njàngum Gereg ak njàngum asamaan, ñoom ñaar ñuy màndarga seen tàmbali ci benn jamono bu gàtt lool, te moom la itam jamono ji ñu joxe woon ay peeñu fireballs yu Nashville.</w:t>
      </w:r>
    </w:p>
    <w:p>
      <w:pPr>
        <w:pStyle w:val="ArticleScripture"/>
        <w:jc w:val="left"/>
      </w:pPr>
      <w:r>
        <w:rPr>
          <w:rFonts w:ascii="Times New Roman" w:hAnsi="Times New Roman" w:eastAsia="Times New Roman" w:cs="Times New Roman"/>
        </w:rPr>
        <w:t>“Gudi guddi, am na ma wonnaa benn xew-xew bu ñu ma won. Amaana du ma mas a dund ag yéene ngir feeñal lépp li ci nekk, waaye dinaa feeñal tuuti ci.”</w:t>
      </w:r>
    </w:p>
    <w:p>
      <w:pPr>
        <w:pStyle w:val="ArticleScripture"/>
        <w:jc w:val="left"/>
      </w:pPr>
      <w:r>
        <w:rPr>
          <w:rFonts w:ascii="Times New Roman" w:hAnsi="Times New Roman" w:eastAsia="Times New Roman" w:cs="Times New Roman"/>
        </w:rPr>
        <w:t>“Dafa mel ni ab mbooloo bu réy buy tàkk jóg wàccsi ci kaw àddina bi, daldi tas kër yu mag yi. Fu nekk, ay jooy ak xaacu di yéeg naan: ‘Boroom bi agsi na! Boroom bi agsi na!’ Ñu bare nekkuñu woon waajal ngir dajeek moom, waaye amoon na ñu néew ñuy wax naan: ‘Sant Yàlla!’”</w:t>
      </w:r>
    </w:p>
    <w:p>
      <w:pPr>
        <w:pStyle w:val="ArticleScripture"/>
        <w:jc w:val="left"/>
      </w:pPr>
      <w:r>
        <w:rPr>
          <w:rFonts w:ascii="Times New Roman" w:hAnsi="Times New Roman" w:eastAsia="Times New Roman" w:cs="Times New Roman"/>
        </w:rPr>
        <w:t>« “Lu tax ngeen di màggal Boroom bi?” la ñi gaaw a teg alag gu tëj ci seen kaw laaj. »</w:t>
      </w:r>
    </w:p>
    <w:p>
      <w:pPr>
        <w:pStyle w:val="ArticleScripture"/>
        <w:jc w:val="left"/>
      </w:pPr>
      <w:r>
        <w:rPr>
          <w:rFonts w:ascii="Times New Roman" w:hAnsi="Times New Roman" w:eastAsia="Times New Roman" w:cs="Times New Roman"/>
        </w:rPr>
        <w:t>«Ndaxte léegi gis nañu li nu doon seet.»</w:t>
      </w:r>
    </w:p>
    <w:p>
      <w:pPr>
        <w:pStyle w:val="ArticleScripture"/>
        <w:jc w:val="left"/>
      </w:pPr>
      <w:r>
        <w:rPr>
          <w:rFonts w:ascii="Times New Roman" w:hAnsi="Times New Roman" w:eastAsia="Times New Roman" w:cs="Times New Roman"/>
        </w:rPr>
        <w:t>“‘Bu ngeen gëmoon ne yëf yii dinañu ñëw, lu tax waxuleen nu ko?’ loolu moo doon tontu bu tiisoon lool. ‘Xamunu woon dara ci yëf yii. Lu tax bàyyi ngeen nu ci ñàkk xam-xam? Yoon ak yoon gis ngeen nu; lu tax xamantewuleen ak nun te wax nu atte biy ñëw, ak ne war nañu jaamu Yàlla, ngir bañ a sànku? Léegi, réer nanu!’” Manuscript 102, 1904.</w:t>
      </w:r>
    </w:p>
    <w:p>
      <w:pPr>
        <w:pStyle w:val="ArticleBody"/>
        <w:jc w:val="left"/>
      </w:pPr>
      <w:r>
        <w:rPr>
          <w:rFonts w:ascii="Times New Roman" w:hAnsi="Times New Roman" w:eastAsia="Times New Roman" w:cs="Times New Roman"/>
        </w:rPr>
        <w:t>Tekki bi ñu waxee ci yégle yi Nashville, dafa tëjjeeku ci bérab gu aju ci suuf, waaye ñu ko boole ak taxawaayu ruu ci jàngu gu dëgg walla gu dul dëgg. Jàngu ju wara waajal ruu ngir muy waa kër ga nekk ci asamaan walla ci suuf. Amul benn wax ci Islam ci ay peeñu Sister White yu Nashville, kon lan moo man a nekk ndigël walla sabab ngir taqale Islam ak peeñu ay balu safara yi ci Nashville? Naka la njubbanteg yégle Nashville bu atum 2020 mën a méngoo ak liggéeyu Josiah Litch ak Samuel Snow? Seeni njubbante dafa amoon ba ñu xam ne benn seede ba leen yonnee woon ci jëkk ba ngir yëgle bu njëkk bi, mooy itam seede bi taxawaloon yëgle bu ñu njubbal.</w:t>
      </w:r>
    </w:p>
    <w:p>
      <w:pPr>
        <w:pStyle w:val="ArticleBody"/>
        <w:jc w:val="left"/>
      </w:pPr>
      <w:r>
        <w:rPr>
          <w:rFonts w:ascii="Times New Roman" w:hAnsi="Times New Roman" w:eastAsia="Times New Roman" w:cs="Times New Roman"/>
        </w:rPr>
        <w:t>Layu-Islaam bi ñu tabaxoon seedeem dafa njëkk a am yàgg lool bala ñu ko boole ak yégleb waare bu Nashville. Baatu-Islaam bi dafa lëkkalook yégleb malaaka bu ñetteel bi ci yoon wu jub. Dëgg bi mi ngi leer ci kaw juróom-benn seede yu njàngum xel mu sell yi. Waare bu malaaka bu ñetteel bi diir na waare ci mbirum màndarga buurub bëj-gànnaar bi ak sañ-sañam, te waarey-Islaam bi mi ngi tegtal ci waareb doomi penku yi.</w:t>
      </w:r>
    </w:p>
    <w:p>
      <w:pPr>
        <w:pStyle w:val="ArticleScripture"/>
        <w:jc w:val="left"/>
      </w:pPr>
      <w:r>
        <w:rPr>
          <w:rFonts w:ascii="Times New Roman" w:hAnsi="Times New Roman" w:eastAsia="Times New Roman" w:cs="Times New Roman"/>
        </w:rPr>
        <w:t>Waaye xibaar yu jóge penku ak bërëb gu bëj-gànnaar dinañu ko jaxasoo; moo tax dina génn ak mer mu réy ngir alag, te ngir far ba fàww nit ñu bare. Daniel 11:44.</w:t>
      </w:r>
    </w:p>
    <w:p>
      <w:pPr>
        <w:pStyle w:val="ArticleBody"/>
        <w:jc w:val="left"/>
      </w:pPr>
      <w:r>
        <w:rPr>
          <w:rFonts w:ascii="Times New Roman" w:hAnsi="Times New Roman" w:eastAsia="Times New Roman" w:cs="Times New Roman"/>
        </w:rPr>
        <w:t>Ñetteelu malaaka moo agsi ci taarix bi bésub 22 Oktoobar 1844, ba bi trompet bu juróom-ñaareel ba tàmbalee riir. Trompet bu juróom-ñaareel boobu mooy itam ñetteelu ay. Islam moo ko moom. Bunt bi amoon ci 1863 taxul ba riiru trompet bu juróom-ñaareel ba noppi, ba keroog 9/11, ba ñetteelu malaaka moo wàcce ci Peeñu gi, Saar wi fukki juróom-ñeent, bi kër yu mag yi nekk New York daanuwee ndax laalug kàttanu Yàlla.</w:t>
      </w:r>
    </w:p>
    <w:p>
      <w:pPr>
        <w:pStyle w:val="ArticleBody"/>
        <w:jc w:val="left"/>
      </w:pPr>
      <w:r>
        <w:rPr>
          <w:rFonts w:ascii="Times New Roman" w:hAnsi="Times New Roman" w:eastAsia="Times New Roman" w:cs="Times New Roman"/>
        </w:rPr>
        <w:t>9/11 moo doon alfa walla tambali jamonoy tëj gi la woon, te moo jeex ci omega walla mujjug tëju nit ñi ñaari téeméer ak ñeent-fukk ak ñeent-junni ci yoonu Dibéer bu dëgër bi di ñëw léegi.</w:t>
      </w:r>
    </w:p>
    <w:p>
      <w:pPr>
        <w:pStyle w:val="ArticleBody"/>
        <w:jc w:val="left"/>
      </w:pPr>
      <w:r>
        <w:rPr>
          <w:rFonts w:ascii="Times New Roman" w:hAnsi="Times New Roman" w:eastAsia="Times New Roman" w:cs="Times New Roman"/>
        </w:rPr>
        <w:t>9/11 mooy alfa bu waxtu nattu nataalu rab wi ci États-Unis, te mu jeex ci omega bu waxtu nattu nataalu rab wi ci États-Unis, bi di am suñu saxal màndarga rab wi ci États-Unis.</w:t>
      </w:r>
    </w:p>
    <w:p>
      <w:pPr>
        <w:pStyle w:val="ArticleBody"/>
        <w:jc w:val="left"/>
      </w:pPr>
      <w:r>
        <w:rPr>
          <w:rFonts w:ascii="Times New Roman" w:hAnsi="Times New Roman" w:eastAsia="Times New Roman" w:cs="Times New Roman"/>
        </w:rPr>
        <w:t>9/11 mooy alfa walla njàlbéenu àtteb ñi dund ci kaw rabu suuf bi, boole ci ko ay xañam yu Républicain ak Protestant, te mu jeex ci yoonu dundub dibeer bu bëgg-a ñëw.</w:t>
      </w:r>
    </w:p>
    <w:p>
      <w:pPr>
        <w:pStyle w:val="ArticleBody"/>
        <w:jc w:val="left"/>
      </w:pPr>
      <w:r>
        <w:rPr>
          <w:rFonts w:ascii="Times New Roman" w:hAnsi="Times New Roman" w:eastAsia="Times New Roman" w:cs="Times New Roman"/>
        </w:rPr>
        <w:t>9/11 mooy alfa bu nekk ci “bësu waajalug Boroom bi,” te mu jeex ci nattu bi ci mbiru bësu Noflay Boroom bi.</w:t>
      </w:r>
    </w:p>
    <w:p>
      <w:pPr>
        <w:pStyle w:val="ArticleBody"/>
        <w:jc w:val="left"/>
      </w:pPr>
      <w:r>
        <w:rPr>
          <w:rFonts w:ascii="Times New Roman" w:hAnsi="Times New Roman" w:eastAsia="Times New Roman" w:cs="Times New Roman"/>
        </w:rPr>
        <w:t>9/11 mooy alfa bu tabax kër Yàlla ji, te mi ngi mel ni doj wu njëkk wi ñu tënk ci fondaasiyoŋ bi; loolu di jeex bu omeega, maanaam doj wu mujj wi, ñu ko teg ci kaw kër Yàlla gi.</w:t>
      </w:r>
    </w:p>
    <w:p>
      <w:pPr>
        <w:pStyle w:val="ArticleBody"/>
        <w:jc w:val="left"/>
      </w:pPr>
      <w:r>
        <w:rPr>
          <w:rFonts w:ascii="Times New Roman" w:hAnsi="Times New Roman" w:eastAsia="Times New Roman" w:cs="Times New Roman"/>
        </w:rPr>
        <w:t>9/11 mooy alfa bu ñetteelu ay ci Réewum Etazuni, te mu jeex ci suuf-sànni bi nekk ci Peeñug Yàlla fukk ak benn, muy yoonu Dibeer bu di ñëw lu gaaw. Ca suuf-sànni boobu la ñetteelu ay di ñëw bu gaaw. Jaar-jaaru ay bolle yu tàkk ci Nashville am na balaa màndargay jébbalu gi tëje ci yoonu Dibeer, fekk waxiinug ñiy daan Adventiste yi ci Laodise te di wax ne: “Léegi, sànku nanu.”</w:t>
      </w:r>
    </w:p>
    <w:p>
      <w:pPr>
        <w:pStyle w:val="ArticleBody"/>
        <w:jc w:val="left"/>
      </w:pPr>
      <w:r>
        <w:rPr>
          <w:rFonts w:ascii="Times New Roman" w:hAnsi="Times New Roman" w:eastAsia="Times New Roman" w:cs="Times New Roman"/>
        </w:rPr>
        <w:t>Téere Yowel ak njëllëmteemam ci Pentekot dafa wone weranteb yégleb Yuuxu Digg-Bi, ba ci benn kuréel ñi mënuñu xam yokkute xam-xam di jiiñ ñi ko xam ne da ñàkk sago. Jëfandikoo ak jëfandikoo bu ci diggante naanakat yi Efrayim ak boroom xel yi, mooy mbir mi kàddu Yàlla gu yonent bi faral di jëfandikoo. Benn cër ci dëgg mooy ne yégle bi dafay am ñaari jéego, ni Piyeer wone ko ci néegu kaw ga, te gannaaw loolu ci kër Yàlla ga. Te it dees na ko tegtal ci àtte mi tàmbalee ci kër Yàlla, te gannaaw gi mu topp ñi nekk biti kër Yàlla. Njëgute àtte bi itam dees na ko tegtal ci ñaari baat yi nekk ci Peeñu 18, fu baat bu njëkk bi di 9/11 ba ci sàrtu Dibéer, te gannaaw loolu ñaareelu baat bu nekk ci saar 4 mooy màndargaal sàrtu Dibéer. Sëral gi nekk ci diggante yégleb yonent bu dëgg ak bu dëggul ci taw gu mujj ga, itam Eliya moo ko wone, mi Malasi tudde ne dina dellusi tuuti laata xeetu yërmandey Yàlla tëj.</w:t>
      </w:r>
    </w:p>
    <w:p>
      <w:pPr>
        <w:pStyle w:val="ArticleBody"/>
        <w:jc w:val="left"/>
      </w:pPr>
      <w:r>
        <w:rPr>
          <w:rFonts w:ascii="Times New Roman" w:hAnsi="Times New Roman" w:eastAsia="Times New Roman" w:cs="Times New Roman"/>
        </w:rPr>
        <w:t>Nataal yi ci nit ñi am xel ak ñi amul xel ci tundu Karmel mooy “Iliyaas mi am xel” ak yonent yi ñuul yu Baal yi amul xel. Iliyaas mooy Piyeer, te yonent yu Baal yi mooy naan-kat yi Efrayim. Bu naan-kat yu amul xel ya feeñee ne ñooy yonent yu falso yu Baal, jaarale ko ci tuurug safara; su ñu ko defee, mbooloo mi tontu ci mujj ne, “Boroom bi mooy Yàlla.” Mbooloom Adwentist yi ci jamono Laodise ñu feeñu noonu, ci matug yeneen wax yi ñu waxoon ci Nashville. Ñi nekk ci biti Adwentism bi, te ñu xàmmi ci kaw loolu ne ñi amul xel ya ñoo amul kóllëre, ñu dugg ci yëg-yëgu xel, waaye seen waxtu nattu xéy naagul. Nataal wi ci feeñug ñi am xel ak ñi amul xel, yu jigéen yu sell yi diiru, te bataaxal waare wa Nashville di ko tegtal, mooy benn màndarga-yoon ci matug mujj, mat gu mat sëkk, ci léebu fukki jigéen yu sell ya.</w:t>
      </w:r>
    </w:p>
    <w:p>
      <w:pPr>
        <w:pStyle w:val="ArticleBody"/>
        <w:jc w:val="left"/>
      </w:pPr>
      <w:r>
        <w:rPr>
          <w:rFonts w:ascii="Times New Roman" w:hAnsi="Times New Roman" w:eastAsia="Times New Roman" w:cs="Times New Roman"/>
        </w:rPr>
        <w:t>Yépp gi 18 Sulet 2020 mooy jiite wax ji war a jubbanti, ak feeñug ñi nekk ci biir Adventisme te am nañu diwlin bi, ak ñi ko amul. Kon nag, ñi ñàkkoon waxu diwlin wi di artu Nashville, dañuy leen jàppale ak ñi moom am nañu diwlin bi. Ci ñaari mbooloo yii di ñi am walla ñi amul diwlinu yégle bi, am na benn mbooloo bu jaaroon ci benn yépp gu mel ni yépp gëna njëkk ci jaar-jaaru Millerite yi, waaye beneen bi amul xexperience boobu. Su amul yépp ga Millerite yi doon misaalal, amul jubbanti bu war a am ci benn wax-u-jëme bu lajj. Dëgg bi ne wax-u-jëme Nashville bu 2020 doon jox tànk ci Islam, méngoo na ak benn cër ci benn yégle bu lajj te war a jubbanti.</w:t>
      </w:r>
    </w:p>
    <w:p>
      <w:pPr>
        <w:pStyle w:val="ArticleBody"/>
        <w:jc w:val="left"/>
      </w:pPr>
      <w:r>
        <w:rPr>
          <w:rFonts w:ascii="Times New Roman" w:hAnsi="Times New Roman" w:eastAsia="Times New Roman" w:cs="Times New Roman"/>
        </w:rPr>
        <w:t>Abir bu ñu man a gis ci mooy ne, jaar-jaar bi ay bolle safara yu Nashville agsi nekkul rekk ci ne mu mën a ànd ak jaar-jaaru njëkk a naqaru Millerites yi, ak jubbanti yégle bi gannaaw loolu, waaye itam ndaxte muy xew ci biir ab jaar-jaar buy tàmbalee ak agsigu ñetteelu malaaka bi ci 9/11, di màndargaal agsigu Islaam bu ñetteelu musiba bi, te Islaam moomu dellusi ci yoon wu yonent ci yëngu-yëngu suuf bu Sunday law bi ci Révélation fukk ak benn. Denc Islaam ci biir yégle bi, fekk ne Sister White waxul dara bu jub ci Islaam ak artu Nashville, daldi sukkandiku ci wàll wi jaar-jaar boobu di yóbbu, mooy Islaam.</w:t>
      </w:r>
    </w:p>
    <w:p>
      <w:pPr>
        <w:pStyle w:val="ArticleBody"/>
        <w:jc w:val="left"/>
      </w:pPr>
      <w:r>
        <w:rPr>
          <w:rFonts w:ascii="Times New Roman" w:hAnsi="Times New Roman" w:eastAsia="Times New Roman" w:cs="Times New Roman"/>
        </w:rPr>
        <w:t>Ci artikle bu ñeenti téeméeri ak juróom-ñett ci séri bi tudd The Book of Daniel, nu fësaloon na ne, déggoo ak seede Balaam ak mbaam ma, Islaam, mi mbaam mi diir, dina am ñetti jëfandikoo yu mag ak États-Unis ci jaar-jaaru 9/11 ba ca yoonu Dibeer. Nu wonoon ne 9/11 mooy njëkk bi, gannaaw loolu 7 Oktoobar 2022 mooy ñaareel bi. Nu fàttalikoon ne njëkkub xare bi dafa doon ci suuf su tedd sañ-sañ ci xel, te ñaareel xare bi dafa doon ci suuf su tedd dëgg-dëggu Israayil, te ñetteel xare bi dina doon xare ba ci yëngu-yëngu suuf ba ci yoonu Dibeer. Nu tegtaloon ne jaar-jaaru Balaam ci tolluwaay gu yonnee guii dafa yor màndarga dëgg, ndaxte xare bu njëkk ak bu mujj bi dafa doon ci suuf su tedd sañ-sañ ci xel, waaye xare bu digg ba dafa doon ci suuf su tedd dëgg-dëgg, te loolu mooy misaalu ñàkk dégg-dëgg. Léegi gis nanu ne beneen ñetteel xacc, buy màndargaal tàmbali yégle Buumug Guddi gi, dina am ci suuf su tedd sañ-sañ ci xel bu fireballs yi Nashville mattee. Loolu tekki na ne ñaareelu xaccu Balaam ak mbaamam bi dafa ñaar, ak bu njëkk ci ñaari xacc yi ci suuf su tedd dëgg-dëgg, ak bu ñaareel bi ci suuf su tedd sañ-sañ ci xel.</w:t>
      </w:r>
    </w:p>
    <w:p>
      <w:pPr>
        <w:pStyle w:val="ArticleBody"/>
        <w:jc w:val="left"/>
      </w:pPr>
      <w:r>
        <w:rPr>
          <w:rFonts w:ascii="Times New Roman" w:hAnsi="Times New Roman" w:eastAsia="Times New Roman" w:cs="Times New Roman"/>
        </w:rPr>
        <w:t>Mbind mi joxe njàngale woon na dëgg gu matul, te Léebu gi bokk ci xeet wu Yuda feeñal na léegi loolu ni seede su bees ci jokkoo gu yonent bi nekk ci diggante Islaam ak ay boléef yu tàkk yu Nashville. Benn argument bu nekk ngir dëgëral booleb Islaam ak ay boléef yu tàkk bi, ñu gis ko ci yooni reform yu jaar ci taarix bu sell bi. Bépp yëngu-yëngu reform am na wér-gu-yaramam bu koy moom ci boppam, te moom la dajale yëngu-yëngu reform bi bépp. Ci yëngu-yëngu reformu Musa, mbir mi moo doon dugg ci kóllëre ak askan wu tànn. Ak xët wu reformu Kirist, mbir mi moo doon Almasi bi. Ak xët wu reformu Daawuda, mbir mi moo doon Fukk yi ndigël ak kër-yàlla gi. Ak Milerit yi, wér-gu-yaram bi moo doon waxtu yonent bi, ndaxte Milerit yi yeboon nañu “bataaxal bu waxtu bi.” Ak agsiwóom malaaka wu ñetteel bi ca 9/11, wér-gu-yaram bu xët wu reform wu ñaar-fukk ak ñeent junni bi ñetti téemeer ak ñeent-fukk ak ñeent ñu gis ko ni muy Islaam bu ñetteel musiba bi, doom yi dëkk penku, mbaam mi ci yonenti Bibil bi, fas yi ngir xare yi ci Peeñu Yowaana juróom-ñent, ngelaw lu jóge penku, njéeréer yi, ak merloo xeeti àddina yi.</w:t>
      </w:r>
    </w:p>
    <w:p>
      <w:pPr>
        <w:pStyle w:val="ArticleBody"/>
        <w:jc w:val="left"/>
      </w:pPr>
      <w:r>
        <w:rPr>
          <w:rFonts w:ascii="Times New Roman" w:hAnsi="Times New Roman" w:eastAsia="Times New Roman" w:cs="Times New Roman"/>
        </w:rPr>
        <w:t>Sëyismu Révélation fukk ak benn moom mooy melokaanu Islam ci ñetteelu musiba, te itam muy tegtalu yëgleb Buuxu Guddi. Buuxu Guddi bi dañu ko misaale ak duggug jàmmu Kirist ca Yerusalem, te loolu tambalee ak bàyyi mbaam ma. Tambaleg Buuxu Guddi bi ci jaar-jaari Milerit mooy agsi Samuel Snow, muy war fas, ca ndaje màkkaan bu Exeter. Tambaleg jamonoju Buuxu Guddi bi dañu ko màndargaal ak ay seeni Islam. Am na seede yu bare lool ngir dëggal ne bataaxal buñ jubbanti 18 Sulet 2020 dafay boole Islam ci bataaxalu artu bi. Amul bés buñ jële ndigal ci wàllu loolu, waaye ay mbëjji safara Nashville dañuy wone werante gi ci “biiñ bu bees” ci fan yu mujj yi, ba tax ay mbëjji safara Nashville yooyu dañuy boole Islam; waaye naka ci ngëneel gi di ràññee mbëjji safara yooyu ne ay jumtukaayi niyukleer lañu?</w:t>
      </w:r>
    </w:p>
    <w:p>
      <w:pPr>
        <w:pStyle w:val="ArticleBody"/>
        <w:jc w:val="left"/>
      </w:pPr>
      <w:r>
        <w:rPr>
          <w:rFonts w:ascii="Times New Roman" w:hAnsi="Times New Roman" w:eastAsia="Times New Roman" w:cs="Times New Roman"/>
        </w:rPr>
        <w:t>Bataaxal bi warag yi war ci Islam ne mooy noon bi ci xare ba, ndax seede yu bari dëggal nañu ko. Njuumte ji aju ci tëral waxtu, te war nañu koo jubal, 1840 ak 1844 ñoo ko misaalal ñoom ñaar. Léegi, waxtu waratul nekk benn cér ci bataaxalu waxu yonent bi, doonte lim yi sax dañuy nekk. Njuumte ji seen biir misaal ci xamul bu jubuloon ci kër Yàlla gi itam war nañu koo saafara, waaye bala ñu mana ko saafara te boole ko ci bataaxal bi ñu jubal, war nañu xam bu leer njuumte ji xamul bu jubuloon ci kër Yàlla gi doon misaalal. Lan la xamul bu jubuloon ci kër Yàlla gi doon teke ci waare gi Nashville 18 Sulet?</w:t>
      </w:r>
    </w:p>
    <w:p>
      <w:pPr>
        <w:pStyle w:val="ArticleBody"/>
        <w:jc w:val="left"/>
      </w:pPr>
      <w:r>
        <w:rPr>
          <w:rFonts w:ascii="Times New Roman" w:hAnsi="Times New Roman" w:eastAsia="Times New Roman" w:cs="Times New Roman"/>
        </w:rPr>
        <w:t>Maa ngi wax ne tontu yi dañuy fekk ci leer gi ñuy ubbi ndànk ndànk li dale ci mujjug atum 2023. Ñetti rëdd yu yem, bu nekk ak fukki ay saar ak benn, di tàmbalee ca saar wa fukk ak benn ba egg ca saar wa ñaar-fukk ak ñaar, ci Génèse, Matthieu ak Apocalypse, mooy yeesal kóllëreg Yàlla ak ñaar-fukk ak ñeent junniy nit ak ñeent junni. Ndax da nuy bañe yoonam yërëme ngir nu def mel ni déggunu woon wooteem, walla ndax da nuy sujjóot te yégle ci dooley sunu nit-ki, “lépp lu mu santaane, dinaa ko def?” Walla ndax da nuy may Xelum Sell mi mu bind ay yoonam ci sunuy xol ak sunuy xel?</w:t>
      </w:r>
    </w:p>
    <w:p>
      <w:pPr>
        <w:pStyle w:val="ArticleBody"/>
        <w:jc w:val="left"/>
      </w:pPr>
      <w:r>
        <w:rPr>
          <w:rFonts w:ascii="Times New Roman" w:hAnsi="Times New Roman" w:eastAsia="Times New Roman" w:cs="Times New Roman"/>
        </w:rPr>
        <w:t>Tontu gi am nañu itam ci ubbiw Ñetti aaya yi nekk ci saaru fukki ak ñaaru Daniel, yi di wone jamono ni ndigalu malaaka bu jëkk, bu ñaareel ak bu ñetteel. Ñetti aaya yooyu itam di firndeel Desambar 31, 2023 ci aaya bu juróom-ñaareel bi, Sulet 18, 2020 ci aaya fukki ak ñaar bi, te noonu itam 1989 ba ca yoonu Dibéeri dund ak ba ca tëjgi mayu mucc mi, ñoom dafa mel niñu ko tegtal ci aaya fukki ak benn bi. Ñetti dëgg yooyu, ci biir ñetti aaya yooyu, dañuy nekk ci benn pasaasu Mbind mi sax, fa xeetu nattu gu ñetteel gi di xew maslaa bu nekk bu ab waxu yonent bi ubbeeku, joxe nañu ko fa!</w:t>
      </w:r>
    </w:p>
    <w:p>
      <w:pPr>
        <w:pStyle w:val="ArticleBody"/>
        <w:jc w:val="left"/>
      </w:pPr>
      <w:r>
        <w:rPr>
          <w:rFonts w:ascii="Times New Roman" w:hAnsi="Times New Roman" w:eastAsia="Times New Roman" w:cs="Times New Roman"/>
        </w:rPr>
        <w:t>Kirist du ubbeeku rekk ñetti nattu yu Daniel 12 wax, waaye itam mo leen xamle ne dañoo doon nattu yu njëkk ngir sas, topp ci nattu kër Yàlla gi, te mujj ci nattu bu leeral dëgg walla fen. Mu yokk na ne nattu bu njëkk ngir sas bi tambalee na 31 Desambar 2023, te dafa sukkandiku woon ci nattu bu njëkk ngir sas bu yëngu-yëngu Millerite bi, ni ko antikirist bi di misaal bi taxaw, ngir samp peeñ gu biti.</w:t>
      </w:r>
    </w:p>
    <w:p>
      <w:pPr>
        <w:pStyle w:val="ArticleBody"/>
        <w:jc w:val="left"/>
      </w:pPr>
      <w:r>
        <w:rPr>
          <w:rFonts w:ascii="Times New Roman" w:hAnsi="Times New Roman" w:eastAsia="Times New Roman" w:cs="Times New Roman"/>
        </w:rPr>
        <w:t>Mu xàmmeel test bu ñaareel bi ak testu kër Yàlla bi nekk ci gis-gisu Daniyel ci lu jëm ci Kirist ci kër Yàlla gi ci sarax bu fukki. Test boobu moo ngi léegi dox. Ubbiteb sarax bu fukki ñaaru Daniyel ci bés yi di 1989, 18 Sulet 2020, 31 Desàmbar 2023, ak yoonu Dibeer bi, dafay boole gis-gisu Room ak gis-gisu Kirist. Ñaari gis-gis yooyu ñépp dañu leen tegu ci benn gis-gis bi sax, fa ñu gise ubbiteb sarax bu fukki ñaar bi. Ñetti sarax yooyu benn gis-gis lañu, te gis-gisu Kirist mooy testu kër Yàlla bi ci sarax bu fukki; gis-gisu anti-Kirist mooy testu fondaasiyoŋ bi ci sarax bu fukki benn; te waymark yi ñeel ñaar-fukk ak ñeent-fukki junni ñaar téeméer ak ñeent-fukk ak ñeent yi ci sarax bu fukki ñaar, dañuy teewal ñetteelu test bi ak test bu gën a wóor bi, fa ñuy tas ñi réy yi ak ñi xel yi, bi ñu bare di sellal, di weexal, di nattu.</w:t>
      </w:r>
    </w:p>
    <w:p>
      <w:pPr>
        <w:pStyle w:val="ArticleBody"/>
        <w:jc w:val="left"/>
      </w:pPr>
      <w:r>
        <w:rPr>
          <w:rFonts w:ascii="Times New Roman" w:hAnsi="Times New Roman" w:eastAsia="Times New Roman" w:cs="Times New Roman"/>
        </w:rPr>
        <w:t>Nattu màndargay kër gu yóbbu Leer wi ñuy wax Levitik fanweeri ñett, te leer woowu mooy leeru géttug kóllëre gi, te mooy leeru alfa bu Noflaayu bésub juróom-ñaareel bi ak leeru omega bu Noflaayu atum juróom-ñaareel bi. Leeru Noflaay yu alfa ak omega yi moo xamale leeru yaram-wàcc gi. Leer woowu moo xamale ne Yàlla jël na yaramu nit ngir delloo boole gi nekk ci seen diggante Divinité ak nit ñi, te loolu mooy liggéey bi Kirist tàmbalee 22 Oktoobar 1844; liggéey bi muy léegi jeexal ci àtteb ñi dul dee.</w:t>
      </w:r>
    </w:p>
    <w:p>
      <w:pPr>
        <w:pStyle w:val="ArticleBody"/>
        <w:jc w:val="left"/>
      </w:pPr>
      <w:r>
        <w:rPr>
          <w:rFonts w:ascii="Times New Roman" w:hAnsi="Times New Roman" w:eastAsia="Times New Roman" w:cs="Times New Roman"/>
        </w:rPr>
        <w:t>Leeru Levitikus ñaar-fukk ak ñett bi dajale na bés yu mbëggeel yu alfa ci nooru at mi ak bés yu mbëggeel yu omega ci weeru ngone yi, ngir jur jaar-jaaru nettali boppam bu 31 Desàmbar 2023 ba ci tëje nattu nit ñi. Ci biir rëdd bi, nattu ndomboot biñu tabax ci kaw mooy liñu màndargaal ne dina agsi 31 Desàmbar 2023, te nattu kër Yàlla gi mooy liñu jëfandikoo ngir xam ne dafay tàmbali ci 2025, te mu wéy ba ci nattu leerukaay bu bésu mbëggeelu buxus yi. Baatu ji ci màndiŋ mi tàmbalee ci Sulet 2023, dañu ko màndargaal ak bésu mbëggeelu mburu mu amul lawiir, bi jeexee juróom-ñent fan gannaaw màndarga gu ñetti wàll. Gannaaw loolu am na ab diir bu fanweer, te mu toppoo ak ab màndarga gu ñetti wàll, te gannaaw loolu juróom fan, noonu la muy wone ñetti jéego yi ci xebaar bu baax bu sax dàkk. Màndarga gu alfa gu ñetti wàll, te gannaaw loolu juróom fan, mooy malaaka bi jëkk; fanweer yi mooy malaaka bi ñaareel; te màndarga gu omega gu ñetti wàll, te gannaaw loolu juróom fan ba ca yoonu Dibeeru Pentekot, mooy malaaka bi ñetteel.</w:t>
      </w:r>
    </w:p>
    <w:p>
      <w:pPr>
        <w:pStyle w:val="ArticleBody"/>
        <w:jc w:val="left"/>
      </w:pPr>
      <w:r>
        <w:rPr>
          <w:rFonts w:ascii="Times New Roman" w:hAnsi="Times New Roman" w:eastAsia="Times New Roman" w:cs="Times New Roman"/>
        </w:rPr>
        <w:t>Kirist itammi ubbi leeru Léwítik 23, ci jamono jéemug kër Yàlla, ci tabax gaala gi gu dëgg giy fasanteek Yàlla. Baat bi walla malaaka bu Dibéer bu juróom-ñaar a ci benn wetu gaala ga, te malaaka bu noflaay bu atum juróom-ñaar a ci beneen wetu gaala ga, ñoom dañuy tey ci kerub yu muur yi di xool ci biir gaala ga. Ci jaar-jaaru tàggatug téeméeri junni ak ñeent-fukki ñeent ñaar ñi, leer gu ñaari malaaka yooyu di firndeel Dibéer bu juróom-ñaar ak njàngalem jëmmalikug Kirist, te loolu mooy wàllu bu ñuy jang ba fàww.</w:t>
      </w:r>
    </w:p>
    <w:p>
      <w:pPr>
        <w:pStyle w:val="ArticleBody"/>
        <w:jc w:val="left"/>
      </w:pPr>
      <w:r>
        <w:rPr>
          <w:rFonts w:ascii="Times New Roman" w:hAnsi="Times New Roman" w:eastAsia="Times New Roman" w:cs="Times New Roman"/>
        </w:rPr>
        <w:t>Wóor na, su fekkee ne yërmandey juróom-ñaari yoon yi nekk nañu melokaanu jubilee bi, mooy Spiritual Emancipation Proclamation bu 1863, kon doo gis ne kàdduy wax ji ñu jébbale ci alpha ak omega yu William Miller waxoon, mooy juróom-ñaari yoon yi ak ñaar-fukk ak ñetti téeméeri fan ak benn téeméeri fan yi. Su fekkee ne manulo gis solo ñaari waxi waxtu yu dëppoo yii, loolu dina tere ngeen xam ne 1798 dafay tegtal juróom-ñaari yoon yi, te 1844 dafay tegtal ñaar-fukk ak ñetti téeméeri fan yi. Ci ñàkk xam-xam boobu, dana mett lool ba maneesa gis ne bu Leviticus ñaar-fukk ak ñett bi boolee benn rëdd ci kaw benn rëdd, nga teg ñaari-fukk ak ñaar aayaam yu njëkk yi di wax ci fêtesu bëgg-gannaaw yi ak ñaari-fukk ak ñaar aayaam yu mujj yi ci fêtesu naan yi; ne rëdd mi tambalee ak Noflaayu bés bu juróom-ñaareel bi, bi 1844 di tegtal, te Noflaay bi jëkk ci mujju rëdd mi, mi am ñeent-fukk ak ñeent aaya, mooy Noflaayu suuf si 1798 di tegtal.</w:t>
      </w:r>
    </w:p>
    <w:p>
      <w:pPr>
        <w:pStyle w:val="ArticleBody"/>
        <w:jc w:val="left"/>
      </w:pPr>
      <w:r>
        <w:rPr>
          <w:rFonts w:ascii="Times New Roman" w:hAnsi="Times New Roman" w:eastAsia="Times New Roman" w:cs="Times New Roman"/>
        </w:rPr>
        <w:t>Li ñàkk a gis njokkoo gi nekk ci diggante ñaari Sabat yi dafay teyji ñàkk a xam ne juróom-ñaari yoon yi ci 1798 mooy nit ñi, te ñaar-fukk ak ñetti téeméeri fan yi ci 1844 mooy Yàllaay. Ak gumba gu xóot loolu, dafa mel ni xam ne leeru alfa bu Sabat bésub juróomeel bi ak leeru omega bu xam-xamu yaram wàcc gi dañuy tegtal liggéeyu Kirist ci boole Yàllaayam ak nitug nit ku daanu. Liggéeyu Kirist ci boole Yàllaayam ak sunu nitug nit mooy liggéeyu boole 1798 ak 1844, ndaxte 1798 dafay tegtal yaramu nit, te 1844 dafay tegtal Yàllaay.</w:t>
      </w:r>
    </w:p>
    <w:p>
      <w:pPr>
        <w:pStyle w:val="ArticleBody"/>
        <w:jc w:val="left"/>
      </w:pPr>
      <w:r>
        <w:rPr>
          <w:rFonts w:ascii="Times New Roman" w:hAnsi="Times New Roman" w:eastAsia="Times New Roman" w:cs="Times New Roman"/>
        </w:rPr>
        <w:t>Nit ku ñu bind ci melo Yàlla, te moom dafa am benn xeet bu kawe ak benn xeet bu suufe. Xeel bu kawe bu nit mooy kawral te ñu ko jaay bàkkaar. Kirist di jox ruu bu ñu soppi xel xelam ci saa si ñuy soppi xel, ndaxte fa la ñuy bàyyi nit ku jub, te ñu jubal nit mooy def ko ku jub. Xeel bu suufe mënul a jot njot buy yégg ci benn saa, te digeb xibaar bu baax bi ci xeet bu suufe mooy ne dañuy jot yaram wu sellal buy taaru bu Kirist dellusee. Xeel bu kawe mooy xel, te xeet bu suufe mooy yaram. Xeel bu kawe mooy waxu yonent wi ci juróom-ñaar-i yoon yi jeexoon ci 22 Oktoobar 1844 ca Bésu Njotlu ba, ba bu burom juróom-ñaareel bi ak burom jubili bi ñaari tambaliwoon a wol. Juróom-ñaar-i yoon yi ci xeet bu suufe jeex nañu ci 1798, ndaxte mënul a yeesaat ba ker ba Ñaareelu Ñëwug Kirist.</w:t>
      </w:r>
    </w:p>
    <w:p>
      <w:pPr>
        <w:pStyle w:val="ArticleBody"/>
        <w:jc w:val="left"/>
      </w:pPr>
      <w:r>
        <w:rPr>
          <w:rFonts w:ascii="Times New Roman" w:hAnsi="Times New Roman" w:eastAsia="Times New Roman" w:cs="Times New Roman"/>
        </w:rPr>
        <w:t>Juróom-ñaari yoon yi ci 1798, juróom-ñaari yoon yi ci 1844, ak ñaari junni ak ñetti téeméeri at yi ci 1844 dañuy tegu ci liggéeyu Kirist bi tambalee 22 Oktoobar 1844. Liggéey boobu mooyoon boole Yàllaam ak nitam, waaye ba kër Yàlla gi ñuy defare ak nit ak Yàllaam waroon a booloo ci 1844, waruloon a boole 1798, ndaxte mooy melal kër gu biti gi ñeel xeeti Gentiles yi.</w:t>
      </w:r>
    </w:p>
    <w:p>
      <w:pPr>
        <w:pStyle w:val="ArticleBody"/>
        <w:jc w:val="left"/>
      </w:pPr>
      <w:r>
        <w:rPr>
          <w:rFonts w:ascii="Times New Roman" w:hAnsi="Times New Roman" w:eastAsia="Times New Roman" w:cs="Times New Roman"/>
        </w:rPr>
        <w:t>Seetlu kër gi dafay boole nattug njëkk te àddina bi ci 2023 mooy nattug kër gi, te ci njàlbéenug nettali gi ñu ubbe woon mi tambalee ci 2023, ubbiteg juróom-ñaari dëgg-dëgg yi wonnee ne jaar-jaaru njëkk aajoog naan bi ba ci mag aajoog naan bi mooy feeñug mujj te mat sëkk bu matale jaar-jaaru bi juróom-ñaari dëgg-dëgg yi di tegtal, te waxinug xel mu sell mi ne ñoom dañuy tegtal mbir yi xewoon ci biir jaar-jaarug malaaka bu njëkk ak ñaareel bi, te itam mbir yu ëllëg yi ñuy feeñal ci seen tënk. Matug sëkk bu matal bi ñu ko tëral woon ci biir tënku dëgg bi, mi nekkoon kenn ci yeneen feeñal yi njëkk a dikk ci 2023. Aajoog naan bi nekk ci tàmbali gi dafa doon tegtal omega aajoog naan bi, te ci digg ba amoon na ndaje maakañu Exeter bi, fa ñu séddoo boroom xel ak boroom ñàkk xel, sukkandiku ci “diwlin” bu yégle bi.</w:t>
      </w:r>
    </w:p>
    <w:p>
      <w:pPr>
        <w:pStyle w:val="ArticleBody"/>
        <w:jc w:val="left"/>
      </w:pPr>
      <w:r>
        <w:rPr>
          <w:rFonts w:ascii="Times New Roman" w:hAnsi="Times New Roman" w:eastAsia="Times New Roman" w:cs="Times New Roman"/>
        </w:rPr>
        <w:t>Tempalu Millerites yi ñu tabaxee moo jóg ci yéemu ba ci yéemu, te loolu mooy wone ne tempalu ñaar-fukk ak ñeent junni ñent-fukk ak ñeent yi ñu tabaxee moo jóg dale ko 18 Sulet 2020 ba ca soon-ñëw yoonu Dimas bi, fa bunt bi tëjje ci léebu bi, ni mu nekkoon itam ci 22 Oktoobar 1844. Jaar-jaaru màggat mi ñu tegtal ci juróom-ñaar yuux yi mooy benn jaar-jaar bi ñu tegtal ci leeru Daniel fukk ak ñaar. Leeru Daniel fukk ak ñaar ci ñaari téeméeri fan ak juróom-ñeent-fukk fan yi ak juróom-benn-fukk fan yi dafay jokkoo bu jub ak diirub fanweeri at yi ñu tegtal ci aar 11. Dafa yokk a jokkoo itam ak fanweeri at yi ñu seddale ci ki jëkk ki doon tegtal kóllëre gi ak xeet wu tànn, ak yonent bi Yàlla taxawal ngir wone coppite diggante kóllëre gi ak Israyil gu dëgg-dëgg ba ca Israyil gu xel mu sell. Fanweeri fan yi ci diggante tëralinu Léwítig fukk ak ñett yi mooy noonu itam fanweeri at yi nekk jéego bu njëkk ci kóllëreg Ibraaima gu ñett-faan ak Yàlla. Fanweeri at yi diggante 508 ak 538 ci aar 11 nekk nañu misaal bu saraxalekatu ñaar-fukk ak ñeent junni ñent-fukk ak ñeent yi.</w:t>
      </w:r>
    </w:p>
    <w:p>
      <w:pPr>
        <w:pStyle w:val="ArticleBody"/>
        <w:jc w:val="left"/>
      </w:pPr>
      <w:r>
        <w:rPr>
          <w:rFonts w:ascii="Times New Roman" w:hAnsi="Times New Roman" w:eastAsia="Times New Roman" w:cs="Times New Roman"/>
        </w:rPr>
        <w:t>Fanweeri 30 yu nekk ci ndencalug Levitik ñaar-fukk ak ñett bokk nañu ci ñeent-fukk fan yi Kirist jàngale ay taalibeem kanam ak kanam ba mu yéeg asamaan. Fanweeru 30 mooy màndargay saraxalekat yi doon tàmbali séen liggéey bu ñu aggée 30 at. Ñetti-fukk at yi nekk diggante 508 ak 538 dañuy xamle jéggi Rom bu bokkoon ci jaamono yéefar ba Rom bu pap ya, te ci loolu dañuy itam xamle jéggi saraxalekaayu Laodise bu téeméeri ak ñeent-fukk ak ñeent junni ñi dem ca saraxalekaayu Filadelfi bu téeméeri ak ñeent-fukk ak ñeent junni ñi. Jéggib jël na boppam ci ñetti jéego, ni ko 508 di firndeel bi “bés bu nekk” jëlees ko, ak ndigalu Justinien ci 533, te topp ca yoonu Dibeeru 538, ba jéggib mat sëkk.</w:t>
      </w:r>
    </w:p>
    <w:p>
      <w:pPr>
        <w:pStyle w:val="ArticleBody"/>
        <w:jc w:val="left"/>
      </w:pPr>
      <w:r>
        <w:rPr>
          <w:rFonts w:ascii="Times New Roman" w:hAnsi="Times New Roman" w:eastAsia="Times New Roman" w:cs="Times New Roman"/>
        </w:rPr>
        <w:t>Ñetti at miy juróom represent na 1989 ba ba ci yoonu Dimiŋs, fa nit ñi Yàlla tëral te bokk ci Philadelphiaam, dinañu, ni kër Yàllaam, yékkati ngir àddina bépp gis leen. Noonu àddina dina àtte diggante Almasi bi teewlu ci ay nitam, ñoom ñi toog ci barab yu asamaan ak Almasi te moo tax ne ñungi ci kër Yàlla; walla ak nit ku bàkkaar bi toog ci kër Yàlla, di won boppam ne mooy Yàlla. Ci yoonu Dimiŋs bu jagleel bi ngay ñëw, liggéeykat yi ci waxtu wa fukk ak benn, ñoom itam ñi di mbooloo mu bare mi, dinañu jànkoonte ak nattu bu njëkk te saxal. Ndax Tabaski bésub juróom-ñaareelu fan bi mooy bésub noflaay bu Yàlla, walla bésu jant bi mooy bésub noflaay bu Yàlla.</w:t>
      </w:r>
    </w:p>
    <w:p>
      <w:pPr>
        <w:pStyle w:val="ArticleScripture"/>
        <w:jc w:val="left"/>
      </w:pPr>
      <w:r>
        <w:rPr>
          <w:rFonts w:ascii="Times New Roman" w:hAnsi="Times New Roman" w:eastAsia="Times New Roman" w:cs="Times New Roman"/>
        </w:rPr>
        <w:t>«Te léegi beneen xàll bi romb ko. Wonoon nañu ko liggéeyu Seytaane ci ni mu jiite Yawut yi ngir bañ Kirist, fekk di naañ ne ñoom dañuy màggal yoonu Baayam. Léegi gis na àddina gu tudd sa bopp ne Kiristaan ne mu nekk ci noonu genn naxari, di naañ ne dañuy nangoo Kirist fekk dañuy bañ yoonu Yàlla. Deggoon na ci saraxalekat ya ak mag yi yuux gu dof gi ne: “Dindi leen ko!” “Daaj ko bant, daaj ko bant!” te léegi it deg na ci jàngalekat yu tudd sa bopp ne Kiristaan yuux gi ne: “Dindi leen yoon wi!” Gis na ne dañuy dóor Sabbaat bi ci suufu tànk, te sampu nañu ci bérabam ab sàkkug fenn. Yeneen yoon Musaa feesaat na ci kemaan ak tiit bu réy. Naka la ñi gëm Kirist mënee bañ yoon wi mu waxe woon ak baatam bopp ci tundu sell wi? Naka la kenn ku ragal Yàlla mënee wacc yoon wi di tënkug nguuram ci asamaan ak suuf? Ci mbégte Musaa gis na ne yoonu Yàlla am na ay nit ñu néew waaye ñu takku ci yoon wi, di ko teral tey yékkati ko. Gis na xeex bu mag bu mujj bi ay kàttanu suuf di koor a jéem a alag ñi sàmm yoonu Yàlla. Xool na ba jëm ci waxtu wi Yàlla di jóg ngir mbugal waa suuf si ndax seeni tooñ, te ñi ragal turam diñu leen muur te nëbb ci bésub meram. Deg na kóllëreg jàmmu Yàlla ak ñi sàmm yoonam, bi muy génne baatam ca dëkkandoom ju sell ja, ba asamaan ak suuf yëngu. Gis na ñaareel ñëwug Kirist ci ndam, ñi jub dee ba dees leen dekkal ngir dund gu amul jeex, ak ñi sell ñi di dund ñu soppi leen te duñu gis dee, te ñoom ñépp ànd ak ay woy yu fees ak mbégte yéeg ca Dëkku Yàlla.» Patriarchs and Prophets, 476.</w:t>
      </w:r>
    </w:p>
    <w:p>
      <w:pPr>
        <w:pStyle w:val="ArticleBody"/>
        <w:jc w:val="left"/>
      </w:pPr>
      <w:r>
        <w:rPr>
          <w:rFonts w:ascii="Times New Roman" w:hAnsi="Times New Roman" w:eastAsia="Times New Roman" w:cs="Times New Roman"/>
        </w:rPr>
        <w:t>Mbooloom bu mag, ñoom ñi dul Yawut te di liggéeykat yu benn waxtu, dañuy jaar ci nattu bu njëkk buy teg fondamaa, te ci saa si mu des nattu kër Yàlla topp ko. Ndax kër nit gu Room ak nit ku bàkkaar ba mooy doj walla suuf, bi ngeen di tabax seen ngëm? Am ndax du kër gi ci jëmmalin ga, mooy Njalbeen ak nit ñoo booloo, mooy kër gi ñetti fukki junni ak ñent-fukki junni ñaar ñi, gi Piyeer wax ne “këru xel la?” Ci jamono jooju ju nattu fondamaa ak kër Yàlla, fitna bi dina matal nattu bu leer bu ñetteelu jéego ba, te noonu diine nit dina tëj.</w:t>
      </w:r>
    </w:p>
    <w:p>
      <w:pPr>
        <w:pStyle w:val="ArticleBody"/>
        <w:jc w:val="left"/>
      </w:pPr>
      <w:r>
        <w:rPr>
          <w:rFonts w:ascii="Times New Roman" w:hAnsi="Times New Roman" w:eastAsia="Times New Roman" w:cs="Times New Roman"/>
        </w:rPr>
        <w:t>Lewu gi ci xeetu Yuda mi ngi leegi feesal jaar-jaaru cosaan bi nëbbu ci saar fukki ñent, te mu yokk ci leer gu gën a bare ak ñetti waxi ci jamono yu ñaar téeméer ak juróom-fukk at, yu Cyrus, Nero ak Trump; te def na ko ci waxtu wi very màggale woon liggéeyu yégle bataaxal bu Nashville bu ñu jubbanti. Rëddinu Nero mooy jox doxalin wu mujj ci taxawal naataxu rab wi ci États-Unis, te gannaaw loolu ci àddina si. Rëddinu Cyrus ci 457 BC mooy ràññee jaar-jaaru diggante Raphia ak Panium, jaar-jaaru diggante Xareb Ukraine ak Ñetteelu Xareb Àddina bi tàmbali bu Panium boolee ak Actium ci yoonu dibeer bu bëgg a ñëw. Rëddinu Trump di jeex at mi ci 4 Fanweer.</w:t>
      </w:r>
    </w:p>
    <w:p>
      <w:pPr>
        <w:pStyle w:val="ArticleBody"/>
        <w:jc w:val="left"/>
      </w:pPr>
      <w:r>
        <w:rPr>
          <w:rFonts w:ascii="Times New Roman" w:hAnsi="Times New Roman" w:eastAsia="Times New Roman" w:cs="Times New Roman"/>
        </w:rPr>
        <w:t>Nero mooy misaalu fitna la; jàngu Esmirina day tegtal jaar-jaaru taariix bi di wéy ba ker fitna jeexee 250 at gannaaw gi ci jàngu Pergamos ak dégg-déggoo. Rëdd bi day tegtal sampug nataal bi, te moo tax mu ànd ak taariix bi nataalu Kirist di sampu ci templam. “Edict” bi mooy ndoorte bi di yóbbu ci njëlbéen yoonu Dibéer bi, te gannaaw loolu buntu bu tëj buy xàjjal penku ak sowwu, ñi xam ak ñi xamul, pepp ak garab, ak ñi mucc walla ñi sànku. “Edict” bi di tàmbali jamono ji mooy itam “edict” bi di tàmbali benn jamonoy nattu boobu ngir àddina si. Kon nag “edict” bi mooy ki jëkk te mooy itam ki mujj. Bépp màndargay yoon ci rëddu Nero bu fukk ak juróom-ñaari at day tegtal fitna biy gëna tar ci jafe-jafe yoonu Dibéer bi, bi di tàmbali ak ab “edict,” lu mel ni santaane bu “executive order” bu njiitu réew mi.</w:t>
      </w:r>
    </w:p>
    <w:p>
      <w:pPr>
        <w:pStyle w:val="ArticleBody"/>
        <w:jc w:val="left"/>
      </w:pPr>
      <w:r>
        <w:rPr>
          <w:rFonts w:ascii="Times New Roman" w:hAnsi="Times New Roman" w:eastAsia="Times New Roman" w:cs="Times New Roman"/>
        </w:rPr>
        <w:t>Ñetti yoon yi Kiris ci atum 457 BC dañuy wone benn jamono bu fukk ak juróom-ñaari at, te am na ci ñetti waymark ci mujjam, ni ko rëddinu Nero di ko defee, te itam ni ko beneen rëddinu Kiris di ko defe, mi jeexee ak ñëwug malaaka bi njëkk, ñaareel ak ñetteel dale ko ci 1798 ba ci 1844. Ñetti jéegooy Kiris mooy xareb Raphia, ba noppi fukk at ba ca ñaareelu jéego ba, te gannaaw loolu juróom-ñaari at ba ca xareb Panium. Ndoorteek mujj gi ñoom ñaar xare lañu, ba tax ñuy yëngu ak màndarga Alpha ak Omega. Jëfandikook jamono ji njëkk ji di fukk at dafay tekki benn jamono bu nattu, bi tàmbalee ci 2014 ak Xareb Ukraine, te ñaareelu jamono ji dafa jeex juróom-ñaari at gannaaw ga ca xareb Panium.</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ubbi nañu xibaaru waxtu bi ci Millerite yi ci jaar-jaaru malaaka bu njëkk ak bu ñaareel bi, te mooy itam ubbi xibaaru lim yi ci jaar-jaaru ñaar-fukk ak ñeent junni ak ñeent téeméer ak ñeent-fukk ak ñeent ñaar-fukk yi, moo xam ne mooy jaar-jaaru malaaka bu ñetteel bi.</w:t>
      </w:r>
    </w:p>
    <w:p>
      <w:pPr>
        <w:pStyle w:val="ArticleBody"/>
        <w:jc w:val="left"/>
      </w:pPr>
      <w:r>
        <w:rPr>
          <w:rFonts w:ascii="Times New Roman" w:hAnsi="Times New Roman" w:eastAsia="Times New Roman" w:cs="Times New Roman"/>
        </w:rPr>
        <w:t>Jàngoro yonent yu am nañu càmmoñ ngir wax lu siiw ci waxu Yàlla, mel ni ñaari-fukk ak ñaar at yi nekk ci diggante 1776 ba 1798, yi màggal njàqare Makkabi ya, dañuy wone li waral tàmbaliwaayu juróomeel buur gi, ak li waral jeexitalu juróomeel buur gi. Njiitu réew mi di ñaar-fukk ak ñaar, Grover Cleveland, mooy alfa bu njiit yi, buy misaal omega njiit bi di Donald Trump, ndaxte ñoom ñaar rekk lañu doon njiiti réew yu xizmat ñaari saa yi tëjeeku ci ay yoon yu dul yokk ci kawante. Trump mooy njiitu réew mi di ñaar-fukk ak ñaar ngir jëleaat ñaareelu mandaa, bu ñu jàngee itam yeneen njiiti réew yi jël boppu liggéey bi ci biir mandate beneen njiit, boole ko ak njiiti réew yi jëleel seen bopp ñaareelu mandaa. Juróomeelu buur gi ci waxu Yàlla gu sell gi tàmbalee na ci 1798, gannaaw ñaari-fukk ak ñaar at yi dale ci Bëgg-bëggu Moomeelug Bopp. 1798 ba 2026 dañu ko tegtal ci 22 ci bésu alfa bi ak 22 ci bésu omega bi.</w:t>
      </w:r>
    </w:p>
    <w:p>
      <w:pPr>
        <w:pStyle w:val="ArticleBody"/>
        <w:jc w:val="left"/>
      </w:pPr>
      <w:r>
        <w:rPr>
          <w:rFonts w:ascii="Times New Roman" w:hAnsi="Times New Roman" w:eastAsia="Times New Roman" w:cs="Times New Roman"/>
        </w:rPr>
        <w:t>Ñetti xët yu am fukki benn ay xaaj yu tàmbalee ci xaaj bu fukki benn te jeex ci xaaj bu ñaar-fukk ak ñaar. Kenn ku nekk ci ñetti xët yi, bu amee fukki benn ay xaaj, dafay am digg wu mat sëkk, te digg boobu dañuy ko wone ci ñetti aaya. Génèse dafay xamle kañ la ñu joxe “yaru ndaw si” muy màndarga ab kóllëre ak xeet wu tànn. Loolu moo nekkoon yoon wu njëkk bi ñu joxee xeet wu tànn màndarga muy tegtal nit ñi nekk xeetu kóllëre; te ci Mathieu, ñetti aaya yu nekk ci digg bi dañuy xamle Doj wi Kirist di tabaxee ci moom mbooloom. Aaya yooyu dañuy xamle kañ la ñu soppee turu Simóŋ Barjona ne ko Piyeer, te loolu yamaleek junni téeméeri ak ñeent-fukk ak ñeent-junni. Diggu xët wi nekk ci Révélation dafay xamle kóllëreg dee, ndaxte dafay xamle papauté bi ne mooy bopp bu juróom-ñett ba, bi bokk ci juróom-ñaar yi. Lan nga jàpp ne ay tegtal la am ci ne xaaj bu fukki benn ci Désiré des Ages dafay xamle yégleg Yaxya Mëndi-kat bi, te xaaj bu ñaar-fukk ak ñaar dafay xamle dee gi Yaxya?</w:t>
      </w:r>
    </w:p>
    <w:p>
      <w:pPr>
        <w:pStyle w:val="ArticleBody"/>
        <w:jc w:val="left"/>
      </w:pPr>
      <w:r>
        <w:rPr>
          <w:rFonts w:ascii="Times New Roman" w:hAnsi="Times New Roman" w:eastAsia="Times New Roman" w:cs="Times New Roman"/>
        </w:rPr>
        <w:t>Diggante bi ci ay sarxet yooyu dafa leen yóbbu ci xët 168, fa xeetu téere bi tudd Nicodemus di tambalee. Sarxet fukk ak benn bi tudd Njàngum Sóob, te sarxet ñaar fukk ak ñaar bi tudd Tëjji ak Dee gu Yaxya. Sarxet fukk ak benn bi mooy misaal u dee, suul ak dekki, ni noonu it sarxet fukk ak juróom ñaar bi ak Nicodemus, ak ni noonu it dee gu Yaxya.</w:t>
      </w:r>
    </w:p>
    <w:p>
      <w:pPr>
        <w:pStyle w:val="ArticleBody"/>
        <w:jc w:val="left"/>
      </w:pPr>
      <w:r>
        <w:rPr>
          <w:rFonts w:ascii="Times New Roman" w:hAnsi="Times New Roman" w:eastAsia="Times New Roman" w:cs="Times New Roman"/>
        </w:rPr>
        <w:t>Dina nu jëkk dinañu kontine mbir yii ci bind bu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Ñaar fukki Ñaari Biir Lim bi</dc:title>
  <dc:subject>31 Desambar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