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Artu yu mel niroo yi — Nimeero benn</w:t>
      </w:r>
    </w:p>
    <w:p>
      <w:pPr>
        <w:pStyle w:val="ArticleSubtitle"/>
        <w:jc w:val="left"/>
      </w:pPr>
      <w:r>
        <w:rPr>
          <w:rFonts w:ascii="Arial" w:hAnsi="Arial" w:eastAsia="Arial" w:cs="Arial"/>
        </w:rPr>
        <w:t>Peñu Yeesu Kirist: Degg njàngale mujj gi ñeel nit ñi nyonso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“Peeñu Yeesu Kirist” ubbiku na ñi Yàlla yi bu “waxtu wi jege.” Baatu waare bu mujj bi ñeel nit ñépp dees na ko jox lu jiitu tëj-googu mujj gu may nit ñi jot saytu, te baatu waare boobu mujj dañu ko tektal ci ay rëdd yu bari yu ci kàddug yonent yi ci Biibal bi. Ci Peeñu 14, baatu waare boobu mujj dañu ko tektal ci ñetti malaaka.</w:t>
      </w:r>
    </w:p>
    <w:p>
      <w:pPr>
        <w:pStyle w:val="ArticleScripture"/>
        <w:jc w:val="left"/>
      </w:pPr>
      <w:r>
        <w:rPr>
          <w:rFonts w:ascii="Times New Roman" w:hAnsi="Times New Roman" w:eastAsia="Times New Roman" w:cs="Times New Roman"/>
        </w:rPr>
        <w:t>Te gis malaaka beneen buy wërëji ci digg asamaan, yor xebaar bu baax bu dul jeex ngir yégle ko ñi dëkk ci suuf, ak xeet yépp, ak giir yépp, ak làkk yépp, ak nit ñépp, naan ak baat bu xumb: “Ragal Yàlla, te joxleen ko ndam; ndaxte waxtu àtteem agsi na; te sujjóotleen ko moom mi bind asamaan ak suuf ak géej gi ak bëti ndox yi.”</w:t>
      </w:r>
    </w:p>
    <w:p>
      <w:pPr>
        <w:pStyle w:val="ArticleScripture"/>
        <w:jc w:val="left"/>
      </w:pPr>
      <w:r>
        <w:rPr>
          <w:rFonts w:ascii="Times New Roman" w:hAnsi="Times New Roman" w:eastAsia="Times New Roman" w:cs="Times New Roman"/>
        </w:rPr>
        <w:t>Te beneen, beneen na, Baabaloon, dëkk bu mag ba; ndaxte mooy la def xeeti réew yépp naan biiñu meru njaloom.</w:t>
      </w:r>
    </w:p>
    <w:p>
      <w:pPr>
        <w:pStyle w:val="ArticleScripture"/>
        <w:jc w:val="left"/>
      </w:pPr>
      <w:r>
        <w:rPr>
          <w:rFonts w:ascii="Times New Roman" w:hAnsi="Times New Roman" w:eastAsia="Times New Roman" w:cs="Times New Roman"/>
        </w:rPr>
        <w:t>Te ñetteelu ñetteel bi topp leen, wax ak baat bu kawe ne: Ku nekk buy jaamu rab wa ak nataalam, te nangu màndargaam ci jëram wala ci loxoom, kooku dina naan biiñu merum Yàlla, bi ñu sotti te jaxasuwul dara ci kaasu meram; te dees na ko sonal ak safara ak xons ci kanamu malaaka yu sell yi, ak ci kanamu Mber mi. Te saxaaru seen sonal day yéeg ba fáww ak ba fàww; te amuñu noflaay guddi ak bëccëg, ñiy jaamu rab wa ak nataalam, ak ku nekk buy nangu màndargu turam. Fii la muñug ñi sell ñi nekk: fii la ñi di sàmm ndigali Yàlla yi ak ngëm gi ci Yeesu nekk. Peeñu gi 14:6–12.</w:t>
      </w:r>
    </w:p>
    <w:p>
      <w:pPr>
        <w:pStyle w:val="ArticleBody"/>
        <w:jc w:val="left"/>
      </w:pPr>
      <w:r>
        <w:rPr>
          <w:rFonts w:ascii="Times New Roman" w:hAnsi="Times New Roman" w:eastAsia="Times New Roman" w:cs="Times New Roman"/>
        </w:rPr>
        <w:t>Ciib xaaj bu fukk ak juróom-ñett ci Kàddug Yàlla, benn wax ju mel noonu mooy yégle mbëggeel Babilon.</w:t>
      </w:r>
    </w:p>
    <w:p>
      <w:pPr>
        <w:pStyle w:val="ArticleScripture"/>
        <w:jc w:val="left"/>
      </w:pPr>
      <w:r>
        <w:rPr>
          <w:rFonts w:ascii="Times New Roman" w:hAnsi="Times New Roman" w:eastAsia="Times New Roman" w:cs="Times New Roman"/>
        </w:rPr>
        <w:t>Gannaaw loolu yépp, ma gisaat beneen malaaka mu jóge asamaan, yor kàttan gu réy; te suuf si leer na ci ndamam. Mu wax ak baat bu dëgër, ne: «Babylone bu mag bi dafa daanu, daanu na, te muy dëkkuwaay jinne yi, ak tëjukaay bépp ruu bu tilim, ak kër gaññ bu bépp picc bu tilim te seexadi. Ndax xeeti àddina yépp naan nañu ci biiñu meram njaaloom; buur yi ci suuf njaaloo nañu ak moom, te jaaykat yi ci suuf bareel nañu alal ci li yàgg a bari ci ay neexitam.» Ma déggaat beneen baat bu jóge asamaan, ne: «Génnleen ci moom, sama askan wi, ngir ngeen bañ a bokk ci ay bàkkaaram, te ngeen bañ a jot ci ay mbugalam. Ndax ay bàkkaaram agsi nañu ba asamaan, te Yàlla fàttaliku na ay ñaawtéefam.» Peeñug Yóhann 18:1–5.</w:t>
      </w:r>
    </w:p>
    <w:p>
      <w:pPr>
        <w:pStyle w:val="ArticleBody"/>
        <w:jc w:val="left"/>
      </w:pPr>
      <w:r>
        <w:rPr>
          <w:rFonts w:ascii="Times New Roman" w:hAnsi="Times New Roman" w:eastAsia="Times New Roman" w:cs="Times New Roman"/>
        </w:rPr>
        <w:t>Rëddóo waxtu ci yonent yi ci jaar-jaaru nettali, mbaa nu man a wax ne, toftal xew-xew yi malaaka mi leerale suuf si ak ndamamu di tektal ci saar fukki ak juróom ñett, moo di tektal xew-xew yi jëm ci tëj naxte, tëj waxtu yégle, ak juróom-ñaari musiba yu mujj yi. Jaar-jaaru yonent yi miññeel ci saar fukki ak juróom ñett daw na “ci wetam” ak rëddóo jaar-jaaru yonent yi ñetti malaaka yi ci saar fukki ak ñeent di tektal.</w:t>
      </w:r>
    </w:p>
    <w:p>
      <w:pPr>
        <w:pStyle w:val="ArticleScripture"/>
        <w:jc w:val="left"/>
      </w:pPr>
      <w:r>
        <w:rPr>
          <w:rFonts w:ascii="Times New Roman" w:hAnsi="Times New Roman" w:eastAsia="Times New Roman" w:cs="Times New Roman"/>
        </w:rPr>
        <w:t>“Yàlla jox na boppam yégle yi ci Peeñu 14 seen berab ci sàppeb yoonu waxu yonent yi, te seen liggéey warul taxaw ba ker ci jeexital jaar-jaaru suuf si. Yégleb malaaka bu njëkk ak bu ñaareel bi sax nañu di dëgg ngir jamono jii, te war nañu doxandoo ak bii di topp. Malaaka bu ñetteel bi yégle na artuwam ak baat bu xumb. ‘Gannaaw loolu yi,’ la Yowaana wax, ‘maa gis beneen malaaka muy wàccé asamaan, te amoon na kàttan gu réy, te suuf si leer na ak ndamu bindam.’ Ci leer gi, leerug ñetti yégle yi yépp dafa booloo.” The 1888 Materials, 803, 804.</w:t>
      </w:r>
    </w:p>
    <w:p>
      <w:pPr>
        <w:pStyle w:val="ArticleBody"/>
        <w:jc w:val="left"/>
      </w:pPr>
      <w:r>
        <w:rPr>
          <w:rFonts w:ascii="Times New Roman" w:hAnsi="Times New Roman" w:eastAsia="Times New Roman" w:cs="Times New Roman"/>
        </w:rPr>
        <w:t>Ñetti maleaka yu ñaareelu fukk ak ñeent baat yi, yi di wër ci diggante asamaan, mooy misaal bu jëm ci yëgleb bu àdduna bépp, bi jeexee ci màndargay rab wa ak tëjugu waxtu jotginu yoon. Ci ñaareelu fukk ak juróom-ñaatt baat, suuf sépp leer na ndax ndamalu maleaka bi, te yëgleem itam jeex na ci tëjugu waxtu jotginu yoon.</w:t>
      </w:r>
    </w:p>
    <w:p>
      <w:pPr>
        <w:pStyle w:val="ArticleBody"/>
        <w:jc w:val="left"/>
      </w:pPr>
      <w:r>
        <w:rPr>
          <w:rFonts w:ascii="Times New Roman" w:hAnsi="Times New Roman" w:eastAsia="Times New Roman" w:cs="Times New Roman"/>
        </w:rPr>
        <w:t>Bataaxal bi ñu tegtale ci melook ñetti malaaka yi nekk ci saar fukk ak ñeent, te itam bi ñu tegtale ci malaaka bi wàcc ci saar fukk ak juróom-ñaareel, ñoo di ñaari misaal yu benn bataaxalug waare rekk. Amul dara ci Biibël bi yu jëfandikoo alalul, amul dara yu yàqu. Li tax Yowaana santale benn bataaxal boobu lu ëpp benn yoon mooy ub accentu ci solo bataaxal bi, te dafay wone yoonu njàngale gu Yàlla, te mooy ndigalu Biibël bi ñuy wax “jàngat ci delloo ak yokk.” Boo booloo ñaari xeetu jaar-jaari waxu yonent yi, loolu day feeñal dëgg yu nit du gis ci benn xeet bu nekk doŋŋ buñu ko seetee kuute ak beneen bi. Tey, su ngeen indilee ñaari seede ci àttekat ngir seede ci benn mbir mi xew, mën nañu joxe ay nettali yu juuyoo ndax seen xelmu politig walla seen xelmu mbooloo. Waaye loolu du mel ni seede yi ci Biibël bi; ñoom daan nañu déggoo saa su nekk, te su la fekkee ne dañu mel ni dañuy bañ a déggoo, kon yaa ngi xool dara ci anam wu baaxul.</w:t>
      </w:r>
    </w:p>
    <w:p>
      <w:pPr>
        <w:pStyle w:val="ArticleBody"/>
        <w:jc w:val="left"/>
      </w:pPr>
      <w:r>
        <w:rPr>
          <w:rFonts w:ascii="Times New Roman" w:hAnsi="Times New Roman" w:eastAsia="Times New Roman" w:cs="Times New Roman"/>
        </w:rPr>
        <w:t>Ñaari misaal yi nu di xool nag, ñoom lañu doon benn-benn yëglebu artu gi téereb Malasi di teg ni dellusi Eliyaa, yonent bi. Ñetti yëgle yi yépp di ñëw lu jiitu tëjinu àtte—ndaxte yëglebu artu bi nekk ci ñetti rëdd yi ci kàddoy wax jii, du rekk ne jox nañu ko lu jiitu tëjinu àtte, waaye tëjinu àtte mooy boppub tekki bi, mboolem mbir mi su fekkee ni noonu, ci kenn ku nekk ci yëgle yu artu yooyu. Ci dëgg-dëgg, bu ab yonent yéglee walla misaale woon benn yëglebu artu, mooy benn artu boobu nekk ci Peeñu ma ñent-fukk ak ñeent, fukk ak juróom-ñaar ak waxu Eliyaa ci Malasi.</w:t>
      </w:r>
    </w:p>
    <w:p>
      <w:pPr>
        <w:pStyle w:val="ArticleBody"/>
        <w:jc w:val="left"/>
      </w:pPr>
      <w:r>
        <w:rPr>
          <w:rFonts w:ascii="Times New Roman" w:hAnsi="Times New Roman" w:eastAsia="Times New Roman" w:cs="Times New Roman"/>
        </w:rPr>
        <w:t>Ñetti ñaar ci yoonu waxi yonent yii, manees na leen a wone bu yomb ne ñoo bokk ci benn taxawaayu jàllandoo. Waaye noonu, am na ñaari cosaan yu mag yu xibaar ci waxi yonent yi ci Biibël bi. Benn mooy xamle toftalinu xew-xew yi di ubbeeku ci mujju àddina. Beneen cosaan bi mooy misaalu jëfandikookat yi yonent yi def, yi jokkoo ak yégle bi di melokaan xew-xew yi ñëw ci kanam.</w:t>
      </w:r>
    </w:p>
    <w:p>
      <w:pPr>
        <w:pStyle w:val="ArticleBody"/>
        <w:jc w:val="left"/>
      </w:pPr>
      <w:r>
        <w:rPr>
          <w:rFonts w:ascii="Times New Roman" w:hAnsi="Times New Roman" w:eastAsia="Times New Roman" w:cs="Times New Roman"/>
        </w:rPr>
        <w:t>Am naari yoon yu war a seet ci jokkoo ak xalaat yii. Njëkk bi mooy ne, yépp yonent yi dañuy wax ci mujjug àddina, foofu la jàppaleeg nit di jeex.</w:t>
      </w:r>
    </w:p>
    <w:p>
      <w:pPr>
        <w:pStyle w:val="ArticleScripture"/>
        <w:jc w:val="left"/>
      </w:pPr>
      <w:r>
        <w:rPr>
          <w:rFonts w:ascii="Times New Roman" w:hAnsi="Times New Roman" w:eastAsia="Times New Roman" w:cs="Times New Roman"/>
        </w:rPr>
        <w:t>“Benn yonent yi nekk ci jamono yu yàgg ya waxoon nañu gën a ngiir sunu jamono ju ñëw, ba tax na seen waxu yónen wi di doxal ci sunu kaw. ‘Lépp loolu xewoon na ci seen kaw ngir nekk misaal, te bindees na ko ngir artu sunu xel, nun ñi mujjug àddina ji dikk ci sunu kaw.’ 1 Korent 10:11. ‘Duwoon ci seen bopp lañuy liggéeyal, waaye ci sunu bopp, ci mbir yooyu ñi leen yégal xebaar bu baax bi waxal léen léegi ci dooley Xel Mu Sell mi ñëwée asamaan; mbir yooyu malaaka yi sax bëgg a xool bu baax.’ 1 Piyeer 1:12....”</w:t>
      </w:r>
    </w:p>
    <w:p>
      <w:pPr>
        <w:pStyle w:val="ArticleScripture"/>
        <w:jc w:val="left"/>
      </w:pPr>
      <w:r>
        <w:rPr>
          <w:rFonts w:ascii="Times New Roman" w:hAnsi="Times New Roman" w:eastAsia="Times New Roman" w:cs="Times New Roman"/>
        </w:rPr>
        <w:t>“Biibël bi dajale nañu te boolee benn ay alalam ngir xeetu ma mujj yii. Lépp lu mag ci xew-xew yi ak lépp lu tedd ci jëfandikoo yu yépp ci jaar-jaari Kóllëre Gu Yàgg gi amoon na, te mu ngi dellu di am ci kër Yàlla gi ci fan yu mujj yii.” Selected Messages, book 3, 338, 339.</w:t>
      </w:r>
    </w:p>
    <w:p>
      <w:pPr>
        <w:pStyle w:val="ArticleBody"/>
        <w:jc w:val="left"/>
      </w:pPr>
      <w:r>
        <w:rPr>
          <w:rFonts w:ascii="Times New Roman" w:hAnsi="Times New Roman" w:eastAsia="Times New Roman" w:cs="Times New Roman"/>
        </w:rPr>
        <w:t>Bépp yépp yëgle yu yonent yi nekk ci Biibël bi “dafa am doole ci sunu kaw” ci nun “ñi mujjug àddina jot na leen.” Sartu boobu, boolees ko ak beneen sartu buy xàmle “mbir yi” Xel Mu Sell mi “melaxal,” “ci joxe yoonent bi” te it “ci xew-xew yi ñuy nettali,” day yokk doole ci wax ja ne xew-xewi yoonent yi nekk ci tàmbalig ab yoonent da ñuy melal te dëppook xew-xewi yoonent yi nekk ci mujjug bépp yoonent bu nekk.</w:t>
      </w:r>
    </w:p>
    <w:p>
      <w:pPr>
        <w:pStyle w:val="ArticleScripture"/>
        <w:jc w:val="left"/>
      </w:pPr>
      <w:r>
        <w:rPr>
          <w:rFonts w:ascii="Times New Roman" w:hAnsi="Times New Roman" w:eastAsia="Times New Roman" w:cs="Times New Roman"/>
        </w:rPr>
        <w:t>« War na ñuy gëna jaŋ bu baax Kàddu Yàlla; te rawatina, war na ñu jox Daniyeel ak Peeñ mi attention bu kenn mosul gis lu ni mel ci cosaanu sunu liggéey. Menees na ñu am lu gën a néewu wax ci yenn wàll yu jëm ci kàttanu Room ak paapale bi; waaye war na ñu woo xel nit ñi ci li yonent yi ak ndaw ya bind, ci doole xel mu Sell mi jógé ca Yàlla. Xel mu Sell mi moo defar mbir yi noonu, muy ci joxe kàddu yonent bi, muy ci xew-xew yi ñu nettali, ngir jàngale ne war nañu bayyi kilifag nit ku nekk ci suuf, mu nëbbu ci Kirist, te Boroom bi di Yàllay asamaan ak yoonam ñooy ñu war a màggal. Jàngal téereb Daniyeel. Woo ci xelam, tomb-tomb, jaar-jaaru nguur gi ñu fa teewal. » Testimonies to Ministers, 112.</w:t>
      </w:r>
    </w:p>
    <w:p>
      <w:pPr>
        <w:pStyle w:val="ArticleBody"/>
        <w:jc w:val="left"/>
      </w:pPr>
      <w:r>
        <w:rPr>
          <w:rFonts w:ascii="Times New Roman" w:hAnsi="Times New Roman" w:eastAsia="Times New Roman" w:cs="Times New Roman"/>
        </w:rPr>
        <w:t>“Xel mu Sell mi moo defar mbir yi noonu, ci joxe kàddug yonent gi ak ci xew-xew yi ñu melal.” Ci “joxe kàddug yonent gi ak ci xew-xew yi ñu melal,” “mbir yi” “xel mu Sell mi” moo leen “defar noonu” ba tax ñu wara nàmp ne benn “joxe kàddug yonent gi” ak benn “xew-xew yi ñu melal,” ñoom ñépp ñu am ngirug wax ju ànd ak xel mu Sell te ñu jëfandikoo leen ci melokaanu yonent bu mujjug àddina.</w:t>
      </w:r>
    </w:p>
    <w:p>
      <w:pPr>
        <w:pStyle w:val="ArticleBody"/>
        <w:jc w:val="left"/>
      </w:pPr>
      <w:r>
        <w:rPr>
          <w:rFonts w:ascii="Times New Roman" w:hAnsi="Times New Roman" w:eastAsia="Times New Roman" w:cs="Times New Roman"/>
        </w:rPr>
        <w:t>Yowaan jox na ko ci waxu Yonent bi jógé ci Gàbriyel, te ñu wax ko mu bind ko ci téere te yónnee ko ci mboolooy gëmkat yi. Ci jamono jooju, Rooma dafa doon fitnaal ko; ñu dàq ko ba génne ko ci anam wu méngook li àddina tey di wax “black-site.” Ci nettali boobu, Yowaan dafa weesoo woon ak nit ñi ni ko ku ñu tëj ci Guantanamo Bay man a doon weesoo ak nit ñi.</w:t>
      </w:r>
    </w:p>
    <w:p>
      <w:pPr>
        <w:pStyle w:val="ArticleBody"/>
        <w:jc w:val="left"/>
      </w:pPr>
      <w:r>
        <w:rPr>
          <w:rFonts w:ascii="Times New Roman" w:hAnsi="Times New Roman" w:eastAsia="Times New Roman" w:cs="Times New Roman"/>
        </w:rPr>
        <w:t>Yowaana xam ne pee gis-gis bi am na ko bi mu doon di jaamu Yàlla ci bésub noflaay bu juróom-ñaareel bi, mooy Bésub Boroom bi.</w:t>
      </w:r>
    </w:p>
    <w:p>
      <w:pPr>
        <w:pStyle w:val="ArticleScripture"/>
        <w:jc w:val="left"/>
      </w:pPr>
      <w:r>
        <w:rPr>
          <w:rFonts w:ascii="Times New Roman" w:hAnsi="Times New Roman" w:eastAsia="Times New Roman" w:cs="Times New Roman"/>
        </w:rPr>
        <w:t>Ndaxte Doom aadama mooy Boroom ba sax ci bésub Noflaay bi. Macë 12:8.</w:t>
      </w:r>
    </w:p>
    <w:p>
      <w:pPr>
        <w:pStyle w:val="ArticleBody"/>
        <w:jc w:val="left"/>
      </w:pPr>
      <w:r>
        <w:rPr>
          <w:rFonts w:ascii="Times New Roman" w:hAnsi="Times New Roman" w:eastAsia="Times New Roman" w:cs="Times New Roman"/>
        </w:rPr>
        <w:t>Bi muy jaamu ci Xelum Mi, mu dégg gannaawam baat bu réy.</w:t>
      </w:r>
    </w:p>
    <w:p>
      <w:pPr>
        <w:pStyle w:val="ArticleScripture"/>
        <w:jc w:val="left"/>
      </w:pPr>
      <w:r>
        <w:rPr>
          <w:rFonts w:ascii="Times New Roman" w:hAnsi="Times New Roman" w:eastAsia="Times New Roman" w:cs="Times New Roman"/>
        </w:rPr>
        <w:t>Man maa Yowaana, miy mbokk yi leen, te bokk ak yéen ci metit, ak ci nguur gi ak muñug Yeesu Kirist, ma nekkoon ca dun Patmos bu ñuy wax, ndax kàddug Yàlla ak ndax seedeel Yeesu Kirist. Ca bésub Boroom bi laa nekk ci Xel mi, te ma dégg ca sama ginnaaw baat bu réy, ni liit. Mu naan: Man maa di Alfa ak Omega, ki jëkk ak ki mujj; te li nga gis, bind ko ci téere, nga yónnee ko juróom-ñaari mbooloo yi nekk ci Asi: ca Efes, ak ca Simerna, ak ca Pergamos, ak ca Tiyaatir, ak ca Sardis, ak ca Filadelfi, ak ca Lawodise. Peeñu gi 1:9–11.</w:t>
      </w:r>
    </w:p>
    <w:p>
      <w:pPr>
        <w:pStyle w:val="ArticleBody"/>
        <w:jc w:val="left"/>
      </w:pPr>
      <w:r>
        <w:rPr>
          <w:rFonts w:ascii="Times New Roman" w:hAnsi="Times New Roman" w:eastAsia="Times New Roman" w:cs="Times New Roman"/>
        </w:rPr>
        <w:t>Yowaana, li ko wër ak xaalis yiñ ko xamle fee, dañuy ko melal ni ku ñu di fitnaal ndaxte mooy jaamu bésub Noflaay bu juróom-ñaareel bi; waaye itam ku ñu di fitnaal ndaxte gëm na ci Bible bi ak mbind yi Ellen White, te loolu mooy “seedees Yeesu.” Mu dégg baat bu mag ci ginnaawam, te mu walbatiku ngir gis ko; te ci loolu mu ngi teewal ab Adventiste bu bésub Noflaay bu juróom-ñaareel ci mujjug àddina, yu dégg baat ci seen ginnaaw ne: “lii mooy yoon wi, doxleen ci moom.”</w:t>
      </w:r>
    </w:p>
    <w:p>
      <w:pPr>
        <w:pStyle w:val="ArticleBody"/>
        <w:jc w:val="left"/>
      </w:pPr>
      <w:r>
        <w:rPr>
          <w:rFonts w:ascii="Times New Roman" w:hAnsi="Times New Roman" w:eastAsia="Times New Roman" w:cs="Times New Roman"/>
        </w:rPr>
        <w:t>Lépp yépp yu ci waxi yónen bi dañuy doxandoo ak seen bopp ci mujjug àddina bi.</w:t>
      </w:r>
    </w:p>
    <w:p>
      <w:pPr>
        <w:pStyle w:val="ArticleScripture"/>
        <w:jc w:val="left"/>
      </w:pPr>
      <w:r>
        <w:rPr>
          <w:rFonts w:ascii="Times New Roman" w:hAnsi="Times New Roman" w:eastAsia="Times New Roman" w:cs="Times New Roman"/>
        </w:rPr>
        <w:t>«Ci téereb Kàddug Yàlla, téere yi yépp a bokk, ba noppi foofa.» Acts of the Apostles, 585.</w:t>
      </w:r>
    </w:p>
    <w:p>
      <w:pPr>
        <w:pStyle w:val="ArticleBody"/>
        <w:jc w:val="left"/>
      </w:pPr>
      <w:r>
        <w:rPr>
          <w:rFonts w:ascii="Times New Roman" w:hAnsi="Times New Roman" w:eastAsia="Times New Roman" w:cs="Times New Roman"/>
        </w:rPr>
        <w:t>Benn yépp buy dégg baat gu nekk ci ginnaawam, dafa mbooloo ak Yowaana ci misaal bi jëm ci nit ñi Yàlla ci mujju àddina bi. Yowaana dégg na baat gu nekkoon ci ginnaawam te jox ko ndigali. Isaya itam dégg na baat gu ndigal.</w:t>
      </w:r>
    </w:p>
    <w:p>
      <w:pPr>
        <w:pStyle w:val="ArticleScripture"/>
        <w:jc w:val="left"/>
      </w:pPr>
      <w:r>
        <w:rPr>
          <w:rFonts w:ascii="Times New Roman" w:hAnsi="Times New Roman" w:eastAsia="Times New Roman" w:cs="Times New Roman"/>
        </w:rPr>
        <w:t>Kon nag loolu la Boroom bi di xaar, ngir mu yiw leen; te kon itam dees na ka yékkati, ngir mu yërëm leen. Ndaxte Boroom bi, Yàlla bu àtte la; barkeel na ñépp ñi koy xaar.</w:t>
      </w:r>
    </w:p>
    <w:p>
      <w:pPr>
        <w:pStyle w:val="ArticleScripture"/>
        <w:jc w:val="left"/>
      </w:pPr>
      <w:r>
        <w:rPr>
          <w:rFonts w:ascii="Times New Roman" w:hAnsi="Times New Roman" w:eastAsia="Times New Roman" w:cs="Times New Roman"/>
        </w:rPr>
        <w:t>Ndax nit ñi dinañu dëkk ci Siyon, ci Yerusalem; dootuloo jooyati. Moom dina la yiw lu bare ba tax ci baatub sa yuuxu; bu ko déggee, dina la tontu. Te sax su Boroom bi leen joxee mburu njàqare ak ndoxu metit, sa yiwkat yi dootuñu ñu nëbbatuati ci benn wet; waaye say bët dinañu gis say yiwkat. Te say nopp dinañu dégg ab kàddu ca ginnaaw la, naan: Lii mooy yoon wi, doxleen ci moom, bu ngeen jengoo ndijjoor, ak bu ngeen jengoo càmmoñ. Esayi 30:18–21.</w:t>
      </w:r>
    </w:p>
    <w:p>
      <w:pPr>
        <w:pStyle w:val="ArticleBody"/>
        <w:jc w:val="left"/>
      </w:pPr>
      <w:r>
        <w:rPr>
          <w:rFonts w:ascii="Times New Roman" w:hAnsi="Times New Roman" w:eastAsia="Times New Roman" w:cs="Times New Roman"/>
        </w:rPr>
        <w:t>Nit yu des yëkkatiwu Yàlla dégg nañu baat bu nekk ci ginnaaw ñoom, di leen wax yoon wi ñu war a dox. Gannaaw loolu, war nañu dogal ndax dinañu déglu walla dégluñu. Nit ñi ñuy teewal ci Yowaana ak Esayi mooy nit ñi nekk ci mujjug àddina, ñiy xaar Boroom bi fekk mu yàgg, te Esayi xamle na nu ne yàggam moo waral ndax Moom mooy Yàlla bu àtte. Li dale ci njàlbéenu jaar-jaari Milerit yi ci 1798 ba kera gu jeexal bi jëm ci Aduunism ci yoonu Dibeer, Yàlla mi ngi matal àtte bi ci kër yàlla gu asamaan. Dig bi mooy ne ñi xaar Boroom bi diirub àtte bi dinañu barkeel.</w:t>
      </w:r>
    </w:p>
    <w:p>
      <w:pPr>
        <w:pStyle w:val="ArticleBody"/>
        <w:jc w:val="left"/>
      </w:pPr>
      <w:r>
        <w:rPr>
          <w:rFonts w:ascii="Times New Roman" w:hAnsi="Times New Roman" w:eastAsia="Times New Roman" w:cs="Times New Roman"/>
        </w:rPr>
        <w:t>Ñi askan yi Yàlla yi ñu barkeel ndaxte ñuy muñ a xaar, dañu leen misaale ak janq yi di xaar Boroom Céet bi ci léebu fukki janq ya. Ñoom ñépp nelawoon, te gannaaw loolu ci guddi digg, jafe-jafe bu mag daldi ñëw, ba tax mu sédd janq yi doon nelaw ña ñaar i xeet. Benn xeet degg nañu baat bu jóge gannaaw seen ginnaaw, te ñu walbatiku ngir gis baat boobu miy jàngale leen yoon wi ñu wara jaar; waaye baneen xeet bi bañ nañu walbatiku ngir dégg baat bi—doonte sax ne yégle bi daw ba fees ci téereb Peeñu ma mooy: “Ku am nopp, na déglu li Xel mi wax mbooloyi jàngalekat yi.”</w:t>
      </w:r>
    </w:p>
    <w:p>
      <w:pPr>
        <w:pStyle w:val="ArticleScripture"/>
        <w:jc w:val="left"/>
      </w:pPr>
      <w:r>
        <w:rPr>
          <w:rFonts w:ascii="Times New Roman" w:hAnsi="Times New Roman" w:eastAsia="Times New Roman" w:cs="Times New Roman"/>
        </w:rPr>
        <w:t>«Léebu fukki janq yi ci Macë 25 itam day wone xam-xamu mbokk mbooloom Adãwantis yi.» The Great Controversy, 393.</w:t>
      </w:r>
    </w:p>
    <w:p>
      <w:pPr>
        <w:pStyle w:val="ArticleBody"/>
        <w:jc w:val="left"/>
      </w:pPr>
      <w:r>
        <w:rPr>
          <w:rFonts w:ascii="Times New Roman" w:hAnsi="Times New Roman" w:eastAsia="Times New Roman" w:cs="Times New Roman"/>
        </w:rPr>
        <w:t>Yowaana dafay teewal askanu Awaantis yi, ñiy delli ci gannaaw ngir xam lu jëm ci ëllëg. Bu ñu “dégg baat bu nekk ci seen gannaaw” ni Yowaana def ko, baat boobu itam dafa ëmb ndigalu ñu joxe ci seede Isaya ci jëf jii benn. Ndigalu Isaya mooy: “lii mooy yoon wi, doxleen ci moom, bu ngeen jengoo ndeyjoor, te bu ngeen jengoo càmmoñ.” Jigéen yu xel yi ci Daniel fukki ak ñaar xam nañu yokkute xam-xam ba ci mujju àddina, ndaxte dañoo “daw seen bopp ba ci fii ak fa” ci Kàddu gi ngir xam xam-xamu dund gu ñu ubbiwoon.</w:t>
      </w:r>
    </w:p>
    <w:p>
      <w:pPr>
        <w:pStyle w:val="ArticleScripture"/>
        <w:jc w:val="left"/>
      </w:pPr>
      <w:r>
        <w:rPr>
          <w:rFonts w:ascii="Times New Roman" w:hAnsi="Times New Roman" w:eastAsia="Times New Roman" w:cs="Times New Roman"/>
        </w:rPr>
        <w:t>Waaye yow, Éey Daaniyel, tëjël wax yi, te nga rëjël téere bi ba ci jamono ji mujj; ñu bare dinañu daw fii ak falee, te xam-xam dina yokku. Daniel 12:4.</w:t>
      </w:r>
    </w:p>
    <w:p>
      <w:pPr>
        <w:pStyle w:val="ArticleBody"/>
        <w:jc w:val="left"/>
      </w:pPr>
      <w:r>
        <w:rPr>
          <w:rFonts w:ascii="Times New Roman" w:hAnsi="Times New Roman" w:eastAsia="Times New Roman" w:cs="Times New Roman"/>
        </w:rPr>
        <w:t>Yonent yi nu ngay jàng dafa tegtal Bokk-kërgiy fan yu juróom-ñaar Adventiste ci jamono ji àtte bi di agsi ci jeexitalam te xeexu yërmande bi di tëj. Ñi ñu tegtal ni jigéen yu xam-xam yi, dañuy dégg baat bu jóge ginnaaw seeni tànk, di wax ne: lii mooy yoon wi ngeen war a dox; te Moom dig na leen ne dina leen gindee ci yoon wi, bu ngeen jengee ca càmmooñ walla ca ndeyjoor. “Daw feeñ ak fale” ni jigéen yu xam-xam yi di ko def bu téere bi ubbee, mandarga la buy tekki njàngum Biibël. Cëru aduna day xamal nu ne ngir daw, dafa war nga jëkk a jàng dox; te seede Yàlla ci Esayi nee na ne su ngeen dégge baat bi ci seeni ginnaaw, dina leen gindi ci njàngum Kàddugam, bu ngeen jengoo ca Kóllëre gu Yàgg ga (càmmooñ) walla ca Kóllëre gu Bees ga (ndeyjoor). Ubbi Biibël bi, te dina la gindi ak baatam. Waaye ci Bokk-kërgiy fan yu juróom-ñaar Adventiste ci mujju àddina si, loolu it mooy ne dina la gindi bu nga ubbee Biibël bi (càmmooñ) ak bu nga ubbee Xel mu Yeesaloonu Kàddug Yàlla gi (ndeyjoor).</w:t>
      </w:r>
    </w:p>
    <w:p>
      <w:pPr>
        <w:pStyle w:val="ArticleBody"/>
        <w:jc w:val="left"/>
      </w:pPr>
      <w:r>
        <w:rPr>
          <w:rFonts w:ascii="Times New Roman" w:hAnsi="Times New Roman" w:eastAsia="Times New Roman" w:cs="Times New Roman"/>
        </w:rPr>
        <w:t>Yoonu dox bi gëna leer bu seede Jeremiya yokkutee.</w:t>
      </w:r>
    </w:p>
    <w:p>
      <w:pPr>
        <w:pStyle w:val="ArticleScripture"/>
        <w:jc w:val="left"/>
      </w:pPr>
      <w:r>
        <w:rPr>
          <w:rFonts w:ascii="Times New Roman" w:hAnsi="Times New Roman" w:eastAsia="Times New Roman" w:cs="Times New Roman"/>
        </w:rPr>
        <w:t>Nii la Boroom bi wax: Taxawleen ci yoon yi, xoolleen te laajleen yoon yu mag ya, fan la yoon wu baax bi nekk; doxleen ci moom, te dungeen fekk noflaay ci seeni xol. Waaye ñoom nee nañu: Dunu dox ci moom. Te itam tabax naa ci seen kaw ñiy wottu, naan: Dégluleen baatu trompet bi. Waaye ñoom nee nañu: Dunu déglu.</w:t>
      </w:r>
    </w:p>
    <w:p>
      <w:pPr>
        <w:pStyle w:val="ArticleScripture"/>
        <w:jc w:val="left"/>
      </w:pPr>
      <w:r>
        <w:rPr>
          <w:rFonts w:ascii="Times New Roman" w:hAnsi="Times New Roman" w:eastAsia="Times New Roman" w:cs="Times New Roman"/>
        </w:rPr>
        <w:t>Kon nag déglu, yéen xeeti réew yi, te xam, Ée mbooloo mi, li nekk ci seen biir. Déglu, éey suuf si: xoolleen, dinaa indi musiba ci kaw askan wi, mooy meññeenug seen xalaat yi, ndaxte dégluwuñu sama wax yi, mbaa sama yoonu ndigël, waaye dañu ko bañ. Yeremi 6:16–19.</w:t>
      </w:r>
    </w:p>
    <w:p>
      <w:pPr>
        <w:pStyle w:val="ArticleBody"/>
        <w:jc w:val="left"/>
      </w:pPr>
      <w:r>
        <w:rPr>
          <w:rFonts w:ascii="Times New Roman" w:hAnsi="Times New Roman" w:eastAsia="Times New Roman" w:cs="Times New Roman"/>
        </w:rPr>
        <w:t>Am naari waajkat ñaar i xeet yu di jaamu ci xët wi. Benn mbooloo seet na bépp “yoon,” te tànn nañu “yoon yu mag ya” ngir dox ci. Ñoom dañoo manoon a tànn “yoon wu baax wi” ci biir yeneen “yoon” yépp yu man a am, ndaxte ñoom ñoo deglu baat bi nekk ca gannaaw seen, te baat boobu xamal na leen ne: “lii mooy yoon wi, doxleen ci moom.” Yowaana dafa tegtal ñi dégg baat bi jóge ca gannaaw, ab baat gu jóge ci “yoon yu mag ya.”</w:t>
      </w:r>
    </w:p>
    <w:p>
      <w:pPr>
        <w:pStyle w:val="ArticleScripture"/>
        <w:jc w:val="left"/>
      </w:pPr>
      <w:r>
        <w:rPr>
          <w:rFonts w:ascii="Times New Roman" w:hAnsi="Times New Roman" w:eastAsia="Times New Roman" w:cs="Times New Roman"/>
        </w:rPr>
        <w:t>«Li Boroom bi wax na ne: Taxawleen ci yoon yi, xoolleen, te laajleen yoon yu jëkk ya, fu yoon wu baax wi nekk, te doxleen ci moom.» Yeremi 6:16.</w:t>
      </w:r>
    </w:p>
    <w:p>
      <w:pPr>
        <w:pStyle w:val="ArticleScripture"/>
        <w:jc w:val="left"/>
      </w:pPr>
      <w:r>
        <w:rPr>
          <w:rFonts w:ascii="Times New Roman" w:hAnsi="Times New Roman" w:eastAsia="Times New Roman" w:cs="Times New Roman"/>
        </w:rPr>
        <w:t>“Bu kenn duut ñu jéem a xettali fondmaŋ yu sunu ngëm—fondmaŋ yi ñu tabaxoon ca njàlbéenu sunu liggéey, jaarale ko ci njàngum Kàddu gi ak ñaan ak ci xamle. Ci fondmaŋ yooyu la nu doon tabaxe diirub juróom-fukk at yu mujj yi. Nit ñi man nañu foog ne gis nañu yoon wu bees te man nañu samp fondmaŋ wu gën a dëgër moom mi ñu samp ba noppi. Waaye loolu nax bu réy la. Kenn manul a samp beneen fondmaŋ ludul moom mi ñu samp ba noppi.</w:t>
      </w:r>
    </w:p>
    <w:p>
      <w:pPr>
        <w:pStyle w:val="ArticleScripture"/>
        <w:jc w:val="left"/>
      </w:pPr>
      <w:r>
        <w:rPr>
          <w:rFonts w:ascii="Times New Roman" w:hAnsi="Times New Roman" w:eastAsia="Times New Roman" w:cs="Times New Roman"/>
        </w:rPr>
        <w:t>« Bu yàgg, ñu bare jëfandikoo nañu seen bopp ngir tabax benn ngëm gu bees, di samp ay njariñ yu bees. Waaye ñaata la seen tabax gi takkee? Ci lu gaaw mu daanu, ndaxte kenn sampu ko woon ci Kaw wu dëgër. »</w:t>
      </w:r>
    </w:p>
    <w:p>
      <w:pPr>
        <w:pStyle w:val="ArticleScripture"/>
        <w:jc w:val="left"/>
      </w:pPr>
      <w:r>
        <w:rPr>
          <w:rFonts w:ascii="Times New Roman" w:hAnsi="Times New Roman" w:eastAsia="Times New Roman" w:cs="Times New Roman"/>
        </w:rPr>
        <w:t>“Ndax taalibe yu njëkk ya waruñu woon a daje ak waxi nit ñi? Ndax waruñu woon a déglu njàngale yu dul dëgg, te gannaaw bu ñu defee lépp, taxaw bu dëgër, di wax ne: ‘Kenn manula samp beneen fondemaŋ bu wuute ak bi ñu teg ba noppi’? 1 Corinthians 3:11.”</w:t>
      </w:r>
    </w:p>
    <w:p>
      <w:pPr>
        <w:pStyle w:val="ArticleScripture"/>
        <w:jc w:val="left"/>
      </w:pPr>
      <w:r>
        <w:rPr>
          <w:rFonts w:ascii="Times New Roman" w:hAnsi="Times New Roman" w:eastAsia="Times New Roman" w:cs="Times New Roman"/>
        </w:rPr>
        <w:t>«Kon nag nuy taxawal ci njàlbéen sunu kóolute ba ci mujj. Yàlla ak Kirist yónnee nañu ci xeetu wax yu am doole ngir askan wi, di leen génne ci àddina, tombi-tombi, ba ci leer gu wóor gu dëggug jamono jii. Ak tuñ yu laal na safara sell, surga yi Yàlla yégle nañu ndigal li. Wax ju Yàlla ji joge mooy wéer sealam ci dëgg-gi dëggug wax juñu yégle.» Testimonies, volume 8, 296, 297.</w:t>
      </w:r>
    </w:p>
    <w:p>
      <w:pPr>
        <w:pStyle w:val="ArticleBody"/>
        <w:jc w:val="left"/>
      </w:pPr>
      <w:r>
        <w:rPr>
          <w:rFonts w:ascii="Times New Roman" w:hAnsi="Times New Roman" w:eastAsia="Times New Roman" w:cs="Times New Roman"/>
        </w:rPr>
        <w:t>Waaye am na beneen kur ci tënkuy Yeremi, te boobu “mbooloo,” ni mu leen jàppale, tabax na kër gu mel ni ngëm gu bees, te kër googu daanu na ndaxte tabaxuñu ko ci kaw doj wi. Kër googu mooy kanamug Mbooloom Bésub Noppalu gi juróom-ñaareel, walla ni Yowaana jàppalee jàngale boobu benn mi—jëkka gu dëggu Seytaane.</w:t>
      </w:r>
    </w:p>
    <w:p>
      <w:pPr>
        <w:pStyle w:val="ArticleBody"/>
        <w:jc w:val="left"/>
      </w:pPr>
      <w:r>
        <w:rPr>
          <w:rFonts w:ascii="Times New Roman" w:hAnsi="Times New Roman" w:eastAsia="Times New Roman" w:cs="Times New Roman"/>
        </w:rPr>
        <w:t>Bañ a dégglu, mooy bañ ay «kàdduam» ak yoonam. Ndax seen ñàkk dégg ci dellusi ak dox ci yoon yu mag ya, ak it seen bañ a dégg bataaxalu trompetu sàmmkat bi, Yàlla dina indi musiba ci kaw nit ñi Yeremi tudd ne mooy «mbooloo mu bon.» Naka la Yàlla di jëfandikoo ak kërceen bu fanweer-bésu juróom-ñaareel, mooy Laodise, ab mbir la bu nekk ci waxi kàddu yonent yi ci Biibël. Yonent Ose moo yokk ci melokaan yi ñuy xamale «mbooloo mu bon,» bi mu waxee lu tax ñu leen di bañ.</w:t>
      </w:r>
    </w:p>
    <w:p>
      <w:pPr>
        <w:pStyle w:val="ArticleScripture"/>
        <w:jc w:val="left"/>
      </w:pPr>
      <w:r>
        <w:rPr>
          <w:rFonts w:ascii="Times New Roman" w:hAnsi="Times New Roman" w:eastAsia="Times New Roman" w:cs="Times New Roman"/>
        </w:rPr>
        <w:t>Samay doom nañu ndax xam-xam a ñàkk; ndaxte yow bañ nga xam-xam, man it dinaa la bañ, ba nga dul sama saraxalekat; gannaaw fàtte nga yoonu sa Yàlla, man it dinaa fàtte sa njaboot. Ose 4:6.</w:t>
      </w:r>
    </w:p>
    <w:p>
      <w:pPr>
        <w:pStyle w:val="ArticleBody"/>
        <w:jc w:val="left"/>
      </w:pPr>
      <w:r>
        <w:rPr>
          <w:rFonts w:ascii="Times New Roman" w:hAnsi="Times New Roman" w:eastAsia="Times New Roman" w:cs="Times New Roman"/>
        </w:rPr>
        <w:t>Ñoom dañu leen ndax ñàkk xam-xam, te loolu di tegtal benn yégle bu ñu ubbi ca jamono mujj ga. Yàlla fii dafa jeexal diggante kóllëre bi ak ay nitam ci bind bi, ndax moom ci boppam mooy woo leen ne: “Sama nit ñi!” Ndaxte dañu bañ Kirist, te fàtte ay yoonam, duñu nekk saraxalekat yu Yàlla. Su nit ñi Yàlla duggee ci kóllëre ak moom, dafa leen def saraxalekat ak buur. Bi Yàlla duggee ci kóllëre ak Israeel gu yàgg ga, wax na lii jaarale ko ci Musaa:</w:t>
      </w:r>
    </w:p>
    <w:p>
      <w:pPr>
        <w:pStyle w:val="ArticleScripture"/>
        <w:jc w:val="left"/>
      </w:pPr>
      <w:r>
        <w:rPr>
          <w:rFonts w:ascii="Times New Roman" w:hAnsi="Times New Roman" w:eastAsia="Times New Roman" w:cs="Times New Roman"/>
        </w:rPr>
        <w:t>Léegi nag, bu ngeen dégg samay wax dëgg te sàmm samay kóllëre, kon dingeen doon sama alal ju tedd ci kaw xeeti nit ñépp; ndaxte suuf si gépp moom na ma. Te dingeen doon ci man buurub sarxalkat yi ak xeet wu sell. Loolu mooy wax yi nga war a wax ak ñi Israayil. Exodu 19:5, 6.</w:t>
      </w:r>
    </w:p>
    <w:p>
      <w:pPr>
        <w:pStyle w:val="ArticleBody"/>
        <w:jc w:val="left"/>
      </w:pPr>
      <w:r>
        <w:rPr>
          <w:rFonts w:ascii="Times New Roman" w:hAnsi="Times New Roman" w:eastAsia="Times New Roman" w:cs="Times New Roman"/>
        </w:rPr>
        <w:t>Bi Yàlla duggee ci kóllëre ak jàngoro Kiriscaan bi, mu waxe jaarale ko ci Piyeer:</w:t>
      </w:r>
    </w:p>
    <w:p>
      <w:pPr>
        <w:pStyle w:val="ArticleScripture"/>
        <w:jc w:val="left"/>
      </w:pPr>
      <w:r>
        <w:rPr>
          <w:rFonts w:ascii="Times New Roman" w:hAnsi="Times New Roman" w:eastAsia="Times New Roman" w:cs="Times New Roman"/>
        </w:rPr>
        <w:t>Waaye yéen, xeet wu tànn la ngeen, saraxalekat yu buur yi, xeet wu sell, nit ñu Yàlla moom boppam; ngir ngeen xamle ndamu ki leen woo ci lëndëm génne leen ca leeram gu yéeme ga: yéen ñi, ca jamono ju weesu jii, nekkoonwuleen nit ñu Yàlla, waaye léegi xey nit ñu Yàlla la ngeen; yéen ñi jotewule woon yërmëndey, waaye léegi jot ngeen yërmëndey. 1 Piyeer 2:9, 10.</w:t>
      </w:r>
    </w:p>
    <w:p>
      <w:pPr>
        <w:pStyle w:val="ArticleBody"/>
        <w:jc w:val="left"/>
      </w:pPr>
      <w:r>
        <w:rPr>
          <w:rFonts w:ascii="Times New Roman" w:hAnsi="Times New Roman" w:eastAsia="Times New Roman" w:cs="Times New Roman"/>
        </w:rPr>
        <w:t>Ci Piyeer ci ay aaya yii mooy wax ci jéggi-jëf gi, nekk ci kër Israayil gu yàgg ga, ni ñu doon askanu kóllëre gi Yàlla tànn, ba agsi ci kanam jàngu Kiristaan gi, bi mu waxee ne: “jàlloon na yenn waxtu ngeen nekkoon askan, waaye léegi ngeen di askanu Yàlla.” Bi Yawut yaa tas seen bopp ak Yàlla, Boroom bi dugg ci kóllëre ak jàngu Kiristaan gi. Ñoom ñépp ñooñu ñu leen jàppee ni xeet yu saraxalekat, fekk ñu nekkoon séy ak Boroom bi.</w:t>
      </w:r>
    </w:p>
    <w:p>
      <w:pPr>
        <w:pStyle w:val="ArticleBody"/>
        <w:jc w:val="left"/>
      </w:pPr>
      <w:r>
        <w:rPr>
          <w:rFonts w:ascii="Times New Roman" w:hAnsi="Times New Roman" w:eastAsia="Times New Roman" w:cs="Times New Roman"/>
        </w:rPr>
        <w:t>Ñu bañ a bàyyi ni saraxalekat, loolu di won ne yéen nekkoon woon askanu kóllëre. Seventh-day Adventists dugg nañu woon ci kóllëre ak Boroom bi ca njàlbéenu jaar-jaaru Adventist bi. Kàngi màndiŋ mi génn na woon ci Yeesal gi, waaye mu bañ yégleb Millerite bi, te noonu dafa tas boppam ak Yàlla ci jamono jaari yégleb malaaka bu njëkk ak bu ñaareel ba. Tas gi mujj mooy dikkug malaaka bu ñaareel ba, te wax jëfandikoo na ne duñu doonati doom ju jigéen ju Kirist, waaye ñu sosoon nañu doom ju jigéen ju Babilon. Ci saa si topp, bi yuuxu Guddi ga amee, Yàlla woo na jabaram bees bi ci sëy kóllëre gi.</w:t>
      </w:r>
    </w:p>
    <w:p>
      <w:pPr>
        <w:pStyle w:val="ArticleBody"/>
        <w:jc w:val="left"/>
      </w:pPr>
      <w:r>
        <w:rPr>
          <w:rFonts w:ascii="Times New Roman" w:hAnsi="Times New Roman" w:eastAsia="Times New Roman" w:cs="Times New Roman"/>
        </w:rPr>
        <w:t>Ñaari màndarga ñaar, yi doon misaal kóllëre gi ngir Israayil gu yàgg ga, ñoom ñaari màndarga yoon fukki ndigël yi lañu; te ñaari màndarga yi ngir Israayil gu xel te bees gi, ñoom ñaari màndarga Habakuk lañu, ni ñu ko tegtalee ci nataal yi 1843 ak 1850. Xéet wu kóllëre gi, wi wax ju jóge ci yëglee bi jëfandikoo ay yoon yu bari ngir tuddee ko Lawdiseya, bañ na yoon yu mag ya, nanguwul dégg baat ba ca gannaawam, te moo tax ñuy delloo jaar-jaaru mujjug Israayil gu yàgg ga, bi ñuy sànni leen génne ci gémmiñu Boroom bi. Lu tax lii di xew ci ñi Mu woo ne, “Sama askan wi?”</w:t>
      </w:r>
    </w:p>
    <w:p>
      <w:pPr>
        <w:pStyle w:val="ArticleBody"/>
        <w:jc w:val="left"/>
      </w:pPr>
      <w:r>
        <w:rPr>
          <w:rFonts w:ascii="Times New Roman" w:hAnsi="Times New Roman" w:eastAsia="Times New Roman" w:cs="Times New Roman"/>
        </w:rPr>
        <w:t>Léebu fukki janq yi, biy melal xam-xamu Adventism, am na ñaari yoon yu mu matale: benn ci tambali Adventism, te beneen bi ci mujjeem. Soeur White jàngale ne léeb bi dafa matoon te dina mataat ba ci benn bataaxal-benn bataaxal, te itam ne war nañu baax a dégg léeb bi saa su nekk ni dëggu jamono jii, ni ñetteelu malaaka bi itam mel.</w:t>
      </w:r>
    </w:p>
    <w:p>
      <w:pPr>
        <w:pStyle w:val="ArticleScripture"/>
        <w:jc w:val="left"/>
      </w:pPr>
      <w:r>
        <w:rPr>
          <w:rFonts w:ascii="Times New Roman" w:hAnsi="Times New Roman" w:eastAsia="Times New Roman" w:cs="Times New Roman"/>
        </w:rPr>
        <w:t>«Li ñuy ma faral di jublu ci léebub fukki janq, juróomi ci ñoom ñoo xam-xam, te juróomi yeneen ñoo dof. Léeb bii am na, te dina am, ngir mu mataleeku ci mbind mi ci ay arafam yépp; ndaxte am na jëfandikoo gu xëc ci jamono jii, te mel ni yëgleb malaaka bu ñetteel bi, mat na, te dina sax di dëgg gu ñu war a wax fi ak ba njëlbéenu jamono.» Review and Herald, 19 Ut 1890.</w:t>
      </w:r>
    </w:p>
    <w:p>
      <w:pPr>
        <w:pStyle w:val="ArticleBody"/>
        <w:jc w:val="left"/>
      </w:pPr>
      <w:r>
        <w:rPr>
          <w:rFonts w:ascii="Times New Roman" w:hAnsi="Times New Roman" w:eastAsia="Times New Roman" w:cs="Times New Roman"/>
        </w:rPr>
        <w:t>Adwantis mi Millerit matal na xaaru leebu ci léebu fukki janq yi diggante séen yéene ju bañ a am ci atum 1843 ak yéene ju jub ji ci 22 Oktoobar 1844. Benn-benn xibaar yu wax ci seedeem bi ci jaar-jaar buy yëngu ci jàngoro yii bare nañu te am solo lool, waaye li ma bëgg a xamle rek mooy ne léebu fukki janq yi jàppandoo na bu baax ak malaakaat bu ñetteel bi, ni Rakku Jigéen White waxe léegi.</w:t>
      </w:r>
    </w:p>
    <w:p>
      <w:pPr>
        <w:pStyle w:val="ArticleBody"/>
        <w:jc w:val="left"/>
      </w:pPr>
      <w:r>
        <w:rPr>
          <w:rFonts w:ascii="Times New Roman" w:hAnsi="Times New Roman" w:eastAsia="Times New Roman" w:cs="Times New Roman"/>
        </w:rPr>
        <w:t>Li dale ci 1798 ba bés 22 Oktoobar 1844, yégle bu njëkk bi moo yégle ne àtte bi ubbeek na. Tuuti laata àtte bi tàmbalee, Waxu Guddi diggante ci léeb bu fukki janq ya amoon na mat. Kon nag, bu malaaka bu ñetteel bi yéglee ne àtte bi jeex na, yégleb Waxu Guddi diggante boobu dina delluñu ko waxaat.</w:t>
      </w:r>
    </w:p>
    <w:p>
      <w:pPr>
        <w:pStyle w:val="ArticleBody"/>
        <w:jc w:val="left"/>
      </w:pPr>
      <w:r>
        <w:rPr>
          <w:rFonts w:ascii="Times New Roman" w:hAnsi="Times New Roman" w:eastAsia="Times New Roman" w:cs="Times New Roman"/>
        </w:rPr>
        <w:t>Xam-xam ne, kaniis yi Protestan dafa bañ nañu yégleb Yàlla ba tax ñu doon doom yu Babilon, mooy dikkub yégleb malaaka ñaareel bi ak tambali waxtu yi ñuy xaar ci léeb bi, bi nekkoon “di am matuwaayam bépp araf.” Boroom bi delluwul ci 1843; mu yéex ngir seetlu ak barkeel janq yi. Yégleb malaaka ñaareel bi miy wone ne kaniis yi Protestan ay doom lañu yu Babilon, woote la woon ci ñi desoon ci kaniis yooyu yu rot ngir ñu génn te taxaw ak ñi topp Miller ak seen xam-xamu waxi waxande yi. Ca ndaje dékkuwaayu Exeter ba, Samuel Snow joxe na firnde yi waroon ngir dëggal dikkub Boroom bi ci 22 Oktoobar 1844, te yégleb yu “Yuxtu Guddi” bi daldi dajale réew mi ni mbëj gu mag. Gannaaw loolu, malaaka ñetteel bi agsi na ci Ñàkk yaakaar gu mag gi ci 22 Oktoobar 1844.</w:t>
      </w:r>
    </w:p>
    <w:p>
      <w:pPr>
        <w:pStyle w:val="ArticleBody"/>
        <w:jc w:val="left"/>
      </w:pPr>
      <w:r>
        <w:rPr>
          <w:rFonts w:ascii="Times New Roman" w:hAnsi="Times New Roman" w:eastAsia="Times New Roman" w:cs="Times New Roman"/>
        </w:rPr>
        <w:t>Loolu ab dafa ne mbooloom bu gàtt buy jëfandikoo jaar-jaaru njàlbéen, te bàyyi naa ci lu barey tomb yi, ngir tànn rekk ay tomb yu néew yu mel ni ñoo gën a jëm ci li nuy wax fii.</w:t>
      </w:r>
    </w:p>
    <w:p>
      <w:pPr>
        <w:pStyle w:val="ArticleBody"/>
        <w:jc w:val="left"/>
      </w:pPr>
      <w:r>
        <w:rPr>
          <w:rFonts w:ascii="Times New Roman" w:hAnsi="Times New Roman" w:eastAsia="Times New Roman" w:cs="Times New Roman"/>
        </w:rPr>
        <w:t>Dina ñu yokk ci xalaat yii ci bind bu bees bi.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Artu yu mel niroo yi — Nimeero benn</dc:title>
  <dc:subject>Peñu Yeesu Kirist: Degg njàngale mujj gi ñeel nit ñi nyonso</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