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Limuñeenteel Bu Ñeente"}</w:t>
      </w:r>
    </w:p>
    <w:p>
      <w:pPr>
        <w:pStyle w:val="ArticleSubtitle"/>
        <w:jc w:val="left"/>
      </w:pPr>
      <w:r>
        <w:rPr>
          <w:rFonts w:ascii="Arial" w:hAnsi="Arial" w:eastAsia="Arial" w:cs="Arial"/>
        </w:rPr>
        <w:t>Esayi Ñent-fukk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Bataaxalu Yeesu Kirist mi ñuy ubbi moom dafa ànd ak xamale baat bu Ebrë yi tekkiwoon ne “dëgg,” te boobu, ci yeneen mbir yu bare, moo di wone jikkoom Kirist ni Alfa ak Omega. Njalbeenug mbir mu waral mu mel ni mu ngi tegu ci mujjug mbir moomu, loolu dafay jëfandikoo ci Biibël bépp, te jikkoom Kirist feeñ na ci Biibël, ndaxte moom moo di Kàddu gi. Alfa ak Omega mooy benn xaaj bu jikkoom Kirist bi moom ci boppam di xamale, muy seedeel ne moom mooy Yàlla.</w:t>
      </w:r>
    </w:p>
    <w:p>
      <w:pPr>
        <w:pStyle w:val="ArticleBody"/>
        <w:jc w:val="left"/>
      </w:pPr>
      <w:r>
        <w:rPr>
          <w:rFonts w:ascii="Times New Roman" w:hAnsi="Times New Roman" w:eastAsia="Times New Roman" w:cs="Times New Roman"/>
        </w:rPr>
        <w:t>Yàllaay Esayi sarax-fukk ak ñeent mi mooy tàmbali nettali gu yóbbuwul ci waxi yonent bi, te mu wéy ba ci mujju téereb Esayi ci sarax juróom-ñeent-fukk ak juróom-benn. Mu tàmbali ci jàngale ki di Dëfarkat bi ñu yónni, ki Almasi digël taalibe yi ngir mu dëfar leen ci ndax demam; waaye ñëwug Dëfarkat bi jot na ci matugam gu mat sëkk, ni ko yépp yeneen waxi yonent di am, ci fan yu mujj yi. Ndigalu Esayi ak Yeesu ci agsi Dëfarkat bi muy jublu ci naqarug yëngu-yëngub ñi téeméer ñent-fukk ak ñeent junni, mi amoon ci 18 Sulet 2020.</w:t>
      </w:r>
    </w:p>
    <w:p>
      <w:pPr>
        <w:pStyle w:val="ArticleScripture"/>
        <w:jc w:val="left"/>
      </w:pPr>
      <w:r>
        <w:rPr>
          <w:rFonts w:ascii="Times New Roman" w:hAnsi="Times New Roman" w:eastAsia="Times New Roman" w:cs="Times New Roman"/>
        </w:rPr>
        <w:t>Waaye nag maa ngi leen di wax dëgg; li gën a baax ngir yéen mooy ma dem: ndaxte su ma demul, Dimbalikat bi du ñëw ci yéen; waaye su ma demee, dinaa ko yónni ci yéen. Te bu ñëwee, dina yedd àddina ci lu jëm ci bàkkaar, ak njub, ak àtte. John 16:7, 8.</w:t>
      </w:r>
    </w:p>
    <w:p>
      <w:pPr>
        <w:pStyle w:val="ArticleBody"/>
        <w:jc w:val="left"/>
      </w:pPr>
      <w:r>
        <w:rPr>
          <w:rFonts w:ascii="Times New Roman" w:hAnsi="Times New Roman" w:eastAsia="Times New Roman" w:cs="Times New Roman"/>
        </w:rPr>
        <w:t>Kàddu yi ne “bàkkaar, njub ak àtte” mooy li Dimbalikat bi di jëfandikoo ngir “yedd” àddina bi. Kàddu gi ñu tekki ne “yedd” day duggale itam tekkiinu “wóorloo” mbaa “gëmloo.” Ñetti jéego yi di “bàkkaar, njub ak àtte” dañuy teewal kàddu bu Ebrë yi ñu tekki ne “dëgg.” Kàddu googu sos nañu ko ci njëkk araf, ñetteel-fukki ak ñett araf, ak araf bu mujj ci alfabee Ebrë bi, te kàddu googu mooy màndargaal ne Ki Bind lépp moo di ki njëkk te di ki mujj, Alfa ak Omega. Bu Dimbalikat bi agsee ci ñaari-fukki junni ak ñent-fukki junni ñi ñàkk yaakaar, dina leen gëmloo, te gannaaw loolu àddina siip, ne Yàlla mooy Alfa ak Omega.</w:t>
      </w:r>
    </w:p>
    <w:p>
      <w:pPr>
        <w:pStyle w:val="ArticleScripture"/>
        <w:jc w:val="left"/>
      </w:pPr>
      <w:r>
        <w:rPr>
          <w:rFonts w:ascii="Times New Roman" w:hAnsi="Times New Roman" w:eastAsia="Times New Roman" w:cs="Times New Roman"/>
        </w:rPr>
        <w:t>Wóoralleen, wóoralleen sama askan wi, ñi wax seen Yàlla. Waxleen ak Yerusalem ci wax yu neex xol, te yëgleel ko ne, ay xareem mat nañu, ay tooñam baal nañu; ndaxte jot na ci loxob Aji Sax ji ñaari yoon ngir ay bàkkaaram yépp. Baatu kiy yuuxu ci màndiŋ mi ne: Waajaluleen yoonu Aji Sax ji, jubaluleen ci màndiŋ mi ab yoon bu mag ngir sunu Yàlla. Bépp xuru deeña dees na ko yékati, te bépp tund ak tunduwaay dees na ko suufeel; lu jeng dees na ko jubal, te fu xat dees na ko sellaatal. Te ndamlu Aji Sax ji feeñ na, te bépp soxna ak góor gis ko benn ci benn; ndaxte gémmiñu Aji Sax ji moo ko wax. Esayi 40:1–5.</w:t>
      </w:r>
    </w:p>
    <w:p>
      <w:pPr>
        <w:pStyle w:val="ArticleBody"/>
        <w:jc w:val="left"/>
      </w:pPr>
      <w:r>
        <w:rPr>
          <w:rFonts w:ascii="Times New Roman" w:hAnsi="Times New Roman" w:eastAsia="Times New Roman" w:cs="Times New Roman"/>
        </w:rPr>
        <w:t>Mbind mi dafay xamle liggéeyu ndaw yi ci mujj gi, moom Eliya bu mujj mi, mi ñu woon firndeel ci William Miller, te moom itam ñu ko woon firndeel ci Yahya Mbatis, te moom itam ñu ko woon firndeel ci Eliya, te Malaki moo ko xamle ne mooy ndaw li di waajal yoonu ndawub kóllëre gi. Ci yëngu-yëngu Eliya bu mujj mi, bu Boroom bi yónnee Noppalikat bi ngir dëgërël ñi déggóon te ñuy xaar Boroom bi ci jamono ju yàgg, “ndamlu Boroom bi dina feeñ, te bépp nit dina ko gis ànd ak moroomam.” “Ndamlu” Boroom bi mooy ay jikkoom, te Peeñug Yeesu Kirist mooy ubbiwaat benn mbir ci jikkoom gi ñu teg firndeel ci Alfa ak Omega. Gannaaw taxawalug juróom-ñaar ñaari aaya yu njëkk yi, “baatu ki yuuxuy ci màndiŋ mi,” dafa laaj Yàlla ne: “Lu ma war a yuuxu?”</w:t>
      </w:r>
    </w:p>
    <w:p>
      <w:pPr>
        <w:pStyle w:val="ArticleScripture"/>
        <w:jc w:val="left"/>
      </w:pPr>
      <w:r>
        <w:rPr>
          <w:rFonts w:ascii="Times New Roman" w:hAnsi="Times New Roman" w:eastAsia="Times New Roman" w:cs="Times New Roman"/>
        </w:rPr>
        <w:t>Baati bi ne, «Yëgël.» Mu tontu ne, «Lan laay yëgël?» Bépp yaram ñax la, te lépp lu rafet ci moom mel na ni tóor-tóorub tool bi. Ñax bi wow na, tóor-tóor bi bëy na, ndaxte Noowug Boroom bi wol ci kawam; dëgg-dëgg nit ñi ñax lañu. Ñax bi wow na, tóor-tóor bi bëy na; waaye kàddu sunu Yàlla dina sax ba fàww. Esaay 40:6–8.</w:t>
      </w:r>
    </w:p>
    <w:p>
      <w:pPr>
        <w:pStyle w:val="ArticleBody"/>
        <w:jc w:val="left"/>
      </w:pPr>
      <w:r>
        <w:rPr>
          <w:rFonts w:ascii="Times New Roman" w:hAnsi="Times New Roman" w:eastAsia="Times New Roman" w:cs="Times New Roman"/>
        </w:rPr>
        <w:t>Bataaxalu jikkoo Kirist ci xarakteram, bi ñu tegtal ni Alpha ak Omega, dees na ko teg ci biir misaalu Islaam. Ci Esekiyel ñaar-fukk ak juróom-ñaareel, xuru yax yu dee yi, ñu jëkk a dajale leen; gannaaw gi, ñu dundal leen ci bataaxalu wax-u-Yàlla gu bawoo ci ñent-i ngelaw yi.</w:t>
      </w:r>
    </w:p>
    <w:p>
      <w:pPr>
        <w:pStyle w:val="ArticleScripture"/>
        <w:jc w:val="left"/>
      </w:pPr>
      <w:r>
        <w:rPr>
          <w:rFonts w:ascii="Times New Roman" w:hAnsi="Times New Roman" w:eastAsia="Times New Roman" w:cs="Times New Roman"/>
        </w:rPr>
        <w:t>«Ay malaaka yi di téye ñenti ngelaw yi, ñu mel ni fas mu mer buy wut a rëcc ngir daw ba wees ci kanamu suuf si bépp, di yóbbu alkande ak dee ci yoonam.»</w:t>
      </w:r>
    </w:p>
    <w:p>
      <w:pPr>
        <w:pStyle w:val="ArticleScripture"/>
        <w:jc w:val="left"/>
      </w:pPr>
      <w:r>
        <w:rPr>
          <w:rFonts w:ascii="Times New Roman" w:hAnsi="Times New Roman" w:eastAsia="Times New Roman" w:cs="Times New Roman"/>
        </w:rPr>
        <w:t>“Ndax nuy nelaw ci wàll wi gën a jege ci àddina bu ba fàww? Ndax nuy nekk yéex, sedd te dee? Éy, xanaa nu man a am ci sunuy mboolooy gëm yi Xel ak ngelaw Yàlla, mu wal ci ay nitam, ngir ñu taxaw ci seen tànk te dund. War na nu gis ne yoon wi xat na, te buntu bi suxat na. Waaye bu nu jaarée ci buntu bu suxat bi, yaatuwaayam amul kem. ” Manuscript Releases, volume 20, 217.</w:t>
      </w:r>
    </w:p>
    <w:p>
      <w:pPr>
        <w:pStyle w:val="ArticleBody"/>
        <w:jc w:val="left"/>
      </w:pPr>
      <w:r>
        <w:rPr>
          <w:rFonts w:ascii="Times New Roman" w:hAnsi="Times New Roman" w:eastAsia="Times New Roman" w:cs="Times New Roman"/>
        </w:rPr>
        <w:t>Fasiku meru ci waxi kàddug yëgleb Bibl bi mooy Islam. Meru ci fasiku mi dañuy téj ngir mu bañ a def liggéeyam bu alag, ni ko tegtal ci téj gi ñenti ngelaw yi ñenti malaaka yi di def ci Révélation juróom-ñaareel. Dañu leen téj ba keroog ñaar-fukki junni ak ñeenti-fukki ñeent junni ña ñu màndargaal.</w:t>
      </w:r>
    </w:p>
    <w:p>
      <w:pPr>
        <w:pStyle w:val="ArticleScripture"/>
        <w:jc w:val="left"/>
      </w:pPr>
      <w:r>
        <w:rPr>
          <w:rFonts w:ascii="Times New Roman" w:hAnsi="Times New Roman" w:eastAsia="Times New Roman" w:cs="Times New Roman"/>
        </w:rPr>
        <w:t>Gannaaw loolu gis naa ñeenti malaaka yu taxaw ci ñeenti weti suuf, yor ñeenti ngelawi suuf, ngir ngelaw bañ a wol ci suuf, mbaa ci géej, mbaa ci benn garab. Te gis naa beneen malaaka mu yéeg, jóge ca penku; dafa am màndargay Yàlla ju dund; mu woo ak baat bu kawe ñaari malaaka yu ñetti, ñi ñu mayoon saaga suuf ak géej, naan: Buleen saaga suuf, mbaa géej, mbaa garab yi, ba kera nu tëje ay màndarga ci jë yi ci seen kanam, moom ñi di jaami sunu Yàlla. Peeñug Yowaana 7:1–3.</w:t>
      </w:r>
    </w:p>
    <w:p>
      <w:pPr>
        <w:pStyle w:val="ArticleBody"/>
        <w:jc w:val="left"/>
      </w:pPr>
      <w:r>
        <w:rPr>
          <w:rFonts w:ascii="Times New Roman" w:hAnsi="Times New Roman" w:eastAsia="Times New Roman" w:cs="Times New Roman"/>
        </w:rPr>
        <w:t>Ñaari ngelaw yi ñuy téye, dafay tegtal jàppandiis Islam ba kera mu tëjjee mandargaal nit ñi Yàlla. Islam mooy li Apokalips bi tegtal ci ñetti ña mujj ci juróom-ñaari buxus yi, te itam mooy ñetti musiba yi.</w:t>
      </w:r>
    </w:p>
    <w:p>
      <w:pPr>
        <w:pStyle w:val="ArticleScripture"/>
        <w:jc w:val="left"/>
      </w:pPr>
      <w:r>
        <w:rPr>
          <w:rFonts w:ascii="Times New Roman" w:hAnsi="Times New Roman" w:eastAsia="Times New Roman" w:cs="Times New Roman"/>
        </w:rPr>
        <w:t>Noonu ma gis, te ma dégg malaaka bu di naaw ci biir asamaan, muy wax ak baat bu kawe ne: Ay! Ay! Ay! ñeel waa dëkk ci suuf, ndax yeneen baat yu liit yi ñetti malaaka yi des di liit! PEEWAL 8:13</w:t>
      </w:r>
    </w:p>
    <w:p>
      <w:pPr>
        <w:pStyle w:val="ArticleBody"/>
        <w:jc w:val="left"/>
      </w:pPr>
      <w:r>
        <w:rPr>
          <w:rFonts w:ascii="Times New Roman" w:hAnsi="Times New Roman" w:eastAsia="Times New Roman" w:cs="Times New Roman"/>
        </w:rPr>
        <w:t>Gannaaw bu mu jëfandikoo ñetti buum yi, yu tàkk ci musiba, Yowaana saxal na ci ay mbindam ci sarax 9 melo yi diine Islaam ame. Ci aaya 4 bu sarax 9, am na ndigël bu ñu jox Islaam; te loolu mat na ci jaar-jaaru Abubekr, jiitu ji njëkk gannaaw Mahomet.</w:t>
      </w:r>
    </w:p>
    <w:p>
      <w:pPr>
        <w:pStyle w:val="ArticleScripture"/>
        <w:jc w:val="left"/>
      </w:pPr>
      <w:r>
        <w:rPr>
          <w:rFonts w:ascii="Times New Roman" w:hAnsi="Times New Roman" w:eastAsia="Times New Roman" w:cs="Times New Roman"/>
        </w:rPr>
        <w:t>Teñu leen sant ne buñu lor ñaxu suuf si, mbaa benn lu naat, mbaa genn garab; waaye nit ñi rekk ñi amul màndargay Yàlla ci seen jë. Peeñug Yoon wi 9:4.</w:t>
      </w:r>
    </w:p>
    <w:p>
      <w:pPr>
        <w:pStyle w:val="ArticleBody"/>
        <w:jc w:val="left"/>
      </w:pPr>
      <w:r>
        <w:rPr>
          <w:rFonts w:ascii="Times New Roman" w:hAnsi="Times New Roman" w:eastAsia="Times New Roman" w:cs="Times New Roman"/>
        </w:rPr>
        <w:t>Uriah Smith, wax jàllale njaxlafug Abubekr ak ñaareelu saar bi.</w:t>
      </w:r>
    </w:p>
    <w:p>
      <w:pPr>
        <w:pStyle w:val="ArticleScripture"/>
        <w:jc w:val="left"/>
      </w:pPr>
      <w:r>
        <w:rPr>
          <w:rFonts w:ascii="Times New Roman" w:hAnsi="Times New Roman" w:eastAsia="Times New Roman" w:cs="Times New Roman"/>
        </w:rPr>
        <w:t>«Gannaaw deeju Mohammed, Abubekr mo ko wuutu ci kilifte gu am ndigal gi, ci atum A.D. 632; te bu mu xeexee jëfandikoo ba tabaxal poroñam ak nguuram bu baax, yónnee na ab bataaxal buy wër ci xeeti Arab yi, te li ci topp mooy genn xëcc ci moom:</w:t>
      </w:r>
    </w:p>
    <w:p>
      <w:pPr>
        <w:pStyle w:val="ArticleScripture"/>
        <w:jc w:val="left"/>
      </w:pPr>
      <w:r>
        <w:rPr>
          <w:rFonts w:ascii="Times New Roman" w:hAnsi="Times New Roman" w:eastAsia="Times New Roman" w:cs="Times New Roman"/>
        </w:rPr>
        <w:t>“‘Bu ngeen di xarey xare yi Boroom bi, defleen ni góor ñu dëgër te buleen délloo seeni gannaaw; waaye buleen may seen ndam mu tuur ak deretu jigéen ak xale yi. Buleen yàq genn garab tàndarma, mbaa ngeen lakk benn toolu dugub. Buleen dagg genn garab bu meññ doom, te buleen lor jur yi, lu dul yi ngeen rey ngir lekk. Bu ngeen fasoo genn kóllëre walla benn sart, saxleen ci moom te nekk nit ñu dëgg ci seen wax. Te bi ngeen di dem, dingeen gis ay nit ñuy topp diine te dund weesu ci ay monastër, di mébét ni ñuy jaamu Yàlla noonu; bàyyileen leen, te buleen leen rey mbaa yàq seeni monastër. Te dingeen gis itam baneen xeetu nit ñi bokk ci jàngu Seytaane, ñi wattu kaw seen bopp; wóorleen ne ngeen xar seen boppu xol, te buleen leen jox genn yërmande ba kera ngeen luy doon Yoonentkat walla ñu fey asaka.’” Uriah Smith, Daniel and the Revelation, 500.</w:t>
      </w:r>
    </w:p>
    <w:p>
      <w:pPr>
        <w:pStyle w:val="ArticleBody"/>
        <w:jc w:val="left"/>
      </w:pPr>
      <w:r>
        <w:rPr>
          <w:rFonts w:ascii="Times New Roman" w:hAnsi="Times New Roman" w:eastAsia="Times New Roman" w:cs="Times New Roman"/>
        </w:rPr>
        <w:t>Uriah Smith dem na ci kaw ñaari xeetu nit, yu waroon a ràññee ci ay xarekat yu Islaam yi Abubekr yónnee ngir indi xare ci Room. Benn xeet bi, mu ngi ko sant ay moine Katolik, ñi daan jaamu ci Dibéer; te beneen xeet bi mooy ñi daan jaamu ci bésub juróom-ñaareel bi. Islaam warul woon a song ñi ngay jaamu jant bi rekk. Li gën a am solo ci sunuy xalaat mooy ne nit ñi, muy ñi sàmm Dibéer walla ñi sàmm Cér gi, dañu leen tey jëfandikoo ci misaal muy ñax mu wowul, ay meññeef yu wert, ak garab yi. Ñeenti ngelaw yi ci saar wu juróom-ñaareel bi dañu leen téye woon ngir baña wole ci ñax mi, ba kera ñi sàmm Cér gi daldiñu leen màndargaal.</w:t>
      </w:r>
    </w:p>
    <w:p>
      <w:pPr>
        <w:pStyle w:val="ArticleBody"/>
        <w:jc w:val="left"/>
      </w:pPr>
      <w:r>
        <w:rPr>
          <w:rFonts w:ascii="Times New Roman" w:hAnsi="Times New Roman" w:eastAsia="Times New Roman" w:cs="Times New Roman"/>
        </w:rPr>
        <w:t>ndaw yi ci yëngu-yëngu junni ñaar fukk ak ñeent junni ñent fanweeri ñaar laaj Yàlla ne: «Lan laa war a yuuxu?» Ñu wax ko ne, ay waareem mooy ne Kàddug Yàlla dafa sax ba fàww, te waare woowu dafa war a nekk ci biir mbirum ngelaw li di wël ci kaw ñax mi. Bi Ñu Dimbalékat bi ñëwee ci junni ñaar fukk ak ñeent junni ñent fanweeri ñaar yi ñàkk yaakaar ndax ab yéene bu juum jëm ci Islaam, te gannaaw loolu ñu xam ne ñungi ci jamonoy yëex-yaakaar gi ci léebu fukki janq, su boobaa Ñu Dimbalékat bi xamal leen ne waare bi ñu war a yégle mooy waareb wàllu Islaam ci yëgleb Kàddug Yàlla ci misaal yi. Ñëwug Ñu Dimbalékat bi, ci jaar-jaari jamonoy yëex-yaakaar gi, moo leen di tax ñu taxaw.</w:t>
      </w:r>
    </w:p>
    <w:p>
      <w:pPr>
        <w:pStyle w:val="ArticleScripture"/>
        <w:jc w:val="left"/>
      </w:pPr>
      <w:r>
        <w:rPr>
          <w:rFonts w:ascii="Times New Roman" w:hAnsi="Times New Roman" w:eastAsia="Times New Roman" w:cs="Times New Roman"/>
        </w:rPr>
        <w:t>Mu ne ma: “Doomu nit ki, taxawal ci sa tànk, te dinaa wax ak yaw.” Noonu Ruuh bi dugg ci man bi mu doon wax ak man, te taxaw ma ci sama tànk, ba ma dégg ki doon wax ak man. Ezekiel 2:1, 2.</w:t>
      </w:r>
    </w:p>
    <w:p>
      <w:pPr>
        <w:pStyle w:val="ArticleBody"/>
        <w:jc w:val="left"/>
      </w:pPr>
      <w:r>
        <w:rPr>
          <w:rFonts w:ascii="Times New Roman" w:hAnsi="Times New Roman" w:eastAsia="Times New Roman" w:cs="Times New Roman"/>
        </w:rPr>
        <w:t>Ñu taxaw bu ñu leen dekkalee.</w:t>
      </w:r>
    </w:p>
    <w:p>
      <w:pPr>
        <w:pStyle w:val="ArticleScripture"/>
        <w:jc w:val="left"/>
      </w:pPr>
      <w:r>
        <w:rPr>
          <w:rFonts w:ascii="Times New Roman" w:hAnsi="Times New Roman" w:eastAsia="Times New Roman" w:cs="Times New Roman"/>
        </w:rPr>
        <w:t>Te nit ñi bokk ci xeet yi, ak giir yi, ak làkk yi, ak réew yi dinañu gis seen yaram yu dee diirub ñetti fan ak genn wàll, te duñu maye seen yaram yu dee ñu suul leen ci bàmmeel yi. Te ñi dëkk ci kaw suuf dinañu bég ci seen kaw, te dinañu am mbégte, te dinañu yónnee xaalis ci seen diggante; ndaxte ñaari yonent yooyu daan nañu sonal ñi dëkk ci kaw suuf. Waaye gannaaw ñetti fan ak genn wàll, Xelum dund gu jóge ca Yàlla dugg na ci ñoom, te ñu taxaw ci seen tànk; te ragal gu réy dal na ñi leen gis. Peeñu Yowaana 11:9–11.</w:t>
      </w:r>
    </w:p>
    <w:p>
      <w:pPr>
        <w:pStyle w:val="ArticleBody"/>
        <w:jc w:val="left"/>
      </w:pPr>
      <w:r>
        <w:rPr>
          <w:rFonts w:ascii="Times New Roman" w:hAnsi="Times New Roman" w:eastAsia="Times New Roman" w:cs="Times New Roman"/>
        </w:rPr>
        <w:t>Ñaari jëfandikoo yi ñaari, mooy taxaw, te gannaaw loolu ñu yékkati ko ni sañse bi, ñu ngi ko itam tektal ci Ezekiel ci ayuub fanweeru-ñeent ak juróom-ñaari. Jëfandikoo bu njëkk bu Ezekiel dafa boole ay cér yu yaramu yaxu yi wow te dee, yi nekk ci xuru njàqare. Jëfandikoo bu ñaareel bu Ezekiel mooy yégle bu ñeenti ngelaw yi, te loolu mooy yégle bu sëllal bi, mooy yéglebu Islaam.</w:t>
      </w:r>
    </w:p>
    <w:p>
      <w:pPr>
        <w:pStyle w:val="ArticleScripture"/>
        <w:jc w:val="left"/>
      </w:pPr>
      <w:r>
        <w:rPr>
          <w:rFonts w:ascii="Times New Roman" w:hAnsi="Times New Roman" w:eastAsia="Times New Roman" w:cs="Times New Roman"/>
        </w:rPr>
        <w:t>Mu ne ma ne: “Doomu nit ki, yax yi mën nañu dundaat?” Ma tontu ne: “Boroom bi Yàlla, yaw rekk a xam.” Mu dellu ne ma: “Waxal ci kaw yax yi, te nga ne leen: Yeen yax yu wow yi, dégluleen kàddug Boroom bi. Nii la Boroom bi Yàlla wax yax yi: Xoolleen, dinaa dugal seen biir ngelaw, ngeen dund; dinaa leen tàkkal tendoon, yokk ci yéen yàpp, muur leen der, te dugal ci yéen ngelaw, ngeen dund; te dingeen xam ne man maa di Boroom bi.” Noonu ma waxal ni ma ko santoon; ba may waxal, am na riir, te gis, yengu-yengu am na, te yax ya dajaloo, benn yax ak sa moroomam. Bi ma xoolee, gis naa ne tendoon ya ak yàpp ya saxsi ci seen kaw, te der gi muur leen; waaye ngelaw nekkuloon ci ñoom. Noonu mu ne ma: “Waxal ak ngelaw gi, waxal, doomu nit ki, te nga ne ngelaw gi: Nii la Boroom bi Yàlla wax: Jógeel ci ñeenti ngelaw yi, yaw ngelaw, te wol ci kaw ñi ñu rey yii, ngir ñu dund.” Noonu ma waxal ni mu ma ko santoon, te ngelaw gi dugg ci ñoom, ñu dund, taxaw ci seen tànk, doon mbooloo mu réy lool. Ezekiel 37:3–10.</w:t>
      </w:r>
    </w:p>
    <w:p>
      <w:pPr>
        <w:pStyle w:val="ArticleBody"/>
        <w:jc w:val="left"/>
      </w:pPr>
      <w:r>
        <w:rPr>
          <w:rFonts w:ascii="Times New Roman" w:hAnsi="Times New Roman" w:eastAsia="Times New Roman" w:cs="Times New Roman"/>
        </w:rPr>
        <w:t>Ci xët yu nekk ci Esayi, bi nuy seet léegi, bu Boroom Ndeeylu gi agsee, ñoom dañuy taxaw ci seen tànk, gannaaw loolu dees leen yékkati ci tund bu kawe ngir nekk ay raaya, te ñuy yégle “xibaar bu baax bi”, mooy taw wu mujj wi, yëgleb malaaka bu ñetteel bi.</w:t>
      </w:r>
    </w:p>
    <w:p>
      <w:pPr>
        <w:pStyle w:val="ArticleScripture"/>
        <w:jc w:val="left"/>
      </w:pPr>
      <w:r>
        <w:rPr>
          <w:rFonts w:ascii="Times New Roman" w:hAnsi="Times New Roman" w:eastAsia="Times New Roman" w:cs="Times New Roman"/>
        </w:rPr>
        <w:t>Yow Siyon, yaw miy yégle xibaar bu baax bi, yéegul ca tund wu kawe wa; yow Yerusalem, yaw miy yégle xibaar bu baax bi, yékkatil sa baat ak doole; yékkatil ko, bul ragal; waxal dëkk yi yu Yuda ne: Seetleen seen Yàlla! Xoolleen, Boroom bi Yàlla dina ñëw ak loxo bu am doole, te ayu boppam dina nguur ngir moom; xoolleen, peyam ànd na ak moom, te li mu jotlekkat moom a ngi ci kanamam. Dina sàmm ay juram mel ni sàmmkat; dina dajale xar yi ak ayu boppam, te yóbbu leen ci dënnëm, te dina yóbbu ndànk ñi ëmb. Kan moo natt ndox yi ak pothu loxom, te natt asamaan ak jàntub loxo, te dajale pëndu suuf si ci nattukaay, te weesu tundi yi ci péeñ, ak tacc yi ci balans? Kan moo jubal Xelum Boroom bi, walla kan, ci nekk ndigëlkatam, moo ko jàngal? Ak kan la seetaanoon ngir jëfandikoo xelam, te kan koo yar, te jàngal ko yoonu àtte, te jàngal ko xam-xam, te won ko yoonu xel mu leer? Xoolleen, xeeti àddina yi mel nañu ni tux bu rot ci paan, te ñu jàpp leen ni pënd bu tuuti ci balans; xoolleen, dindi na dunu yi mel ni lu gën a tuuti. Lebanoŋ sax doyul ngir taal, te rab yi nekk fa doyuwuñu ngir sarax su lakk. Xeet yépp ci kanamam darauñu; te ñu jàpp leen ci moom ni lu gën a amul dara ak neen. Esayi 40:9–17.</w:t>
      </w:r>
    </w:p>
    <w:p>
      <w:pPr>
        <w:pStyle w:val="ArticleBody"/>
        <w:jc w:val="left"/>
      </w:pPr>
      <w:r>
        <w:rPr>
          <w:rFonts w:ascii="Times New Roman" w:hAnsi="Times New Roman" w:eastAsia="Times New Roman" w:cs="Times New Roman"/>
        </w:rPr>
        <w:t>Ñi jóge ci séen bàmmeel, yékkat nañu leen ngir nekk màndarga, walla ni Esayi waxe ko, yóbbu nañu leen « ca tundu kawe ga ». Tundu kawe ga mooy màndarga ga, te muy teg fi ñi doon xaar Boroom bi, durante jamono ju yàgg ba xaar gi, ji tàmbalee ak jàqle gu njëkk ga ci 18i Sulet 2020.</w:t>
      </w:r>
    </w:p>
    <w:p>
      <w:pPr>
        <w:pStyle w:val="ArticleScripture"/>
        <w:jc w:val="left"/>
      </w:pPr>
      <w:r>
        <w:rPr>
          <w:rFonts w:ascii="Times New Roman" w:hAnsi="Times New Roman" w:eastAsia="Times New Roman" w:cs="Times New Roman"/>
        </w:rPr>
        <w:t>Junni war junni dina daw ci yéen; ci xaste benn nit ngeen daw; ci xaste juróom ngeen daw ba, ba kera ngeen des ni ab càmbar ci kaw tundu, te ni ab ràññee ci kaw tund. Moo tax Boroom bi di xaar ngir wone yéen yiw; moo tax it dees na ko yékkati ngir muy yërëm yéen: ndaxte Boroom bi mooy Yàlla ju àtte; barkeel ñi nekk di ko xaar ñépp. Esayi 30:17, 18.</w:t>
      </w:r>
    </w:p>
    <w:p>
      <w:pPr>
        <w:pStyle w:val="ArticleBody"/>
        <w:jc w:val="left"/>
      </w:pPr>
      <w:r>
        <w:rPr>
          <w:rFonts w:ascii="Times New Roman" w:hAnsi="Times New Roman" w:eastAsia="Times New Roman" w:cs="Times New Roman"/>
        </w:rPr>
        <w:t>Ci Téereb Yàlla, ci fanweer fukki benn, bannière bi yékkati nañu ko ca asamaan.</w:t>
      </w:r>
    </w:p>
    <w:p>
      <w:pPr>
        <w:pStyle w:val="ArticleScripture"/>
        <w:jc w:val="left"/>
      </w:pPr>
      <w:r>
        <w:rPr>
          <w:rFonts w:ascii="Times New Roman" w:hAnsi="Times New Roman" w:eastAsia="Times New Roman" w:cs="Times New Roman"/>
        </w:rPr>
        <w:t>Noonu dégg baat bu réy buy jóge ci asamaan, di leen wax ne: “Yéegleen fii.” Noonu ñu yéeg ca asamaan ci niir, te seen noon ya gis leen. Te ci waxtu woowu amoon na suuxu suuf bu réy, te fukki benn cér ci dëkk ba daanu; te ci suuxu suuf ba ñaari junni nit ak juróom-ñaar fukki téeméeri nit ñu rey; te ñi ci des tiit lool, jox ndam Yàlla ju asamaan. Peeñu 11:12, 13.</w:t>
      </w:r>
    </w:p>
    <w:p>
      <w:pPr>
        <w:pStyle w:val="ArticleBody"/>
        <w:jc w:val="left"/>
      </w:pPr>
      <w:r>
        <w:rPr>
          <w:rFonts w:ascii="Times New Roman" w:hAnsi="Times New Roman" w:eastAsia="Times New Roman" w:cs="Times New Roman"/>
        </w:rPr>
        <w:t>Apokalips benn fukk ne, ñaari seede yi yékk naa ñu leen ci asamaan ci saa si sax ak suuf-sàq gi. Suuf-sàq googu, gi matoon ci yàgg-jamono yu weesu yi jaarale ko ci Révolusiyoŋ bu Farãs, mooy misaal bu yëgle tasaarook États-Unis bi ci jamono joonu Dimaas bi. Kon nag, rakkal gi yékk naa ci jamono joonu Dimaas bi, te rakkal googu di feeñal “xibaar yu baax yi” ci adduuna bépp.</w:t>
      </w:r>
    </w:p>
    <w:p>
      <w:pPr>
        <w:pStyle w:val="ArticleScripture"/>
        <w:jc w:val="left"/>
      </w:pPr>
      <w:r>
        <w:rPr>
          <w:rFonts w:ascii="Times New Roman" w:hAnsi="Times New Roman" w:eastAsia="Times New Roman" w:cs="Times New Roman"/>
        </w:rPr>
        <w:t>Yéen ñépp dëkkkat yi ci àddina si, ak ñi dëkk ci suuf si, xoolleen bu mu yékkatee bannéer ci kaw tundi yi; te bu mu wollee trompet, déggleen. Esaaya 18:3.</w:t>
      </w:r>
    </w:p>
    <w:p>
      <w:pPr>
        <w:pStyle w:val="ArticleBody"/>
        <w:jc w:val="left"/>
      </w:pPr>
      <w:r>
        <w:rPr>
          <w:rFonts w:ascii="Times New Roman" w:hAnsi="Times New Roman" w:eastAsia="Times New Roman" w:cs="Times New Roman"/>
        </w:rPr>
        <w:t>Màndarga bi dina wàllu “xibaar yu baax yi” bu “trompet bi” jóge. Bësu trompet bu mujj gi ci Kàddug Yàlla gi nekk ci Peeñ mi mooy trompet bu juróom-ñaareel bi, te mooy ñetteelu musiba bi, te mooy Islaam. Esayi, Yowaana ak Esekiyel ñoom ñépp dañuy wax ci fan yu mujj yi, te duñu fennante mukk.</w:t>
      </w:r>
    </w:p>
    <w:p>
      <w:pPr>
        <w:pStyle w:val="ArticleBody"/>
        <w:jc w:val="left"/>
      </w:pPr>
      <w:r>
        <w:rPr>
          <w:rFonts w:ascii="Times New Roman" w:hAnsi="Times New Roman" w:eastAsia="Times New Roman" w:cs="Times New Roman"/>
        </w:rPr>
        <w:t>Sàrtu Yàlla mi dees koy teg ci kaw nit ñi Yàlla moom, dina am ci yoonu Dibeer bi.</w:t>
      </w:r>
    </w:p>
    <w:p>
      <w:pPr>
        <w:pStyle w:val="ArticleScripture"/>
        <w:jc w:val="left"/>
      </w:pPr>
      <w:r>
        <w:rPr>
          <w:rFonts w:ascii="Times New Roman" w:hAnsi="Times New Roman" w:eastAsia="Times New Roman" w:cs="Times New Roman"/>
        </w:rPr>
        <w:t>“Kenn benn ci nun du mas a jot sellu Yàlla bi su fekkee sunuy jikko am na benn bérab bu tilim walla benn taq ci seen kaw. Ñu bàyyi ko ci sunu loxo ngir jubbanti ay ñàkk yi ne ci sunuy jikko, ngir setal kërug bakkan bi ci bépp sobe. Bu boobaa ndox mujj mi dina wàcc ci sunu kaw, ni ndox njëkk mi wàcce woon ci kaw taalibey Yeesu yi ca Bésu Pentekot....”</w:t>
      </w:r>
    </w:p>
    <w:p>
      <w:pPr>
        <w:pStyle w:val="ArticleScripture"/>
        <w:jc w:val="left"/>
      </w:pPr>
      <w:r>
        <w:rPr>
          <w:rFonts w:ascii="Times New Roman" w:hAnsi="Times New Roman" w:eastAsia="Times New Roman" w:cs="Times New Roman"/>
        </w:rPr>
        <w:t>“Lu ngeen di def, yéen bokk yi, ci jëf ju mag ji ngir waajal? Ñi bokk ak àddina, dañuy jot binduwaayam àddina, te dañuy waajal ngir màndarga rab wi. Ñi dul wóolu seen bopp, ñi di suufeel seen bopp ci kanam Yàlla te di setal seen bàkkan ci topp dëgg gi, ñooñu dañuy jot binduwaayam asamaan, te dañuy waajal ngir màndargay Yàlla ci seen jë. Bu ndigal li génnee, te màndarga ma tëj ci seen kaw, seen jikko dina des set te amul benn tuuma ba fàww.” Testimonies, volume 5, 214–216.</w:t>
      </w:r>
    </w:p>
    <w:p>
      <w:pPr>
        <w:pStyle w:val="ArticleBody"/>
        <w:jc w:val="left"/>
      </w:pPr>
      <w:r>
        <w:rPr>
          <w:rFonts w:ascii="Times New Roman" w:hAnsi="Times New Roman" w:eastAsia="Times New Roman" w:cs="Times New Roman"/>
        </w:rPr>
        <w:t>Doonte nde digg bi ñu koy samp ci yoonu Dibéer, ñi di jot màndargay xaar bi war nañu am baat bu ñu waajal ngir màndargay xaar boobu, bala yoonu Dibéer, ndaxte yoonu Dibéer mooy jafe-jafe ju mag ji lépp jafe-jafe yi nekk ci Kàddu Yàlla di jëmé ci kanam ba ca moom. Moom mooy “jafe-jafe”, walla “yuuxu” ba ci guddi digg, ci léebu fukki janq yi.</w:t>
      </w:r>
    </w:p>
    <w:p>
      <w:pPr>
        <w:pStyle w:val="ArticleScripture"/>
        <w:jc w:val="left"/>
      </w:pPr>
      <w:r>
        <w:rPr>
          <w:rFonts w:ascii="Times New Roman" w:hAnsi="Times New Roman" w:eastAsia="Times New Roman" w:cs="Times New Roman"/>
        </w:rPr>
        <w:t>“Jikko juddu ci jamono ju metti. Bi baat bu dëggu baaxeekee guddi ne, ‘Xoolleen, boroom céet bi ngi ñëw; génnleen ngir daje ak moom,’ janq yi doon nelaw yéewu nañu ci seen nelaw, te gis nañu kan mooy ki defaroon boppam ngir loolu xew. Ñaar ñi ñépp fekk na leen ci lu ñu seetuwoonul, waaye benn waajaloon na ngir jafe-jafe ja, te ka ca des fekk nañu ko ci lu mu waajul. Jikko juddu ci mbirum xaalis. Jafe-jafe yi di génne dëgg-dëggu jikko. Musiba mu gaaw te kenn seetuwoon, walla ñàkk ku nu bëgg, walla jamono ju metti, walla wéradi gu kenn yaakaarul, walla metit gu tar, mbaa lu xol bi di tax mu daje ak dee, loolu dina génne li nekk ci biir jikko ji ci dëgg. Dina leer ndax am na walla amul genn ngëm gu dëgg ci diggé yi nekk ci Kàddug Yàlla. Dina leer ndax xol bi yiw na ko yiwug Yàlla, ndax am na diw ci ndab li ak lamp bi.”</w:t>
      </w:r>
    </w:p>
    <w:p>
      <w:pPr>
        <w:pStyle w:val="ArticleScripture"/>
        <w:jc w:val="left"/>
      </w:pPr>
      <w:r>
        <w:rPr>
          <w:rFonts w:ascii="Times New Roman" w:hAnsi="Times New Roman" w:eastAsia="Times New Roman" w:cs="Times New Roman"/>
        </w:rPr>
        <w:t>“Jamono nattu ñëw na ci ñépp. Nan lañuy doxale sunu bopp bu nu nekk ci ngir seetlu ak wóorle gu Yàlla? Ndax sunuy làmp yi dey fey? walla ndax da nu leen di saxal di tàkk? Ndax dañu waajal nañu ngir bépp jafe-jafe jaaraleko ak sunu bokk ak Moom mi fees dell ak yiw ak dëgg? Juróomi janq yu xam-xam yi mënuñu woon a jox juróomi janq yu ñàkk xel yi seen jikko. Jikko war na ñu ko tabax ci sunu bopp, ku nekk ci boppam.” Review and Herald, 17 Oktobar 1895.</w:t>
      </w:r>
    </w:p>
    <w:p>
      <w:pPr>
        <w:pStyle w:val="ArticleBody"/>
        <w:jc w:val="left"/>
      </w:pPr>
      <w:r>
        <w:rPr>
          <w:rFonts w:ascii="Times New Roman" w:hAnsi="Times New Roman" w:eastAsia="Times New Roman" w:cs="Times New Roman"/>
        </w:rPr>
        <w:t>Janq ak xel yi daan nañ diwlin bi, bala baat ba jëm ci seen nopp, ndax bu jafe-jafe gu guddi diggë jotee, dafa weesu ngir jot diwlin bi.</w:t>
      </w:r>
    </w:p>
    <w:p>
      <w:pPr>
        <w:pStyle w:val="ArticleScripture"/>
        <w:jc w:val="left"/>
      </w:pPr>
      <w:r>
        <w:rPr>
          <w:rFonts w:ascii="Times New Roman" w:hAnsi="Times New Roman" w:eastAsia="Times New Roman" w:cs="Times New Roman"/>
        </w:rPr>
        <w:t>“Am na ruuxu njàqare, ak xare ak tuur deret, te ruux boobu dina gëna yokku ba ci jeexital jamono ji. Bu gaaw rekk nit ñi Yàlla moom di tëj ci seen kanam yi,—du benn sëll wala màndarga bu nit man a gis, waaye mooy taxawu ci dëgg gi, ci xel ak ci ruux itam, ba tax ñu mënul yëngu,—bu gaaw rekk nit ñi Yàlla moom di tëj te waajal leen ngir yengu-yengu gi, dina ñëw. Dëgg-dëgg, tàmbalee na ba noppi; mbugali Yàlla dañoo ngi ci suuf si léegi, ngir artu nu, ba nu xam li ngiy ñëw.” Manuscript Releases, volume 1, 249.</w:t>
      </w:r>
    </w:p>
    <w:p>
      <w:pPr>
        <w:pStyle w:val="ArticleBody"/>
        <w:jc w:val="left"/>
      </w:pPr>
      <w:r>
        <w:rPr>
          <w:rFonts w:ascii="Times New Roman" w:hAnsi="Times New Roman" w:eastAsia="Times New Roman" w:cs="Times New Roman"/>
        </w:rPr>
        <w:t>Sàññu Yàlla mooy dëgër ci dëgg, ci xel ak ci ngëm gu xelal. Sàññu boobu mëneesul a gis, waaye alama bi dees na ko gis, ndaxte moom rekk mooy yoon wi kaw suuf mën a àttees ci àddina. Kon nag, am na jamono ju sàññu bi mëneesul a gis, te ginnaaw loolu topp na yoonu Dibeer, fa la war a gis sàññu bi.</w:t>
      </w:r>
    </w:p>
    <w:p>
      <w:pPr>
        <w:pStyle w:val="ArticleScripture"/>
        <w:jc w:val="left"/>
      </w:pPr>
      <w:r>
        <w:rPr>
          <w:rFonts w:ascii="Times New Roman" w:hAnsi="Times New Roman" w:eastAsia="Times New Roman" w:cs="Times New Roman"/>
        </w:rPr>
        <w:t>Liggéeyu Xelum Mi mooy tax adduña bi xam bàkkaar, njub ak àtte. Adduña bi mënañu koo artu rekk bu gisee ñi gëm dëgg gi neesal nañu leen ci dëgg gi, di dox ci ay doxalin yu kawe te sell, di wone ci anam gu kawe, gu yéeg, rëdd wi taxaw diggante ñiy sàmm ndigali Yàlla ak ñiy dàq leen ci seen tànk. Neesalug Xelum Mi mooy màndargaale wuññee gi nekk diggante ñi am màndargay Yàlla ak ñiy sàmm benn fanu noppalu gu dul dëgg. Bu nattu gi agsee, dina leer bu baax lan mooy màndargay rab wi. Mooy sàmm Dibéer. Ñi dégg dëgg gi ba noppi, te sax di jàpp bés bii ni mu sell, dañuy yëngal firndeji nit ku bàkkaar ga, moom mi defe woon xalaat ne dina soppi jamono ak yoon yi. Bible Training School, 1 Desàmbar 1903.</w:t>
      </w:r>
    </w:p>
    <w:p>
      <w:pPr>
        <w:pStyle w:val="ArticleBody"/>
        <w:jc w:val="left"/>
      </w:pPr>
      <w:r>
        <w:rPr>
          <w:rFonts w:ascii="Times New Roman" w:hAnsi="Times New Roman" w:eastAsia="Times New Roman" w:cs="Times New Roman"/>
        </w:rPr>
        <w:t>Sàññ bi war a am ngir yoonu Dibeer bi dikk mooy yokkute gu mat sëkk ci jikkoo Kirist, te kenn du ko gis, lu dul malaaka yi. Waaye sàññ bi ñuy gis bu yoonu Dibeer bi dikk mooy ñi di sàmm Noflaayub bésub juróom-ñaareel bi, ndaxte mooy sàññ, walla màndarga, bu askanu Yàlla.</w:t>
      </w:r>
    </w:p>
    <w:p>
      <w:pPr>
        <w:pStyle w:val="ArticleScripture"/>
        <w:jc w:val="left"/>
      </w:pPr>
      <w:r>
        <w:rPr>
          <w:rFonts w:ascii="Times New Roman" w:hAnsi="Times New Roman" w:eastAsia="Times New Roman" w:cs="Times New Roman"/>
        </w:rPr>
        <w:t>Waxal itam ci bànni Israyil ne leen: “Ci dëgg, ngeen war a sàmm samay bésub Noflaay; ndaxte mooy téereb màndarga bu nekk ci sama diggante ak yéen ci seen maas yi lépp; ngir ngeen xam ne man maa di Aji-Sax ji leen sellal.” Exodus 31:13.</w:t>
      </w:r>
    </w:p>
    <w:p>
      <w:pPr>
        <w:pStyle w:val="ArticleBody"/>
        <w:jc w:val="left"/>
      </w:pPr>
      <w:r>
        <w:rPr>
          <w:rFonts w:ascii="Times New Roman" w:hAnsi="Times New Roman" w:eastAsia="Times New Roman" w:cs="Times New Roman"/>
        </w:rPr>
        <w:t>Tëj miir yu juroom-ñeent 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ak ñeent junni ñaar-fukk ñeenti tamit tàmbali na ci 18 Sulet 2020, te war na jeex ngir amul ba noppi yoonu Dibeer bi.</w:t>
      </w:r>
    </w:p>
    <w:p>
      <w:pPr>
        <w:pStyle w:val="ArticleScripture"/>
        <w:jc w:val="left"/>
      </w:pPr>
      <w:r>
        <w:rPr>
          <w:rFonts w:ascii="Times New Roman" w:hAnsi="Times New Roman" w:eastAsia="Times New Roman" w:cs="Times New Roman"/>
        </w:rPr>
        <w:t>Yéen ñépp aji dëkk ci àddina, ak ñiy dëkk ci suuf si, xoolleen bu yékkatee benn ràññee ci tundi ya; te bu wollee trompet bi, déggleen. Esaayi 18:3.</w:t>
      </w:r>
    </w:p>
    <w:p>
      <w:pPr>
        <w:pStyle w:val="ArticleBody"/>
        <w:jc w:val="left"/>
      </w:pPr>
      <w:r>
        <w:rPr>
          <w:rFonts w:ascii="Times New Roman" w:hAnsi="Times New Roman" w:eastAsia="Times New Roman" w:cs="Times New Roman"/>
        </w:rPr>
        <w:t>Juróomi ñaari yu léegi ubbees nañu, xamle nañu ne jaar-jaaru ñaar-fukk ak ñeent-fukki junni nit ñi, mooy liggéeyu yégle ab bataaxal bu ñu teg ci biir xaalisu artuwóol bu ñetteelu ay. Trompetu Isalaam ci waxi Yàlla yi nekk ci kàddug Bibil, mooy li xonxal bi dekkal ci bàmmeel bi di wol.</w:t>
      </w:r>
    </w:p>
    <w:p>
      <w:pPr>
        <w:pStyle w:val="ArticleBody"/>
        <w:jc w:val="left"/>
      </w:pPr>
      <w:r>
        <w:rPr>
          <w:rFonts w:ascii="Times New Roman" w:hAnsi="Times New Roman" w:eastAsia="Times New Roman" w:cs="Times New Roman"/>
        </w:rPr>
        <w:t>Ñetti yoon ci xàll yi ci bépp rëform-line, yi méngoo ak ñetti yoon ci xàll yi ci taarixu 1840 ba 1844, dëggal nañu ne bépp benn ci ñenti jéego yi ci bépp rëform-line dafa sax ci benn téemeer. Jëkkëru yoon ci xàll ci taarixu ñaar-fukk ak ñeenti junni nit ñi, mi 1840 ba 1844 doon tegu ci moom, mooy dooleel bataaxal bi ci 11 Septàmbàr 2001. Yoon ci xàll woowu mooy Islaam. Ñaareelu yoon ci xàll ci taarix bu mëngoo ngir ñaar-fukk ak ñeenti junni nit ñi mooy naqar gi ci 18 Sulet 2020. Yoon ci xàll woowu doon na yonent bu jëm ci Islaam, bu yàquwoon ndax jëfandikoo waxtu. Ñetteelu yoon ci xàll bi di màndargaal Midnight Cry mooy jubanti yonent bi jëm ci Islaam bi amoon njuumte. Jubanti boobu di tegu ci bañ a jëfandikoo waxtu. Ñeenteelu yoon ci xàll bi mooy sàrtu Dibéeri, fa la bandera bi ñu yékkati di wol geetu juróom-ñaareel bi, muy ñetteelu musiba bi, muy Islaam.</w:t>
      </w:r>
    </w:p>
    <w:p>
      <w:pPr>
        <w:pStyle w:val="ArticleBody"/>
        <w:jc w:val="left"/>
      </w:pPr>
      <w:r>
        <w:rPr>
          <w:rFonts w:ascii="Times New Roman" w:hAnsi="Times New Roman" w:eastAsia="Times New Roman" w:cs="Times New Roman"/>
        </w:rPr>
        <w:t>Isaaya saaŋ ñaar-fukk ak ñeent fasile joxe na buntu tàmbaliiku ñaar-fukk ak juróom-benn ñi koy topp. Boobu tàmbaliik am na barabam ci téereb Peeñ gi, fasile benn-fukk ak benn, ba ñaari yonent yi doon sonal nit ñi dekkattee. Dimbalikat bi dekkal leen, teg leen ci taxawaay, te gannaaw loolu yékkati na leen ca asamaan. Isaaya sant Yeliya miy yónni ci ne moo di baat biy woote ci màndiŋ ma. Noonu yónni boobu laaj na lan mooy ay waxam, te waxees na ko, ci misaalu yonent, ne yégleb Lislaam mooy artu trompet buy waare, mi ràkkaay bi yégle. Waaye benn rekk a tax ba ñu mana joxe Lislaam ni mooy trompet bu waare bi ci fan yu mujj yi: mooy ñu xamale Lislaam bu jamono ju weesu. Tàmbalib Lislaam, ni Millerit yi ko déggee, te ni ñu ko wonne ci mel gu leer ci ñaari kart yu sell yi Habakuk, war nañu koo jëfandikoo ngir xamale Lislaam bu ñetteelu musiba mi.</w:t>
      </w:r>
    </w:p>
    <w:p>
      <w:pPr>
        <w:pStyle w:val="ArticleScripture"/>
        <w:jc w:val="left"/>
      </w:pPr>
      <w:r>
        <w:rPr>
          <w:rFonts w:ascii="Times New Roman" w:hAnsi="Times New Roman" w:eastAsia="Times New Roman" w:cs="Times New Roman"/>
        </w:rPr>
        <w:t>Nekkoon naa ci Xelum Yàlla ci Bésu Boroom bi, te dég naa ci sama ginnaaw baat bu mag, mel ni liit. Peeñu yi 1:10.</w:t>
      </w:r>
    </w:p>
    <w:p>
      <w:pPr>
        <w:pStyle w:val="ArticleBody"/>
        <w:jc w:val="left"/>
      </w:pPr>
      <w:r>
        <w:rPr>
          <w:rFonts w:ascii="Times New Roman" w:hAnsi="Times New Roman" w:eastAsia="Times New Roman" w:cs="Times New Roman"/>
        </w:rPr>
        <w:t>Ci Yowaana dégg baat bu mel ni liitaar gannaawam ci Kàddug Peeñ gi, te Yowaana dafay tegtal ñetti fukk ak ñeent junni ñent téemeeri nit ñi di dégg ab baat bu jóge ca jamono yu weesu. Baat ba gannaaw Yowaana, maanaam miy tegtal riirug liitaar bu jóge ca jamono yu weesu, mooy xam-xamu njëkk mi ne liitaar yi doon àttey Yàlla ci kaw màggal gaajo-Dibeer. Ñeenti liitaar yu jëkk yi ñooñu lañu yónnee woon ci kaw Room gu bokkoon ci ña xamul woon Yàlla, ngir tontu ci yoonu Dibeer bu njëkk bi Konstantin jëlé woon ci atum 321. Liitaar bu juróomeel ak bu juróom-benn bi, yi di njàqare bu njëkk ak bu ñaareel bi, dafa tegtal àttey Yàlla ci kaw Room gu Baap bi gannaaw ba moom itam jëlée yoonu Dibeer ca Ndaje Orleans ba ci atum 538. Njàqare bu ñetteel bi, mooy bu Islaam, dafa ñëw saa su yoonu Dibeer bi jalee ci États-Unis. Kon nag, sàndarm bi dañuy yékkati, te muy xamle wàll wu Islaam yor ci waxi yonent yi, mi sukkandiku ci wàllam wu njàlbéen.</w:t>
      </w:r>
    </w:p>
    <w:p>
      <w:pPr>
        <w:pStyle w:val="ArticleBody"/>
        <w:jc w:val="left"/>
      </w:pPr>
      <w:r>
        <w:rPr>
          <w:rFonts w:ascii="Times New Roman" w:hAnsi="Times New Roman" w:eastAsia="Times New Roman" w:cs="Times New Roman"/>
        </w:rPr>
        <w:t>Bataaxal bi gumbaay bi yégle, manees na koo taxawal rekk buñu teggee bataaxal bi ci anam waayam Alpha ak Omega. Gannaaw introdiksiyoon bii ci Isaaya saar ñeent-fukk, ëpp doole te gën a jub ci Biibël bi ngir won Yàlla ne mooy Alpha ak Omega, dañu ko tëral ci ay saar yu ay toppante. Saar yooyu mooy ñetteelug Isaaya ci mbirum Peeñug Yeesu Kirist mi “Yàlla jox” Yeesu, ngir “won ay jaamam li war a xew lu gaaw; te yónnee na ko, te won ko ci misaal jaarale ko ci ab malaakam, ci ay jaamam Yowaana,” mi ko bind “ci téere, te” yónnee “ko ci juróom-ñaar yi mbooloom yi.”</w:t>
      </w:r>
    </w:p>
    <w:p>
      <w:pPr>
        <w:pStyle w:val="ArticleBody"/>
        <w:jc w:val="left"/>
      </w:pPr>
      <w:r>
        <w:rPr>
          <w:rFonts w:ascii="Times New Roman" w:hAnsi="Times New Roman" w:eastAsia="Times New Roman" w:cs="Times New Roman"/>
        </w:rPr>
        <w:t>Nun dinanu ci ay sar yi ci topp ci Isaaya ci bind bi di ñëw.</w:t>
      </w:r>
    </w:p>
    <w:p>
      <w:pPr>
        <w:pStyle w:val="ArticleScripture"/>
        <w:jc w:val="left"/>
      </w:pPr>
      <w:r>
        <w:rPr>
          <w:rFonts w:ascii="Times New Roman" w:hAnsi="Times New Roman" w:eastAsia="Times New Roman" w:cs="Times New Roman"/>
        </w:rPr>
        <w:t>Yeer na ki di jang kàddu yi ci waxu yëgle yii, ak ñi dégg kàddu yi, te sàmm li ñu bind ci biir: ndaxte waxtu wi jege na. Révélation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Limuñeenteel Bu Ñeente"}</dc:title>
  <dc:subject>Esayi Ñent-fukk</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