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Limu Juróom-benn</w:t>
      </w:r>
    </w:p>
    <w:p>
      <w:pPr>
        <w:pStyle w:val="ArticleSubtitle"/>
        <w:jc w:val="left"/>
      </w:pPr>
      <w:r>
        <w:rPr>
          <w:rFonts w:ascii="Arial" w:hAnsi="Arial" w:eastAsia="Arial" w:cs="Arial"/>
        </w:rPr>
        <w:t>Dekki Bi Yeesul yi Nelaw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Nun ñu doon tabax ci kaw yëgleb Esayi mu mujj mi tambalee ci ayat ñent-fukk, fa ñu waxee leer waxtu nguur gi, bi tàmbalee ak nàkk-jariñu 18 Sulet 2020. Nun ñu doon méngale deeñu ñaari seede yi ci Peeñu gi ak ñi dee ba noppi nekk ci xuruwaayu yax yu wow yi ci bëtu Yexeskeel, ci ayat fanweeri-ñett. Nun ñu ngiy wut, jaarale ko ci jëfandikoo dellusi wax, ngir taxawal te wóor lool séquens bu baax bu leer buy ànd ak dekkiwaatug ñi ñu reyoon ci mbedd mi ndax rab wu yéegoon ca xóot bu amul suuf.</w:t>
      </w:r>
    </w:p>
    <w:p>
      <w:pPr>
        <w:pStyle w:val="ArticleBody"/>
        <w:jc w:val="left"/>
      </w:pPr>
      <w:r>
        <w:rPr>
          <w:rFonts w:ascii="Times New Roman" w:hAnsi="Times New Roman" w:eastAsia="Times New Roman" w:cs="Times New Roman"/>
        </w:rPr>
        <w:t>Bi nu tënke yuute yii waxi kàdduy wax jii, danuy ubbi ay xaaj yu nekk ci Kàddug Peeñ gi te kenn xamoonu leen ba léegi; ndaxte bataaxal bii mooy ubbig Peeñu Yeesu Kirist, bi di ame just bala xëyug àtteb nit ñi. Liggéey boobu lanuy def, ndaxte “waxtu wi jegesi na.” Ci sunu ubbi dëgg yi nekk ci Kàddug Peeñ gi, yi nekk léegi ci yoonu mat, danuy matal dëgg-dëgg liggéey bi ñu firnde woon ne mooy liggéeyu Yowaana ci Kàddug Peeñ gi. Ñu waxoon ko mu bind li mu gisoon, te yooyu dañoo doon yëf yi nekkoon foofa ca jamono jooju; te ci bind yëf yooyu, Yowaana dafa doon itam bind yëf yi di ñëw.</w:t>
      </w:r>
    </w:p>
    <w:p>
      <w:pPr>
        <w:pStyle w:val="ArticleScripture"/>
        <w:jc w:val="left"/>
      </w:pPr>
      <w:r>
        <w:rPr>
          <w:rFonts w:ascii="Times New Roman" w:hAnsi="Times New Roman" w:eastAsia="Times New Roman" w:cs="Times New Roman"/>
        </w:rPr>
        <w:t>Bindal yi nga gis, ak yi nekk, ak yi di am gannaaw loolu. Peeñu gi 1:19.</w:t>
      </w:r>
    </w:p>
    <w:p>
      <w:pPr>
        <w:pStyle w:val="ArticleBody"/>
        <w:jc w:val="left"/>
      </w:pPr>
      <w:r>
        <w:rPr>
          <w:rFonts w:ascii="Times New Roman" w:hAnsi="Times New Roman" w:eastAsia="Times New Roman" w:cs="Times New Roman"/>
        </w:rPr>
        <w:t>Ab taxawal bu xalaat ci yoon bu jub ngir Mbooloom Fanweer ñaareel yi, mën na doon seen xam-xamu cosaan ci téerey Peeñ mi. Su nit ku ne jàpp na dëgg gu ñu tëral, waaye du gis ne dëgg gu ñu tëral woowu, dañu ko tëraloon ngir mu yokku ndànk-ndànk ci àddina, kon xam-xamam gu njëkk gu jub ci dëgg, mën na soppeeku njaatige walla aada. Dëgg gi soppeekuwul njaatige mën na jur ngumblaay gi ñu tektale ci yégleb Laodise. Dëgg gu njëkk gi ba tey mooy dëgg, waaye bañ a gis ne dëgg day yokku ci lu yàgg, mooy jur ngumblaay. Dëgg moosu sabab si ñu gumbé, waaye ngumblaay moom, tektal rekk la bu wone sabab si. Sabab si mooy nopp yu bëggul dégg, bët yu bëggul gis, ak xol bu bëggul dellu ci Yàlla ci ñi fees ak seen bopp ci neexalu njaatige ak aada.</w:t>
      </w:r>
    </w:p>
    <w:p>
      <w:pPr>
        <w:pStyle w:val="ArticleScripture"/>
        <w:jc w:val="left"/>
      </w:pPr>
      <w:r>
        <w:rPr>
          <w:rFonts w:ascii="Times New Roman" w:hAnsi="Times New Roman" w:eastAsia="Times New Roman" w:cs="Times New Roman"/>
        </w:rPr>
        <w:t>« Kirist ci njàngaleem jox na dëgg yu yàgg, yu mu bokk woon moom ci boppam ci melokaanu mii di seen juddukat, dëgg yu mu waxoon jaarale ko ci maam yu mag ak yonent yi; waaye léegi dafa leen tàllal leer gu bees. Anaa ni seen maana feeñoon wuute! Ay ndoxum leer ak ruq-sa-xel la njàngatam indi. Te moo dige ne Xel mu Sell mi dina leerloo taalibeyam, ba Kàddug Yàlla di ubbeek leen sax. Dinañu man a wone dëggam yi ci taaru gu bees. »</w:t>
      </w:r>
    </w:p>
    <w:p>
      <w:pPr>
        <w:pStyle w:val="ArticleScripture"/>
        <w:jc w:val="left"/>
      </w:pPr>
      <w:r>
        <w:rPr>
          <w:rFonts w:ascii="Times New Roman" w:hAnsi="Times New Roman" w:eastAsia="Times New Roman" w:cs="Times New Roman"/>
        </w:rPr>
        <w:t>“Li dale ba mu njëkk ya ci njotug jëfandikoo wasée ca Eden, dundug Almasi bi, jikkoom, ak liggéeyam gu doon diggantekat, dañoo nekk njàngum xel yi nit ñi. Waaye bépp xel bi Xel Mu Sell mi jëfandikoo, wone na mbir yii ci leer gu bees ak gu yees. Dëgg yi aju ci njotug jëfandikoo am nañu kàttan gu sax di yokku ak di yaatu. Doonte ñoo xam-xam yu yàgg, sax ñuy yees, di sax di feeñal ci ki sàkku dëgg ndam lu gën a màgg ak kàttan gu gën a réy.</w:t>
      </w:r>
    </w:p>
    <w:p>
      <w:pPr>
        <w:pStyle w:val="ArticleScripture"/>
        <w:jc w:val="left"/>
      </w:pPr>
      <w:r>
        <w:rPr>
          <w:rFonts w:ascii="Times New Roman" w:hAnsi="Times New Roman" w:eastAsia="Times New Roman" w:cs="Times New Roman"/>
        </w:rPr>
        <w:t>“Ci jamono yépp am na benn yokkute gu bees ci dëgg, di ndigalu Yàlla ñeel nit ñi ci jamono jooju. Dëgg yu yàgg yépp am nañu solo; dëgg gu bees nekkul lu beru boppam ci dëgg yu yàgg, waaye mooy ubbiinuwaayam. Xamumanu dëgg gu bees ludul bu nu xamee dëgg yu yàgg. Bi Almasi bëggée ubbi ay taalibeem dëggu dekkiwaayam, mu tàmbalee “ca Musaa ak yéenékat yépp” te “firndeel leen ci Mbind mi yépp mbir yi jëm ci moom.” Luug 24:27. Waaye leer gi di fees ci ubbiin gu bees gu dëgg mooy màggal dëgg yu yàgg. Ku bañ walla xeeb dëgg gu bees, moom dëgg-dëgg amul dëgg yu yàgg. Ci moom, dañuy ñàkk seen doole gu dund te doon rekk melokaan gu amul bakkan.”</w:t>
      </w:r>
    </w:p>
    <w:p>
      <w:pPr>
        <w:pStyle w:val="ArticleScripture"/>
        <w:jc w:val="left"/>
      </w:pPr>
      <w:r>
        <w:rPr>
          <w:rFonts w:ascii="Times New Roman" w:hAnsi="Times New Roman" w:eastAsia="Times New Roman" w:cs="Times New Roman"/>
        </w:rPr>
        <w:t>«Am nañ ñi di wax ne gëm nañu te di jàngale dëgg yi nekk ci Kóllëre Gu Yàgg gi, waaye dañuy bañ a nangu Kóllëre Gu Bees gi. Waaye ci seen bañ a nangu njàngalem Kirist, dañuy won ne gëmuñu li maam yu njëkk ya ak yonent yi wax. “Bu ngeen gëmoon Musaa,” la Kirist wax, “koon ngeen gëmoon man; ndaxte moom bindoon na ci man.” Yowaana 5:46. Moo tax amul benn doole ju dëgg ci seen njàngale sax ci Kóllëre Gu Yàgg gi.»</w:t>
      </w:r>
    </w:p>
    <w:p>
      <w:pPr>
        <w:pStyle w:val="ArticleScripture"/>
        <w:jc w:val="left"/>
      </w:pPr>
      <w:r>
        <w:rPr>
          <w:rFonts w:ascii="Times New Roman" w:hAnsi="Times New Roman" w:eastAsia="Times New Roman" w:cs="Times New Roman"/>
        </w:rPr>
        <w:t>“Ñu bare yu wax ne gëm nañu te jàngale xebaar bu baax bi, dañuy nekk itam ci benn njuumte bu ni mel. Dañuy bàyyi Mbind mi Sell mi ci Kóllëre gu Yàgg gi, mi Kirist waxoon ne: ‘Moom lañu di seedeel sama mbir.’ Yowaana 5:39. Bu ñuy weddi Kóllëre gu Yàgg gi, ci dëgg-dëgg dañuy weddi itam Kóllëre gu Bees gi; ndaxte ñoom ñaar ñaari xaaj lañu yu bokk ci benn mbooloo bu mënu ñu xàjjale. Kenn mënul a wone yoonu Yàlla ci anam yu jub te xebaar bu baax bi amul fa, walla xebaar bu baax bi ci anam yu jub te yoonu Yàlla amul fa. Yoon wi mooy xebaar bu baax bi mi jëmmaloo, te xebaar bu baax bi mooy yoon wi mi leerlu. Yoon wi mooy reen wi, xebaar bu baax bi mooy tóor-tóor bu xeeñ ak meññent bi mu di jur.” Christ’s Object Lessons, 127.</w:t>
      </w:r>
    </w:p>
    <w:p>
      <w:pPr>
        <w:pStyle w:val="ArticleBody"/>
        <w:jc w:val="left"/>
      </w:pPr>
      <w:r>
        <w:rPr>
          <w:rFonts w:ascii="Times New Roman" w:hAnsi="Times New Roman" w:eastAsia="Times New Roman" w:cs="Times New Roman"/>
        </w:rPr>
        <w:t>Ñi wax ci ne dañuy gëm lu yàgg, waaye dañuy bañ lu bees, loolu moo gën a wér ci kaw Askan wiir-bésub Juróom-ñaareel yi, ñi wax ne dañuy gëm Biibël bi bépp, waaye dañuy bañ bindi yi ñu jox ci Xel mu Yàggle. Ci Kàddug Peeñ mi, Yowaana mooy misaalug askanu Yàlla ci fan yu mujj yi, ñi ñuy fitnaal ngir nangu benn Biibël bi ak Xel mu Yàggle.</w:t>
      </w:r>
    </w:p>
    <w:p>
      <w:pPr>
        <w:pStyle w:val="ArticleScripture"/>
        <w:jc w:val="left"/>
      </w:pPr>
      <w:r>
        <w:rPr>
          <w:rFonts w:ascii="Times New Roman" w:hAnsi="Times New Roman" w:eastAsia="Times New Roman" w:cs="Times New Roman"/>
        </w:rPr>
        <w:t>Man maa di Yowaana, seen mbokkam it, te bokk ci tiis, ak ci nguur, ak muñug Yeesu Kirist, nekkoon naa ca dunu bi ñuy wax Patmos, ngir kàddug Yàlla ak ngir seedeel Yeesu Kirist. Peeñu 1:9.</w:t>
      </w:r>
    </w:p>
    <w:p>
      <w:pPr>
        <w:pStyle w:val="ArticleBody"/>
        <w:jc w:val="left"/>
      </w:pPr>
      <w:r>
        <w:rPr>
          <w:rFonts w:ascii="Times New Roman" w:hAnsi="Times New Roman" w:eastAsia="Times New Roman" w:cs="Times New Roman"/>
        </w:rPr>
        <w:t>Su nit ku ko testimóoni Yeesu, mi di Xelub Yonent gi, mi di mbindum Ellen White, kon waxtu wi jiitu ci ay mbindam mooy wone mbir mi may wax ci. Mbind na ne “dëggi njot gucc gi man nañu sax di yokku tey yaatu, te doonte yàgg nañu, sax ñu bees lañu, di sax di feeñal ci ki wut dëgg bi ndam lu gën a màgg ak kàttan gu gën a réy,” te ne itam ci “bépp jamono am na benn yeesalug dëgg, ab yégle bu jóge ci Yàlla ñeel nit ñi ci maas gi.”</w:t>
      </w:r>
    </w:p>
    <w:p>
      <w:pPr>
        <w:pStyle w:val="ArticleBody"/>
        <w:jc w:val="left"/>
      </w:pPr>
      <w:r>
        <w:rPr>
          <w:rFonts w:ascii="Times New Roman" w:hAnsi="Times New Roman" w:eastAsia="Times New Roman" w:cs="Times New Roman"/>
        </w:rPr>
        <w:t>Ndegam xam-xam bu jëfandikoo ci yoon bu màgg ngir téereb Peeñ mi, ni ko benn Adventiste bu juróom-ñaareel fan yi ëpp di ko am, mooy dëgg, waaye téereb Peeñ mi bépp mooy seede bu jamono yu mujj yi. Nu ngi léegi di jëfandikoo dëgg bu ñuy ubbi léegi, te dëgg boobu du ko nangu ñi bëggul a nangu ne bépp kàddu yi nekk ci téereb Peeñ mi ñoom a bokk ci Peeñug Yeesu Kirist bi ñuy ubbi ci jamono yu mujj yi.</w:t>
      </w:r>
    </w:p>
    <w:p>
      <w:pPr>
        <w:pStyle w:val="ArticleBody"/>
        <w:jc w:val="left"/>
      </w:pPr>
      <w:r>
        <w:rPr>
          <w:rFonts w:ascii="Times New Roman" w:hAnsi="Times New Roman" w:eastAsia="Times New Roman" w:cs="Times New Roman"/>
        </w:rPr>
        <w:t>Xam-xamu gi Adventism jàpp ci mbirum Pexe 11 ne moo di matug Révolution Française bi, dëgg la, te Sœur White sax di dëgg-waxtu boobu. Waaye dëgg googu nekkoon rekk jaar-jaaru bindees ngir melokaan fan yu mujj yi. Léebu téereb Pexe bi bépp mooy doxal ci melokaan gu yonent boogu.</w:t>
      </w:r>
    </w:p>
    <w:p>
      <w:pPr>
        <w:pStyle w:val="ArticleBody"/>
        <w:jc w:val="left"/>
      </w:pPr>
      <w:r>
        <w:rPr>
          <w:rFonts w:ascii="Times New Roman" w:hAnsi="Times New Roman" w:eastAsia="Times New Roman" w:cs="Times New Roman"/>
        </w:rPr>
        <w:t>Nu ngi tabax ci kaw jaar-jaaru mbëggeel bi ñu nëbb ci mbirum juróom-ñaar yi “thunders” ngir mu nekk ndigal gu nu manee boole Ezekiel 37, Isaiah 40 ak Revelation 11 ak léebu fukki janq yi ci Matthew 25. Beneen rëdd wu yonent wu dëggal jëfandikookat bu séquencu xew-xew yu yonent yi nu ngiy wax mooy feeñ ci rëddum Kirist, te moo itam am seede su ñaareel. Yesu amoon na ñetti fukki at ba ñu ko sóobe ci ndox, ba mu nekk Yesu Kirist, ndaxte “Kirist” ci gereg Njumteb Kóllëre gu Bees gi, walla “Mesiya” ci hebre Kóllëre gu Yàgg gi, tekki na ki ñu fal ci diwlin.</w:t>
      </w:r>
    </w:p>
    <w:p>
      <w:pPr>
        <w:pStyle w:val="ArticleScripture"/>
        <w:jc w:val="left"/>
      </w:pPr>
      <w:r>
        <w:rPr>
          <w:rFonts w:ascii="Times New Roman" w:hAnsi="Times New Roman" w:eastAsia="Times New Roman" w:cs="Times New Roman"/>
        </w:rPr>
        <w:t>Wax ji, maa ngi wax leen ko, yeen xam ngeen ko, moom mi ñu siiwaloon ci biir Yudee gépp, te mu tambalee Galile ginnaaw sóobu ndox li Yaxyaa waare; ni Yàlla falé Yeesu Nasaret ak Xel mu Sell mi ak kàttan; moom mi doon wër di def lu baax, di faj ñépp ñi Seytaane doon sonal, ndaxte Yàlla nekkoon ak moom. Jëf ya 10:37, 38.</w:t>
      </w:r>
    </w:p>
    <w:p>
      <w:pPr>
        <w:pStyle w:val="ArticleBody"/>
        <w:jc w:val="left"/>
      </w:pPr>
      <w:r>
        <w:rPr>
          <w:rFonts w:ascii="Times New Roman" w:hAnsi="Times New Roman" w:eastAsia="Times New Roman" w:cs="Times New Roman"/>
        </w:rPr>
        <w:t>Diirub at ñetti fukki atum, Yeesu waajaloon na ngir ñu koy fal; te bi ñu ko falee ci ay sóobu ndoxam, moom miy Almasi bi, mu wonee yéenekaayam diirub ñetti fan ak genn-wàll yu yonent yi. Gannaaw loolu ñu rey ko, ñu denc ko ca bàmmeel ba, ñu dekkal ko, te gannaaw ga mu yéeg asamaan. Njëlbéenu ay liggéeyam diirub ñetti at ak genn-wàll, mooy ay sóobu ndoxam, te loolu dafay tegtal dee gam ak dekkiteem; te ci mujju ñett-fukki téeméeri juróom-benn-fukk fan yu liggéeyam, ñu daaj ko ca bant ba, ba noppi ñu dekkal ko — ndaxte mooy njàlbéen ak mujje. Xew-xewu dee gam ak dekkiteem jur na mbooloo mu réy lool, te diirub beneen ñetti at ak genn-wàll ñu yóbbu xebaar bu baax bi ca Yawut ya, te gannaaw loolu ci àddina si.</w:t>
      </w:r>
    </w:p>
    <w:p>
      <w:pPr>
        <w:pStyle w:val="ArticleBody"/>
        <w:jc w:val="left"/>
      </w:pPr>
      <w:r>
        <w:rPr>
          <w:rFonts w:ascii="Times New Roman" w:hAnsi="Times New Roman" w:eastAsia="Times New Roman" w:cs="Times New Roman"/>
        </w:rPr>
        <w:t>Mbooloom Katolik mi, maanaam antikris bu yeneen waxi seetal yi ci Biibël, moo itam nekkoon ci waajal gu mat ñetti fukki at, bala ñu ko diiñale ak kàttan. Ci 508, “bu bes bi” deñkoon nañu ko. Rakku jigéen White xamale na nu ko bu leer ne waa Miller ñi dafañu amoon déggoo gu jub ci mbirum “bu bes bi” ci téereb Daniel, doonte ni Mbooloom Ajandekat yu fanweer ñaareel yi ci jamono Laodikee dellu na ci xalaatu Seytaane bu Protestaaŋ yi bàyyi yoonu Yàlla am ci “bu bes bi” ci at yi 1930.</w:t>
      </w:r>
    </w:p>
    <w:p>
      <w:pPr>
        <w:pStyle w:val="ArticleScripture"/>
        <w:jc w:val="left"/>
      </w:pPr>
      <w:r>
        <w:rPr>
          <w:rFonts w:ascii="Times New Roman" w:hAnsi="Times New Roman" w:eastAsia="Times New Roman" w:cs="Times New Roman"/>
        </w:rPr>
        <w:t>« Noonu gis naa ci mbirum “bés bu nekk” bi (Daniel 8:12) ne kàddu bi “sarax” xelinu nit moo ko dugal, te bokkul ci mbind mi, te Boroom bi jox na ñi yéglee xaaju waxtu àtte bi gis-gis gu jub ci mbir moomu. » Early Writings, 74.</w:t>
      </w:r>
    </w:p>
    <w:p>
      <w:pPr>
        <w:pStyle w:val="ArticleBody"/>
        <w:jc w:val="left"/>
      </w:pPr>
      <w:r>
        <w:rPr>
          <w:rFonts w:ascii="Times New Roman" w:hAnsi="Times New Roman" w:eastAsia="Times New Roman" w:cs="Times New Roman"/>
        </w:rPr>
        <w:t>“Bés bu nekk ci fan wu nekk” mi ngi tekki pagaanism, te Roomu pagaan moo doon doole bi teeyal te tere woon papaas bi ngir mu yéeg ba ca ganguna gu àddina. Naka ko téereb Daniel waxee, te gannaaw loolu jaar ci jaar-jaari nettali, te gannaaw loolu malaaka yi biral ko William Miller, te gannaaw loolu Ellen White dëggal ko; ci atum 508, tereb pagaan bi ci yokkute gu papaas bi, dindi nañu ko. Ni mu deme woon ak Almasi bi, diirub fanweeri at antikris bi dafa waajaloon ngir jot doole ci 538. Almasi bi ak antikris bi, ñoom ñaar, fanweeri at lañu waajalee ngir jot doole. Bi papaas bi jotee doole ci 538, yégle na ndawam bu dee ngir ñetti at ak genn-wàll ci at yu wax-jàddu, ni Almasi bi itam yéglee waxtaanam wu dund ngir ñetti at ak genn-wàll. Ñaari seede yi nekk ci Peeñu 11, yi ci jaar-jaari Révolisiyoŋ bu Farãs doon tekki Kóllëreg gu Yàgg gi ak gu Bees gi, ñoom itam jox nañu leen doole ngir wax ci turu Yàlla diirub ñetti fan ak genn-wàll ci fan yu wax-jàddu.</w:t>
      </w:r>
    </w:p>
    <w:p>
      <w:pPr>
        <w:pStyle w:val="ArticleScripture"/>
        <w:jc w:val="left"/>
      </w:pPr>
      <w:r>
        <w:rPr>
          <w:rFonts w:ascii="Times New Roman" w:hAnsi="Times New Roman" w:eastAsia="Times New Roman" w:cs="Times New Roman"/>
        </w:rPr>
        <w:t>Te dinaa sama ñaari seede sama kàttan, te dinañu wax yëgle bu jëm ci Yàlla diirub junni ak ñaar téeméer ak juróom-benni-fukk fan, soloo saaku. Peeñu Yóbbante 11:3.</w:t>
      </w:r>
    </w:p>
    <w:p>
      <w:pPr>
        <w:pStyle w:val="ArticleBody"/>
        <w:jc w:val="left"/>
      </w:pPr>
      <w:r>
        <w:rPr>
          <w:rFonts w:ascii="Times New Roman" w:hAnsi="Times New Roman" w:eastAsia="Times New Roman" w:cs="Times New Roman"/>
        </w:rPr>
        <w:t>Ci at ak 1798, gannaaw junni ak juróom-ñett téeméer ak juróom-benn fan yu waxu yonent yi, antikrist bi jot na ci ay gaañu dee, ni Kirist deewee ci bant ba gannaaw junni ak juróom-ñett téeméer ak juróom-benn fan, te ni it ñaari seede ya, yi tegtal Kàddu Yàlla, ñu rey leen ci mbedd mi gannaaw junni ak juróom-ñett téeméer ak juróom-benn fan.</w:t>
      </w:r>
    </w:p>
    <w:p>
      <w:pPr>
        <w:pStyle w:val="ArticleBody"/>
        <w:jc w:val="left"/>
      </w:pPr>
      <w:r>
        <w:rPr>
          <w:rFonts w:ascii="Times New Roman" w:hAnsi="Times New Roman" w:eastAsia="Times New Roman" w:cs="Times New Roman"/>
        </w:rPr>
        <w:t>Bésub ñetteelu fan baat yi, Kirist dekkat na; te benn ci mbir yi gën a mag ci neenukaay gi ñuy wax antikirist ci téereb Peeñ gi mooy fajug gaawug dee gaam, walla dekkatam. Dekkatu Kirist am na ca ñetteelu fan baat ya, te dekkatu ñaari seede yi am na gannaaw ñetti fan ak genn-wàll. Antikirist bi dekkat na ci misaal ca ñetteelu fan baat ya, ndaxte ci barab yu bari yu seedeel yëgle, ñetteelu fan baat mooy misaalub sàrtu Dibeer. Bu sàrtu Dibeer agsee, rab wu géej gi ci Peeñ fukk ak ñett dekkat na, te màndargay rab wu géej gi div na nattu. Noonu itam Mbootaayu Xeeti Àddina yi, fukki buur yi ci Peeñ fukk ak juróom-ñaari, ci ndigalu Etazini, mi di buur bi gën a mag ci fukki buur ya, dinañu yékkati antikirist bi ngir muy boppu booloo bi ñett-fànn, ba papaat gi yéeg diine ca gàngune suuf si.</w:t>
      </w:r>
    </w:p>
    <w:p>
      <w:pPr>
        <w:pStyle w:val="ArticleScripture"/>
        <w:jc w:val="left"/>
      </w:pPr>
      <w:r>
        <w:rPr>
          <w:rFonts w:ascii="Times New Roman" w:hAnsi="Times New Roman" w:eastAsia="Times New Roman" w:cs="Times New Roman"/>
        </w:rPr>
        <w:t>“Bi nu jege cib jàmm bu mujj ji, lu am solo lool mooy ne déggoo ak bennoo am ci diggante yëfi Boroom bi. Addina si fees na ak ngelawlu, ak xare, ak juuyoo. Waaye ci suufu benn bopp — kàttanu paap bi — nit ñi dinañu boole seen bopp ngir dàq Yàlla ci nit ki mooy seede yi. Bennoo boobu, magu dàggekat ba moo koy tàbax. Bi muy seet a boole ay ndawam ngir xare ak dëgg gi, dina liggéey it ngir xaaj ak tasaaroo way taxawal dëgg gi. Kiñaan, xalaat yu bon, ak wax yu bon, mooy leen di yënguël ngir jur juuyoo ak tasaaro.” Testimonies, volume 7, 182.</w:t>
      </w:r>
    </w:p>
    <w:p>
      <w:pPr>
        <w:pStyle w:val="ArticleBody"/>
        <w:jc w:val="left"/>
      </w:pPr>
      <w:r>
        <w:rPr>
          <w:rFonts w:ascii="Times New Roman" w:hAnsi="Times New Roman" w:eastAsia="Times New Roman" w:cs="Times New Roman"/>
        </w:rPr>
        <w:t>Bu Antikrist bi dekkalee, mu yéeg ci gangune suuf si te di jiite booloo bu ñetti wàll gi ci seen doxalin jëm Armagedon, ni Jesabel jiite woon Akab ba ñu dem tundu Karmel. Sabkat bi Asaf moom, dafay wax fukk réew yi, yu teewal Mbootaayu Xeet yi, ne ñooy booloo bu bon bu noon Yàlla yi, ñuy yékkati seen “bopp,” mooy “kàttanu paap bi.”</w:t>
      </w:r>
    </w:p>
    <w:p>
      <w:pPr>
        <w:pStyle w:val="ArticleScripture"/>
        <w:jc w:val="left"/>
      </w:pPr>
      <w:r>
        <w:rPr>
          <w:rFonts w:ascii="Times New Roman" w:hAnsi="Times New Roman" w:eastAsia="Times New Roman" w:cs="Times New Roman"/>
        </w:rPr>
        <w:t>Woyu walla Asaf. Yàlla, bul nekk ci noppi; bul nekk ci jàmm, te bul nekk ci dal, Yàlla. Ndaxte, xoolal, say noon ñu ngi def riiri; te ñi lay bañ ñu yékkati seen bopp. Ñu def pexe yu sutura ci sa kanam ngir sa askan wi, te ñu gëstu benn pexe ci sa ñi nga tëral ci kumpa. Ñu wax ne: “Ñëwleen, na nu leen dagge ba ñu bañ a doon xeet; ngir turu Israayil bañati a nekkati ci fàttaliku.” Ndaxte ñoom ñépp dañu gise ak benn xel; dañu def goxoo ci sa kaw: kër ya Edom, ak Ismaeli yi; Moab, ak Hagarene yi; Gebal, ak Ammon, ak Amalek; Filistene yi ak waa Tir; Assur it bokk na ak ñoom; dañu dimbali doom ya Lot. Sela. Sabóor 83:1–8.</w:t>
      </w:r>
    </w:p>
    <w:p>
      <w:pPr>
        <w:pStyle w:val="ArticleBody"/>
        <w:jc w:val="left"/>
      </w:pPr>
      <w:r>
        <w:rPr>
          <w:rFonts w:ascii="Times New Roman" w:hAnsi="Times New Roman" w:eastAsia="Times New Roman" w:cs="Times New Roman"/>
        </w:rPr>
        <w:t>Benn biir ñatti malaaka yi nag mi ngi wër ci digg asamaan.</w:t>
      </w:r>
    </w:p>
    <w:p>
      <w:pPr>
        <w:pStyle w:val="ArticleScripture"/>
        <w:jc w:val="left"/>
      </w:pPr>
      <w:r>
        <w:rPr>
          <w:rFonts w:ascii="Times New Roman" w:hAnsi="Times New Roman" w:eastAsia="Times New Roman" w:cs="Times New Roman"/>
        </w:rPr>
        <w:t>Te gis ma beneen malaaka mu faw ci diggante asamaan, yor xebaar bu baax bu dul jeex ngir yégle ko ñi dëkk ci suuf, ak xeet yépp, ak giir yépp, ak làkk yépp, ak nit ñépp, naan ak baat bu réy: Ragal-leen Yàlla, te joxleen ko ndam; ndaxte waxtu àtteem agsi na; te màggal-leen ki bind asamaan, ak suuf, ak géej, ak teen yi di génne ndox. Noonu beneen malaaka topp ca, naan: Bëbëlon daanu na, daanu na, dëkk bu mag ba, ndaxte moo naanloo xeet yépp biiñu sànj-sànj gu yóbbu meram. Te ñetteelu malaaka topp leen, naan ak baat bu réy: Ku nekk bu màggalee rab wi ak nataalam, te jot màndargaam ci jëemam walla ci loxoom, kooku itam dina naan biiñu meru Yàlla, bi ñu tuur te jaxasewul dara ci kaas bu meram; te dinañu ko sonal ak safara ak xobare ci kanam malaaka yu sell yi, ak ci kanam Xar mi. Te saxaaru seen torox ngiy yéeg ba fàww ak ba fàww; te amuñu noflaay guddi ak bëccëg, ñiy màggal rab wi ak nataalam, ak ku jot màndargay turam. Fii la muñug gaayi Yàlla nekk: fii la ñi sàmm ndigali Yàlla ak ngëm gi ci Yeesu nekk. Peeñu gi 14:6–12.</w:t>
      </w:r>
    </w:p>
    <w:p>
      <w:pPr>
        <w:pStyle w:val="ArticleBody"/>
        <w:jc w:val="left"/>
      </w:pPr>
      <w:r>
        <w:rPr>
          <w:rFonts w:ascii="Times New Roman" w:hAnsi="Times New Roman" w:eastAsia="Times New Roman" w:cs="Times New Roman"/>
        </w:rPr>
        <w:t>Bànneexu ñetti malaaka yi dina naaw ci digg asamaan, waaye lu yàggul ku weddi Almasi bi dinañu ko yékkati asamaan ci loxo fukki buur yu Mbootaayu Xeet yi. Bànneex bi dina yégle ndigalug “dëgg,” te ku weddi Almasi bi dina yégle ndigalug cosaan ak aada. Ñetti malaaka yi di nañu artu nit ñi bu ñu nangu màndarga gu paap bi, waaye Etazini, ni yonent bu false, dina gaññ àddina si ba ñu nangu boobu màndarga.</w:t>
      </w:r>
    </w:p>
    <w:p>
      <w:pPr>
        <w:pStyle w:val="ArticleBody"/>
        <w:jc w:val="left"/>
      </w:pPr>
      <w:r>
        <w:rPr>
          <w:rFonts w:ascii="Times New Roman" w:hAnsi="Times New Roman" w:eastAsia="Times New Roman" w:cs="Times New Roman"/>
        </w:rPr>
        <w:t>Dina nu fi jeexal fii, te dina nu ko yóbbu ci sunu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Limu Juróom-benn</dc:title>
  <dc:subject>Dekki Bi Yeesul yi Nelaw</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