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Xam-xamu Yeesu Kirist — Limu Juróom-Ñett</w:t>
      </w:r>
    </w:p>
    <w:p>
      <w:pPr>
        <w:pStyle w:val="ArticleSubtitle"/>
        <w:jc w:val="left"/>
      </w:pPr>
      <w:r>
        <w:rPr>
          <w:rFonts w:ascii="Arial" w:hAnsi="Arial" w:eastAsia="Arial" w:cs="Arial"/>
        </w:rPr>
        <w:t>Juddug Réew 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Bàkk wi ñuy wax “Yuuxu Guddi gi” ca njàlbéen ga jeex na ci ubbiinu àtteb seetlu bi, te bàkk “Yuuxu Guddi gi” itam jeex na ci ubbiinu àtteb jëfekaay bi. Ñetteelu musibaam Isalaam indi na àtte ci kaw Etats-Unis ndax jàllale yoonu Dibéer bi, te muy tegtal it àtte bu dëpp te gën a tar ci kaw àddina bépp ngir nangu seen yoonu Dibéer bu seen bopp, ci suufu coono ak dooley boroom nguur gu àddina gu di fitnaal, gi fukki buur yi tegtal, ñi def njaaloo ak Jesabel, jigéenu moykat bu Tir.</w:t>
      </w:r>
    </w:p>
    <w:p>
      <w:pPr>
        <w:pStyle w:val="ArticleScripture"/>
        <w:jc w:val="left"/>
      </w:pPr>
      <w:r>
        <w:rPr>
          <w:rFonts w:ascii="Times New Roman" w:hAnsi="Times New Roman" w:eastAsia="Times New Roman" w:cs="Times New Roman"/>
        </w:rPr>
        <w:t>«Bu Amerik, suufu diine ak yoonal ngëm, bu boolee ak Papasi bi ngir jébbal xol ak fitnaal nit ñi ba ñuy teral sàbbaat bu dëggul, nit ñi ci bépp réew ci kaw suuf dinañu gindi ngir topp ay royukaayam.» Testimonies, volume 6, 18.</w:t>
      </w:r>
    </w:p>
    <w:p>
      <w:pPr>
        <w:pStyle w:val="ArticleBody"/>
        <w:jc w:val="left"/>
      </w:pPr>
      <w:r>
        <w:rPr>
          <w:rFonts w:ascii="Times New Roman" w:hAnsi="Times New Roman" w:eastAsia="Times New Roman" w:cs="Times New Roman"/>
        </w:rPr>
        <w:t>Xareb bésub Dibéer bu Mag bi ci mbirum yoonu Dimaas bi, booba dafa tàmbali ci fulla. Noonu, Seytaane feeñ ngir jëfandikoo boppam ni Kirist.</w:t>
      </w:r>
    </w:p>
    <w:p>
      <w:pPr>
        <w:pStyle w:val="ArticleScripture"/>
        <w:jc w:val="left"/>
      </w:pPr>
      <w:r>
        <w:rPr>
          <w:rFonts w:ascii="Times New Roman" w:hAnsi="Times New Roman" w:eastAsia="Times New Roman" w:cs="Times New Roman"/>
        </w:rPr>
        <w:t>“Ci dogal buy sampubug Njiitu Pap te jàpp ci yoonu Yàlla, sunu réew dina dogale boppam bu baax ak njub. Bu Protestantisma yoxee loxoom ngir jàpp loxo kàttanu Room, bu mu romb xott ba ngir lëkkandoo ak Spiritisma, bu, ci dooley boole gu ñetti wàlloo gii, sunu réew weddee bépp pexe yu njëkk yu Konstitisóŋam ni nguur gu Protestan ak Répibliken, te mu teg waajal ngir yawutal fen ak naxari Pap, kon dinañu xam ne waxtu jëf ju Satan yéeme jote na te mujj gi jege na.” Testimonies, volim 5, 451.</w:t>
      </w:r>
    </w:p>
    <w:p>
      <w:pPr>
        <w:pStyle w:val="ArticleBody"/>
        <w:jc w:val="left"/>
      </w:pPr>
      <w:r>
        <w:rPr>
          <w:rFonts w:ascii="Times New Roman" w:hAnsi="Times New Roman" w:eastAsia="Times New Roman" w:cs="Times New Roman"/>
        </w:rPr>
        <w:t>Wéy réew mi bàyyoo Yàlla, rébb réew mi di topp.</w:t>
      </w:r>
    </w:p>
    <w:p>
      <w:pPr>
        <w:pStyle w:val="ArticleScripture"/>
        <w:jc w:val="left"/>
      </w:pPr>
      <w:r>
        <w:rPr>
          <w:rFonts w:ascii="Times New Roman" w:hAnsi="Times New Roman" w:eastAsia="Times New Roman" w:cs="Times New Roman"/>
        </w:rPr>
        <w:t>“Nit réewum États-Unis ñooy nit ñu ñu xëcc woon; waaye bu ñu tere sañ-sañu diine, bàyyi Protestantisme, te jox ndimbal baawaanu pop, tupptal seeni tooñ dina mat, te ‘ngëmadi réew mi’ dinañu ko bind ci téere yi ci asamaan. Li ci jóge ci ngëmadi boobu mooy yàqu réew mi.” Review and Herald, 2 Mee 1893.</w:t>
      </w:r>
    </w:p>
    <w:p>
      <w:pPr>
        <w:pStyle w:val="ArticleBody"/>
        <w:jc w:val="left"/>
      </w:pPr>
      <w:r>
        <w:rPr>
          <w:rFonts w:ascii="Times New Roman" w:hAnsi="Times New Roman" w:eastAsia="Times New Roman" w:cs="Times New Roman"/>
        </w:rPr>
        <w:t>Adventist yu Laodise bu am xelul ñi diis loxo ak kàttanu paap bi, te ñu daanu, fekk juróomug Kirist yeneen yi nekk teewul ci Babilon mucc ci loxob paapale bi.</w:t>
      </w:r>
    </w:p>
    <w:p>
      <w:pPr>
        <w:pStyle w:val="ArticleScripture"/>
        <w:jc w:val="left"/>
      </w:pPr>
      <w:r>
        <w:rPr>
          <w:rFonts w:ascii="Times New Roman" w:hAnsi="Times New Roman" w:eastAsia="Times New Roman" w:cs="Times New Roman"/>
        </w:rPr>
        <w:t>Dina dugg ci réew mu ndawlu, te réew yu bari dinañu daanu; waaye ñii dinañu mucc ci loxoom: Edom ak Moab, ak kilifay ñi gën a mag ci doomi Amoon. Daniel 11:41.</w:t>
      </w:r>
    </w:p>
    <w:p>
      <w:pPr>
        <w:pStyle w:val="ArticleBody"/>
        <w:jc w:val="left"/>
      </w:pPr>
      <w:r>
        <w:rPr>
          <w:rFonts w:ascii="Times New Roman" w:hAnsi="Times New Roman" w:eastAsia="Times New Roman" w:cs="Times New Roman"/>
        </w:rPr>
        <w:t>Lislaam daldi jàpp Mbootaayu Amerig, ba bu ñaareelu trompet bi indi mboolem mbugal mu di alkande ndax jëfandikoo yoonu Dibeer.</w:t>
      </w:r>
    </w:p>
    <w:p>
      <w:pPr>
        <w:pStyle w:val="ArticleScripture"/>
        <w:jc w:val="left"/>
      </w:pPr>
      <w:r>
        <w:rPr>
          <w:rFonts w:ascii="Times New Roman" w:hAnsi="Times New Roman" w:eastAsia="Times New Roman" w:cs="Times New Roman"/>
        </w:rPr>
        <w:t>Noonu ma gis te dégg malaaka muy naaw ci biir asamaan, di wax ak baat bu réy ne: Yàqu, yàqu, yàqu, na dal ci kaw waa dëkk suuf, ndax baat yi des ci liitaŋ bu ñetti malaaka yi, ñoom ñi desaat a wol! Peeñug Yàlla 8:13.</w:t>
      </w:r>
    </w:p>
    <w:p>
      <w:pPr>
        <w:pStyle w:val="ArticleBody"/>
        <w:jc w:val="left"/>
      </w:pPr>
      <w:r>
        <w:rPr>
          <w:rFonts w:ascii="Times New Roman" w:hAnsi="Times New Roman" w:eastAsia="Times New Roman" w:cs="Times New Roman"/>
        </w:rPr>
        <w:t>Ragal gi tegu ñaari seede yi ci Peeñu gi fukki benn bi, Yowaana mujj naa ko ci Peeñu gi sarax fukk ak ñaar ni jigéen ju sol na jant bi, te ci yoon wiir gi dees na ko feeñal ak misaal yi tegtale njalbéen ak mujj.</w:t>
      </w:r>
    </w:p>
    <w:p>
      <w:pPr>
        <w:pStyle w:val="ArticleScripture"/>
        <w:jc w:val="left"/>
      </w:pPr>
      <w:r>
        <w:rPr>
          <w:rFonts w:ascii="Times New Roman" w:hAnsi="Times New Roman" w:eastAsia="Times New Roman" w:cs="Times New Roman"/>
        </w:rPr>
        <w:t>Te am nañ ci asamaan lu réy te yéem: jigéen ju sol na jant bi, weer wi nekk ci suufu tànkam, te ci boppam am na kaala bu ñaari fukk ak benn weer. Te dafa ëmb, di yuuxu ndax metitub juróom, di sonn ngir wasin. Te beneen lu yéem feeñaat na ci asamaan; te gis, nàg mu xonq bu réy, am juróom-ñaari bopp ak fukki wéñ, te ci ay boppam am juróom-ñaari kaala. Te laayam daldi jur ñetteelu cërub asamaan yi, sànni leen ci suuf; te nàg ma taxaw fa kanam jigéen ji di waajal a wasin, ngir lekk doomam bu ko jurée rekk. Te jur na góor-góorlu doom, moom mi war a yilif xeeti xeet yépp ak yat wu weñu; te yóbbu nañu doomam ba ci Yàlla, ba ci nguur-gaamam. Peeñu Yowaana 12:1–5.</w:t>
      </w:r>
    </w:p>
    <w:p>
      <w:pPr>
        <w:pStyle w:val="ArticleBody"/>
        <w:jc w:val="left"/>
      </w:pPr>
      <w:r>
        <w:rPr>
          <w:rFonts w:ascii="Times New Roman" w:hAnsi="Times New Roman" w:eastAsia="Times New Roman" w:cs="Times New Roman"/>
        </w:rPr>
        <w:t>Moom taxaw na ci weer wi, te sol na jant bi. Weer wi mooy leeru jant bi, te moo tax ci waxu yonent yi muy misaalal jant bi. Fukk ak ñaaru biddéew yi nekk ci saŋkamam dañuy tektale fukk ak ñaaru giiri Israayil gu yàgg ga ca ndoorteem, yi di misaalal fukk ak ñaaru taalibe yi ca mujju Israayil gu yàgg ga. Fukk ak ñaaru biddéew yu doon fukk ak ñaaru taalibe yi ca mujju Israayil gu yàgg ga, ñoom itam ñooy fukk ak ñaaru ndaw-yonnent yi ca ndoortelu Israayil gu bees gi. Kon nag, dañuy misaalal téeméeri ak ñeent-fukk ak ñeenti junniy nit ñi ca mujju Israayil gu bees gi, ñoom ñuy taalibe ak ndaw-yonnent. Ca ndoortelu jaar-jaar ba, foofu taalibe yi di tektale benn jeexitalu Israayil gu yàgg ga te ndaw-yonnent yi di tektale ndoortelu Israayil gu bees gi, jigéen ji di mbooloom gëmkat yi dafa ëmboon Kirist. Moom mooy “doom ju góor ji” mi ñu waroon yékkati ca Yàlla gaannaaw deeam ak dekkiwaayam.</w:t>
      </w:r>
    </w:p>
    <w:p>
      <w:pPr>
        <w:pStyle w:val="ArticleBody"/>
        <w:jc w:val="left"/>
      </w:pPr>
      <w:r>
        <w:rPr>
          <w:rFonts w:ascii="Times New Roman" w:hAnsi="Times New Roman" w:eastAsia="Times New Roman" w:cs="Times New Roman"/>
        </w:rPr>
        <w:t>Ndax jigéen jooju, noonu itam, dafay misaal juddug ñaari téeméer ak ñeent-fukk ak ñeent-junni, ñoom itam di yéeg ca asamaan gannaaw bi ñu dekkalee leen ci xuru dee. Bu ñu nekkee ci asamaan, moom itam dina jur beneen doom, buy tektale kurél gi ci des, gi génne Babilon bu sàrtu Dibéer bi agsee.</w:t>
      </w:r>
    </w:p>
    <w:p>
      <w:pPr>
        <w:pStyle w:val="ArticleScripture"/>
        <w:jc w:val="left"/>
      </w:pPr>
      <w:r>
        <w:rPr>
          <w:rFonts w:ascii="Times New Roman" w:hAnsi="Times New Roman" w:eastAsia="Times New Roman" w:cs="Times New Roman"/>
        </w:rPr>
        <w:t>Bala muy metti, mu jur doom; bala coonoomam dikk, mu wasin góor-góorlu. Kan moo dégg lu ni mel? kan moo gis yu ni mel? Ndax suuf dina jur benn bés? walla xeet dina juddu benn yoon? ndax ni Siyoŋ mettee rekk, mu jur ay doomam. Ndax maa di yóbbu ba ca juddu, te du ma tax mu jur? — kàddu Boroom bi. Ndax maa di tax mu jur, te ma tëj biir? — kàddu sa Yàlla. Esayi 66:7–9.</w:t>
      </w:r>
    </w:p>
    <w:p>
      <w:pPr>
        <w:pStyle w:val="ArticleBody"/>
        <w:jc w:val="left"/>
      </w:pPr>
      <w:r>
        <w:rPr>
          <w:rFonts w:ascii="Times New Roman" w:hAnsi="Times New Roman" w:eastAsia="Times New Roman" w:cs="Times New Roman"/>
        </w:rPr>
        <w:t>Ci jamono noore suuf bi diif suuf gi, ab xeet juddu na benn yoon. Xeet woowu mooy ñaari fukk ak ñeent junni ak ñeent téeméer, ndaxte ñoom ñoo wone mat sëkk jikko Krist. Ñoom lañu misaale ci “doom ju góor” ji, mooy Yeesu. Ñoom itam ñoo di “doom ju góor” ji Esayi wax, bi juddoo laata jigéen ji tàmbalee metitu jur. Yàlla yi wow, waññu te wow ci dee, yi àddina bi béggoon ci seen reyte gu rab bi jóge ci xur wu amul pënd, dinañu leen dencal ci Yerusalem, te noonu dinañu bégandoo ak jigéen ji jur “doom ju góor” ji. Juddu nañu leen laata mu metitu jur; gannaaw loolu mu metitu jur ba jur “doomam” yeneen “xale,” ba xeeti ñi dul Yawut yi tontoo ci ndigalub ñettiel malaaka mi ni dex buy daw, ba ndigal li di wër réew mi ni mbëkk mu mag. Juddu nañu ci benn jafe-jafe ju réy, te loolu di tegtal metitam. Jigéen ji nekk ci Peeñu fukki benn, ci dëgg-dëgg, am na doom-ñaar. Ñi njëkk a juddu mooy ñaari fukk ak ñeent junni ak ñeent téeméer, ñi ñu xamale ni ñoo di góob gu njëkk; te xeeti ñi dul Yawut yi mooy mbooloom góob gu mag gu naajub noor gi.</w:t>
      </w:r>
    </w:p>
    <w:p>
      <w:pPr>
        <w:pStyle w:val="ArticleScripture"/>
        <w:jc w:val="left"/>
      </w:pPr>
      <w:r>
        <w:rPr>
          <w:rFonts w:ascii="Times New Roman" w:hAnsi="Times New Roman" w:eastAsia="Times New Roman" w:cs="Times New Roman"/>
        </w:rPr>
        <w:t>Bégleen ak Yerusalem, te bégandóo ak moom, yéen ñépp ñi ko bëgg; bég-leen ak moom ci mbég mu réy, yéen ñépp ñi ko jooy. Ngir ngeen man a nàmp te suur ci dënn yu yaakaaram; ngir ngeen man a lemmiñ te bànneexu ci yaatu ndamam. Ndaxte nii la Boroom bi waxe: Gisleen, dinaa yóbbu jàmm ci moom mel ni dex, te ndamug xeet yi mel ni mbëy mi di daw; noonu dingeen nàmp, dees na leen yékkati ci ay wetam, te dees na leen tàllal ci ay óomam. Ni ndey di feddali doomam, noonu laa leen di feddale; te dees na leen feddali ci Yerusalem. Bu ngeen gisee loolu, seen xol dina bég, te seen yax dina saxaat mel ni ñax; te loxob Boroom bi dina feeñ ci kaw ay jaamam, te meram ci kaw noonam. Esayi 66:10–14.</w:t>
      </w:r>
    </w:p>
    <w:p>
      <w:pPr>
        <w:pStyle w:val="ArticleBody"/>
        <w:jc w:val="left"/>
      </w:pPr>
      <w:r>
        <w:rPr>
          <w:rFonts w:ascii="Times New Roman" w:hAnsi="Times New Roman" w:eastAsia="Times New Roman" w:cs="Times New Roman"/>
        </w:rPr>
        <w:t>Ñi ñooñu di “jooy ngir Yerusalem” ay ñi di ñaawlu te yuuxu ndax ñaawteef yi ñuy def ci biiram, te ñoom lañu tëj ci màndarga; te dañu leen di tëj ci màndarga bala yoonu dimaas. Léegi nu ngi nekk ci “liggéeyu mujj ngir mbooloom gëmkat yi,” te loolu mooy waxtu yu mujj yu tëj ci màndarga ñetti fukk ak ñeenti junni nit ña.</w:t>
      </w:r>
    </w:p>
    <w:p>
      <w:pPr>
        <w:pStyle w:val="ArticleScripture"/>
        <w:jc w:val="left"/>
      </w:pPr>
      <w:r>
        <w:rPr>
          <w:rFonts w:ascii="Times New Roman" w:hAnsi="Times New Roman" w:eastAsia="Times New Roman" w:cs="Times New Roman"/>
        </w:rPr>
        <w:t>“Nit ñi dëgg ci Yàlla, yi yor xel mu jëm ci liggéeyu Boroom bi ak muccug bakkan yi ci seen xol, dinañu gis bàkkaar saa su nekk ci dëggam, ni muy bàkkaar. Fu nekk dinañu taxaw ci wetu wax ju takku ak ju leer ci ay bàkkaar yu yomb a wër nit ñi Yàlla. Rawatina ci liggéey bu mujj bi ngir mbooloom gëmkat yi, ci jamonoy tëj ci màndarga gi ñent téeméer ak ñeent-fukki junni ñaar-fukk ak ñeent, yi war a taxaw amul benn sikket kanamu gàngunaayu Yàlla, dinañu yëg bu baax jëf yu aw yoonul yi nit ñi wax ne ñooy nit ñi Yàlla di def. Lii yonnee na ko ba leer ci misaalu yonent bi ci neexalu liggéey bu mujj bi ci nataalu góor ña, ku nekk ak saafara reylu ci loxoom. Kenn ci seen bi soloon na linu, te amoon na ci wetam doyot bindkat. “Boroom bi ne ko: Demal ci biir dëkk ba, ci biir Yerusalem, nga def màndarga ci jë yi ci kanamu góor ñi di naqar te di jooy ndax yépp ay ñaawtéef yi ñuy def ci biiram.” Testimonies, volume 3, 266.</w:t>
      </w:r>
    </w:p>
    <w:p>
      <w:pPr>
        <w:pStyle w:val="ArticleBody"/>
        <w:jc w:val="left"/>
      </w:pPr>
      <w:r>
        <w:rPr>
          <w:rFonts w:ascii="Times New Roman" w:hAnsi="Times New Roman" w:eastAsia="Times New Roman" w:cs="Times New Roman"/>
        </w:rPr>
        <w:t>Ñi nga di “jooy te yékkati baat” dañu leen sëlla lu jiitu bala malaaka yu alag yi, ak seen yéef yu rey, jaar ci biir kilifteef gi, gi ñu teg mu mel ni Yerusalem.</w:t>
      </w:r>
    </w:p>
    <w:p>
      <w:pPr>
        <w:pStyle w:val="ArticleScripture"/>
        <w:jc w:val="left"/>
      </w:pPr>
      <w:r>
        <w:rPr>
          <w:rFonts w:ascii="Times New Roman" w:hAnsi="Times New Roman" w:eastAsia="Times New Roman" w:cs="Times New Roman"/>
        </w:rPr>
        <w:t>Ndigël li mooy: “Jàll ci biir dëkk bi, jàll ci biir Yerusalem, te nga samp lëndëm ci kanamam góor ñi di naqar te di jooy ndax ñépp yëf yu bon yu ñu di def ci biiram.” Ñiiy naqar, di jooy ñii daan yégle baat yi jox dund; daan nañuy yedd, xelal, te ñaan ak ñoom. Yenn ci ñi daan toroxal Yàlla tuub nañu te suufeel seen xol kanamam. Waaye ndamam Boroom bi jógewoon na ci Israayil; doonte nit ñu bare saxoon di wéyal melokaani diine, dooleem ak moom-aŋam nekkuñuwoon fa.</w:t>
      </w:r>
    </w:p>
    <w:p>
      <w:pPr>
        <w:pStyle w:val="ArticleScripture"/>
        <w:jc w:val="left"/>
      </w:pPr>
      <w:r>
        <w:rPr>
          <w:rFonts w:ascii="Times New Roman" w:hAnsi="Times New Roman" w:eastAsia="Times New Roman" w:cs="Times New Roman"/>
        </w:rPr>
        <w:t>“Ci jamono yi, bi Ay meram di génn ngir àtte, ñi toppkat Kirist yu suufe te sell yii, dinañu leen feeñal ci biir des àddina si ndax metitug seen xol, mi ñuy wone ci jooy ak naqar, ci yedd ak artu. Fekk ñeneen di jéem a muur lu bon li fi nekk ak mbubb, te di jéggal ñaawtéef gu réy gi fépp di law, ñiy am cumbur ngir màggalu Yàlla ak bëgg-bëgg ci nit ñi duñu noppi ngir am ñàkk ci kenn. Seen ruuy yu jub, bés bu nekk, dafa sonn ndax jëf yu sellul ak wax ju ñaaw ju ñi jubadiy wax. Amuñu kàttan ngir taxawal dexug bàkkaar gu di daw bu gaaw gi, moo tax fees nañu ak naqar ak tiit. Ñu ngi jooy fa kanam Yàlla bu ñu gisee ne diineñu koy xeeb ci kër yi sax yu jot woon leer gu mag. Ñu ngi naqaral seen bopp ndax réy-réylu, bëgg alal, bëgg sa bopp, ak naxteefu lu tollu ci bépp xeetu, nekk na ci biir njël li. Xelmu Yàlla mi di xiir nit ñi ngir yedd, dañuy ko door ak tànk, te surga yi Seytaane di bànneex. Yàlla ñu koy toroxal, dëgg gi ñu ko def lu amul njariñ.”</w:t>
      </w:r>
    </w:p>
    <w:p>
      <w:pPr>
        <w:pStyle w:val="ArticleScripture"/>
        <w:jc w:val="left"/>
      </w:pPr>
      <w:r>
        <w:rPr>
          <w:rFonts w:ascii="Times New Roman" w:hAnsi="Times New Roman" w:eastAsia="Times New Roman" w:cs="Times New Roman"/>
        </w:rPr>
        <w:t>“Nit ñi nekk ñi doxul ak naqar ci seen bopp ngir seen wàññiku xel mu sell, te duñu jooy itam ngir bàkkaaru ñeneen, dees na leen bàyyi te duñu jot màndargay Yàlla bi. Boroom bi sant na ay ndawam, góor ña yor jumtukaay rey ci seen loxo ne: ‘Dileen topp gannaawam ci biir dëkk ba, te dangeen dóor; bu seen bët yërëm, buleen am yërmande: reyileen ba noppi mag ak ndaw, janq ak xale yu ndaw, ak jigéen; waaye buleen jegesi kenn ku am màndarga gi ci kawam; te tambaleen ci sama kër gu sell. Noonu ñu tambalee ci mag ña nekkoon fa kanam kër ga.</w:t>
      </w:r>
    </w:p>
    <w:p>
      <w:pPr>
        <w:pStyle w:val="ArticleScripture"/>
        <w:jc w:val="left"/>
      </w:pPr>
      <w:r>
        <w:rPr>
          <w:rFonts w:ascii="Times New Roman" w:hAnsi="Times New Roman" w:eastAsia="Times New Roman" w:cs="Times New Roman"/>
        </w:rPr>
        <w:t>«Fii nu nuy gis ne, mbooloom gëm ñi — kër Yàlla gu sell gi — moo jëkk a yëg mbugalu merum Yàlla. Mag ña, ñoom ñi Yàlla mayoon leer gu réy te taxawoon ni wottukati njariñ yu xel mu sell yi ci askan wi, wor nañuoon seen dénk. Dañu jël woon taxawaay bi ne, soxlawuñu xaar kéemaan ak feeñ gu xamle kàttanu Yàlla bu mel ni ci fan yu weesu yi. Jamono soppi na. Kàddu yooyu di dëgërël seen ngëmadi, te ñu wax ne: Boroom bi du def lu baax, du it def lu bon. Yërëmam ëpp na ba du seet ay nitam ci àtte. Noonu, “Jàmm ak kóolute” mooy xaacu góor ñi duñu déllusi mukk di yékkati seen baat ni trompet ngir won nit Yàlla yi seeni tooñ ak kërug Yàqub ay bàkkaaram. Xaj yu luu te bañ a woof yooñu la ñiy yëg mbugal gu jub, gu bokk ci feyu Yàlla bu mer. Góor, jigéen yu ndaw, ak xale yu tuuti dañuy dee ñoom ñépp benn.» Testimonies, volume 5, 210, 211.</w:t>
      </w:r>
    </w:p>
    <w:p>
      <w:pPr>
        <w:pStyle w:val="ArticleBody"/>
        <w:jc w:val="left"/>
      </w:pPr>
      <w:r>
        <w:rPr>
          <w:rFonts w:ascii="Times New Roman" w:hAnsi="Times New Roman" w:eastAsia="Times New Roman" w:cs="Times New Roman"/>
        </w:rPr>
        <w:t>Isayi ñent-fukk bi tambalee dajale ak misaal gu ñaari yoon, te loolu mooy mandarga bu yonent yi ngir yégleb Buurug Guddi gi, miy ñaareelu yégleb buy boole ak yéglebu daanu Babilon. Daanu Babilon day ñaareel buñ ko waxe ci waxi yonent. Wax ji mooy: “Babilon daanu na, daanu na.”</w:t>
      </w:r>
    </w:p>
    <w:p>
      <w:pPr>
        <w:pStyle w:val="ArticleScripture"/>
        <w:jc w:val="left"/>
      </w:pPr>
      <w:r>
        <w:rPr>
          <w:rFonts w:ascii="Times New Roman" w:hAnsi="Times New Roman" w:eastAsia="Times New Roman" w:cs="Times New Roman"/>
        </w:rPr>
        <w:t>Te beneenene, am nañu genn malaaka mu ne: Babilon dafa daanu, dafa daanu, dëkk bu mag boobu, ndaxte mooy ndoxal xeeti àddina yépp ñu naan biiñu merug njaaloom. Apokalips 14:8.</w:t>
      </w:r>
    </w:p>
    <w:p>
      <w:pPr>
        <w:pStyle w:val="ArticleBody"/>
        <w:jc w:val="left"/>
      </w:pPr>
      <w:r>
        <w:rPr>
          <w:rFonts w:ascii="Times New Roman" w:hAnsi="Times New Roman" w:eastAsia="Times New Roman" w:cs="Times New Roman"/>
        </w:rPr>
        <w:t>Am naari Bibil bi wax ne am naari dikkub Babilon bu dëgg-dëgg, te itam am naari dikkub Babilon buy xel. Ñoom ñépp da ñuy taxawal ñeenti seede yu jaarale ci taarix, yu mel ni ñuy xamale melokaan yu yonent bi wax ci dikkub Babilon.</w:t>
      </w:r>
    </w:p>
    <w:p>
      <w:pPr>
        <w:pStyle w:val="ArticleScripture"/>
        <w:jc w:val="left"/>
      </w:pPr>
      <w:r>
        <w:rPr>
          <w:rFonts w:ascii="Times New Roman" w:hAnsi="Times New Roman" w:eastAsia="Times New Roman" w:cs="Times New Roman"/>
        </w:rPr>
        <w:t>Noonu ak xaacu ak baat bu dëgër naan: «Babilon bu màgg bi daanu na, daanu na, te mu nekk kërug rab yi, ak dëkkuwaayu bépp ruu bu soqiku, ak pak bu bépp picc bu laabadiul te ñaaw.» Peeñu Yàlla 18:2</w:t>
      </w:r>
    </w:p>
    <w:p>
      <w:pPr>
        <w:pStyle w:val="ArticleBody"/>
        <w:jc w:val="left"/>
      </w:pPr>
      <w:r>
        <w:rPr>
          <w:rFonts w:ascii="Times New Roman" w:hAnsi="Times New Roman" w:eastAsia="Times New Roman" w:cs="Times New Roman"/>
        </w:rPr>
        <w:t>Babylon gu dëgg ci yoon wu njëkk ni Babel ci jamonoy Nimrod, te Babylon gu dëgg moo itam dëgg ci jamonoy Belshazzar. Babylon gu xel mi dafa dëgg ci 1798, te mbugëlam mu mujj miñu koy wone ay yoon yu bari ci Mbind mi. Loolu moo tax bataaxalu mbugëlum Babylon yor xam-xamu misaal bu yonent bi ci ñaariy fànn. Ak mbugëlum Babylon am na ñaariy fànn, waaye am na itam ñeneen ñaar yu mag yu yonent yu njëkk ngir mbirum ñaariy fànn boobu.</w:t>
      </w:r>
    </w:p>
    <w:p>
      <w:pPr>
        <w:pStyle w:val="ArticleBody"/>
        <w:jc w:val="left"/>
      </w:pPr>
      <w:r>
        <w:rPr>
          <w:rFonts w:ascii="Times New Roman" w:hAnsi="Times New Roman" w:eastAsia="Times New Roman" w:cs="Times New Roman"/>
        </w:rPr>
        <w:t>Ñaareelu ñaareel bi mooy ne, ci ni mu mel ne ab yégle la, dafay tegu ci ne mooy benn yégle buy ànd ak beneen yégle bu ñaareel. Dafay tegu ci ñaari yégle. Am na yeneen dëgg yu am solo yu booleek tekki ak melinu yégleb malaaka ñaareel bi, waaye nun dañuy seet rekk ne nettalinu waxu Yàlla bu mujju bu Esayi, bi tambalee ci saar ñeent-fukk, dafay tàmbali ak ñaareelug sëfantal xàjjus Mbégtekat bi, mi Almasi digoon ne dina ko may ay nitam, bi muy yàgg ci kër-yàlla gu asamaan.</w:t>
      </w:r>
    </w:p>
    <w:p>
      <w:pPr>
        <w:pStyle w:val="ArticleScripture"/>
        <w:jc w:val="left"/>
      </w:pPr>
      <w:r>
        <w:rPr>
          <w:rFonts w:ascii="Times New Roman" w:hAnsi="Times New Roman" w:eastAsia="Times New Roman" w:cs="Times New Roman"/>
        </w:rPr>
        <w:t>Dimbali leen, dimbali leen sama ñi bokk, wax na seen Yàlla. Waxleen ak Yerusalem ci wax yu di ko dëfël xol, te yégleel ko ne ay xareem jeex na, ne ñaawtéefam baal nañu ko; ndaxte jële na ci loxob Boroom bi ñaari yoon ngir bàkkaar yi mu def yépp. Esayi 40:1, 2.</w:t>
      </w:r>
    </w:p>
    <w:p>
      <w:pPr>
        <w:pStyle w:val="ArticleBody"/>
        <w:jc w:val="left"/>
      </w:pPr>
      <w:r>
        <w:rPr>
          <w:rFonts w:ascii="Times New Roman" w:hAnsi="Times New Roman" w:eastAsia="Times New Roman" w:cs="Times New Roman"/>
        </w:rPr>
        <w:t>Amul benn bèneen xët ci Biibël bi buy wax gëna leer ci mbirum jikko yi Kirist am ni mooy Alfa ak Omega, ni xët wi nekk ci Esayi juróom-ñent fukk ba ci mujjug téere bi. Naka Alfa ak Omega, Kirist dafa teg màndarga turam ni Alfa ak Omega ci xët wii, ndax bu ngeen àgg ci mujjug Esayi, mu delluati wax ci li di Boroom diis bi, ndaxte Kirist mooy Kàddu gi, te mooy njàlbéen ak mujj.</w:t>
      </w:r>
    </w:p>
    <w:p>
      <w:pPr>
        <w:pStyle w:val="ArticleScripture"/>
        <w:jc w:val="left"/>
      </w:pPr>
      <w:r>
        <w:rPr>
          <w:rFonts w:ascii="Times New Roman" w:hAnsi="Times New Roman" w:eastAsia="Times New Roman" w:cs="Times New Roman"/>
        </w:rPr>
        <w:t>Nii la Boroom bi waxe: Asamaan mooy sama gangunaay buur, te suuf mooy sama lalub tànk. Ana kër gi ngeen may tabaxal? Ana it bérab bi maay noppalu? Ndax lii lépp, sama loxo moo ko sàkk, te lii lépp am na, la Boroom bi wax. Waaye kii laa xool, moom mi néew doole te am xol bu tuub, di ragal sama kàddu. Ku rey nag, mel ni ku rey nit; ku saraxar xar, mel ni ku dagg baatu xaj; ku joxe sarax, mel ni ku joxe deretu bëñ; ku taal cuuraay, mel ni ku barkeel xérëm. Waaw, ñoom tànn nañu seen yoon yi, te seen bakkan bànneex na ci seen xaram yi. Man itam dinaa tànn seen réer yi, te indi ci ñoom li ñuy ragal; ndax ba ma wooee, kenn tontuwul; ba ma waxee, dégguñu; waaye def nañu lu bon ci sama kanam, te tànn li ma bànneexul. Esayi 66:1–4.</w:t>
      </w:r>
    </w:p>
    <w:p>
      <w:pPr>
        <w:pStyle w:val="ArticleBody"/>
        <w:jc w:val="left"/>
      </w:pPr>
      <w:r>
        <w:rPr>
          <w:rFonts w:ascii="Times New Roman" w:hAnsi="Times New Roman" w:eastAsia="Times New Roman" w:cs="Times New Roman"/>
        </w:rPr>
        <w:t>Laaj bi ñuy yékkati mooy: ban kër la nit Yàlla yi tabaxal Ko? Ndax ñoo yékkati kër gu espirituel gu Piyeer, mbaa kër-daje gu Seytaane? Yàlla wone na ne kër gi Mu tabax mooy ñi nekk “ñu néew te am xel bu tuub,” ak ñi “di ragal” Kàddug Yàlla. Mu jëfandikoo benn wuute ci diggante ñi ragal Kàddoom ak beneen wàll gii di joxe sarax yu sobadi, te ñoo tann seen bopp yoon. Ñi bokk ci mbooloo mi di joxe sarax yu sobadi dinañu gis, ni Yawut ya gisoon, ne seen kër dees na leen ko bàyyi mu neen.</w:t>
      </w:r>
    </w:p>
    <w:p>
      <w:pPr>
        <w:pStyle w:val="ArticleBody"/>
        <w:jc w:val="left"/>
      </w:pPr>
      <w:r>
        <w:rPr>
          <w:rFonts w:ascii="Times New Roman" w:hAnsi="Times New Roman" w:eastAsia="Times New Roman" w:cs="Times New Roman"/>
        </w:rPr>
        <w:t>Yépp yonent yi ñépp dañuy wax ci mujug àddina, te loolu mooy melokaanu wu wone wuute gi nekk diggante ñi xam, ñi di ragal Kàddugam, ak ñi ñàkk xel, ñiy jébbal Yàlla lu bon lu yéex, di lu bon lu seen bakan bëgg. Looloo tax Yàlla dina tànnal ngëmadi ñeel janq yu Laodise yu ñàkk xel, mooy ngëmadi gi ndaw li Paul mi yonnent Yeesu turé ne ñëw na ndax nangu “fenk bi.”</w:t>
      </w:r>
    </w:p>
    <w:p>
      <w:pPr>
        <w:pStyle w:val="ArticleBody"/>
        <w:jc w:val="left"/>
      </w:pPr>
      <w:r>
        <w:rPr>
          <w:rFonts w:ascii="Times New Roman" w:hAnsi="Times New Roman" w:eastAsia="Times New Roman" w:cs="Times New Roman"/>
        </w:rPr>
        <w:t>“Fen bu dëgg” mooy benn simbɔl bu njëkk te xóot ci jaar-jaaru Adventisme, te tabaxkat ya nangu nañu ko ci atum 1863, te ñu yokk ci kawam ci biir jaar-jaaru Advent ba. Dafa doon fen bu jur benn fondaasiyoŋ bu dul dëgg, te fa lañu tambalee yékkati benn kër Yàlla gu nawle, gu dul dëgg. Seen liggéeyu nawle kër Yàlla gu dëgg ga dafay wéy ba “ca fan yu mujj ya.” Isaaya teg na konteksu saraxleem gu juróom-benn-fukk ak juróom-ñaar ci biir tasare xelale ak xelamul diggante jànq bu xam-xam ak jànq bu ñàkk xam-xam yi. Isaaya mi ngi mel ni muy jëfandikoo jaar-jaaru waxu Yàlla ga mu màndargaaloon ci saar bu njëkk bu Isaaya ñeent-fukk, bi Kirist digoon yónnee Boroom Xool bi di Dimbalikat gi ginnaaw ñetti fan ak genn-wàll yu simbɔlik ginnaaw naqarug yàqu-yàqu bu 18 Sulet 2020.</w:t>
      </w:r>
    </w:p>
    <w:p>
      <w:pPr>
        <w:pStyle w:val="ArticleScripture"/>
        <w:jc w:val="left"/>
      </w:pPr>
      <w:r>
        <w:rPr>
          <w:rFonts w:ascii="Times New Roman" w:hAnsi="Times New Roman" w:eastAsia="Times New Roman" w:cs="Times New Roman"/>
        </w:rPr>
        <w:t>Dégglul kàddug Boroom bi, yéen ñi ragal ay waxam; seeni bokk yi leen bañ, te dàq leen ngir sama tur, nee nañu: “Na Boroom bi màggaliku.” Waaye moom dina feeñ ngir seen mbégte, te ñoom dinañu rus. Baatu riir gu jóge dëkk ba, baatu gu jóge kër Yàlla ga, baatu Boroom bi buy fey ay noonam. Esayi 66:5, 6.</w:t>
      </w:r>
    </w:p>
    <w:p>
      <w:pPr>
        <w:pStyle w:val="ArticleBody"/>
        <w:jc w:val="left"/>
      </w:pPr>
      <w:r>
        <w:rPr>
          <w:rFonts w:ascii="Times New Roman" w:hAnsi="Times New Roman" w:eastAsia="Times New Roman" w:cs="Times New Roman"/>
        </w:rPr>
        <w:t>Ci 1798 ba 1844, ci yëngu Milërit yi, Boroom bi tabaxoon kërug xel bu, te moom, ni ndawub kóllëre gi, dikk na ci gaaw ca kër ga ci atum 1844. Boroom bi day tabax kërug xel bu ci yëngu nit ñi téeméeri ñeent-fukk ak ñeent ñaar, ngir mu dikk ci gaaw te dugg ci kóllëre ak kër googu. Piyeer, ci bataaxalam bu njëkk, ci saar ñaareel bi, woote na kër googu “kërug xel.” Ñi “dégg kàddug Boroom bi” ñooñu la Yowaana ci Peeñ mi di wax, bi mu nee ñi dégg “ku barkeel lañu.” Ñooñu ñoo di raxas, ndaxte raxas gi dafa jóge ci “ñi ñu dàqee ci Israyil.” Lawdise yi dof dinañu rus, bu Boroom bi màggalée boppam ci Filadelfiya yi yu ragal Kàddoom, te Kàddoom mooy “dëgg.”</w:t>
      </w:r>
    </w:p>
    <w:p>
      <w:pPr>
        <w:pStyle w:val="ArticleBody"/>
        <w:jc w:val="left"/>
      </w:pPr>
      <w:r>
        <w:rPr>
          <w:rFonts w:ascii="Times New Roman" w:hAnsi="Times New Roman" w:eastAsia="Times New Roman" w:cs="Times New Roman"/>
        </w:rPr>
        <w:t>Ñetti baat yu ñuy dégg ci jamono ji ñuy séddoo boroom xel ak ñi ñàkk xel ak beneen wàll boobu, jóge na ci “dëkk bi,” ci “këru Yàlla gi” ak ci “Boroom bi miy fey njëgam.” Jëkkëri “baat” bi jóge ci dëkk bi mooy “baatu riir,” te “riir” boobu mooy ñëwug Dimbalikat bi di ñëw ci saa si.</w:t>
      </w:r>
    </w:p>
    <w:p>
      <w:pPr>
        <w:pStyle w:val="ArticleScripture"/>
        <w:jc w:val="left"/>
      </w:pPr>
      <w:r>
        <w:rPr>
          <w:rFonts w:ascii="Times New Roman" w:hAnsi="Times New Roman" w:eastAsia="Times New Roman" w:cs="Times New Roman"/>
        </w:rPr>
        <w:t>Ba bésubéel Pentekot ba matoon, ñoom ñépp nekkoon benn xel ci benn barab. Te saa si, ab riir jóge asamaan ñëw, mel ni ngelaw gu tar di daw bu baax, te mu feesal kër gépp ga ñu toogoon. Te ay làkk yu xaajoo mel ni safara feeñu ci seen kanam, te benn-benn ci ñoom jot ci ku nekk. Jëf ya 2:1-3.</w:t>
      </w:r>
    </w:p>
    <w:p>
      <w:pPr>
        <w:pStyle w:val="ArticleBody"/>
        <w:jc w:val="left"/>
      </w:pPr>
      <w:r>
        <w:rPr>
          <w:rFonts w:ascii="Times New Roman" w:hAnsi="Times New Roman" w:eastAsia="Times New Roman" w:cs="Times New Roman"/>
        </w:rPr>
        <w:t>Kàddu gi ñu tekki ne mooy “riir” ci Jëf ya, sareer ñaar, aaya ñaar, mooy “coowlu”, ak “yégle bu siiw.” “Yégle bu siiw” mooy ab waxu yonent. “Riir” walla “coowlu” bi jóge “ca dëkk ba” feeñal nañu ko ci “ngelaw lu bare doole.” “Baatu coowlu bi jóge ca dëkk ba” mooy “yégle bu siiw” bi walla yoonu waxu yonent bu Islaam, buy màndargaal ag ñëwug Dimbalikat bi ca xuru yax yi wowoon ñu rey leen “ca mbedd mi ci dëkk bu mag ba, bi ci xel mu espiritueel ñuy wooye Sodom ak Misra, fa sax sunu Boroom dafa fa ñu ko daajoon ca bant ba.”</w:t>
      </w:r>
    </w:p>
    <w:p>
      <w:pPr>
        <w:pStyle w:val="ArticleBody"/>
        <w:jc w:val="left"/>
      </w:pPr>
      <w:r>
        <w:rPr>
          <w:rFonts w:ascii="Times New Roman" w:hAnsi="Times New Roman" w:eastAsia="Times New Roman" w:cs="Times New Roman"/>
        </w:rPr>
        <w:t>Ciir ñent-fukk ba ñeent ci Esayi, “baat bi” waroon waajal yoon wi ngir “ndaw li yégle kóllëre gi,” laaj na ban ndaw la war a “yégle.” Ñu wax ko mu “yégle” ndawlu Lislaam. Ci Jëf ya, “riir bi” feesal kërug ruu Peter mooyoon “ngëlaw lu gaaw te am doole,” te ci Esekiyel ñett-fukk ak juróom-ñaar, mu jóge ci ñeenti ngëlawi Lislaam.</w:t>
      </w:r>
    </w:p>
    <w:p>
      <w:pPr>
        <w:pStyle w:val="ArticleScripture"/>
        <w:jc w:val="left"/>
      </w:pPr>
      <w:r>
        <w:rPr>
          <w:rFonts w:ascii="Times New Roman" w:hAnsi="Times New Roman" w:eastAsia="Times New Roman" w:cs="Times New Roman"/>
        </w:rPr>
        <w:t>Baatu ri daw dëkk ba, baatu ri jógé ca kër Yàlla ga, baatu Boroom bi miy delloo fayam ay noonam. Esayi 66:6.</w:t>
      </w:r>
    </w:p>
    <w:p>
      <w:pPr>
        <w:pStyle w:val="ArticleBody"/>
        <w:jc w:val="left"/>
      </w:pPr>
      <w:r>
        <w:rPr>
          <w:rFonts w:ascii="Times New Roman" w:hAnsi="Times New Roman" w:eastAsia="Times New Roman" w:cs="Times New Roman"/>
        </w:rPr>
        <w:t>Ci mbedd mi sunu Boroom dañu ko daajoon, Fii muccikat bi jëkk di xamal “baat” bu ki yuuxuy ci màndiŋ ma, lan mooy yéenekaay bi war a doon. Noonu it, mbooloo gu mag gi di kër Yàlla gañu tabax, ni ko misaale woon ci tàmbali yëngu-yëngu gi dale 1798 ba 1844, yokk na xaacu bi. Yëngu-yëngu mbooloo gu mag gi, bi ñuy yégle xaacu Islam, dafa jiite ci ñetteelu “baat” bi, miy ràññee baatu Yàlla ji ci àtte bi ci kaw États-Unis ndax jàllale yoonu Dibeer. Fa la Boroom di feyyu peyam. Ñetti baat yii ñu ngi nekk ci biir doxalin bu jaarale ci jaar-jaaru nettali bu nëbbu bu juróom-ñaari dënnu yu yëgadi, te loolu di tektal araf yu tàmbali, yu digg ak yu mujj yu baatub Ebrëu bi Kàddukat bu Yéeme bi bind, te ñu tekki ko ne “dëgg”. Nit mënul sos lii ci boppam!</w:t>
      </w:r>
    </w:p>
    <w:p>
      <w:pPr>
        <w:pStyle w:val="ArticleBody"/>
        <w:jc w:val="left"/>
      </w:pPr>
      <w:r>
        <w:rPr>
          <w:rFonts w:ascii="Times New Roman" w:hAnsi="Times New Roman" w:eastAsia="Times New Roman" w:cs="Times New Roman"/>
        </w:rPr>
        <w:t>Ci dëppook ak jaar-jaaru waxu yonent yi nu doon fexe xamle, Isaaya daldi wax ci juddug ab xeet.</w:t>
      </w:r>
    </w:p>
    <w:p>
      <w:pPr>
        <w:pStyle w:val="ArticleScripture"/>
        <w:jc w:val="left"/>
      </w:pPr>
      <w:r>
        <w:rPr>
          <w:rFonts w:ascii="Times New Roman" w:hAnsi="Times New Roman" w:eastAsia="Times New Roman" w:cs="Times New Roman"/>
        </w:rPr>
        <w:t>Bala muy metti ay ndiir, mu jur doom; bala metti muy dikk ci moom, mu wasin góor-góorlu. Kan moo dégg lu mel nii? kan moo gis lu mel noonu? Ndax suuf dina jur ci benn bés? wala xeet dina juddu benn yoon? Ndaxte bu Siyon door metti ay ndiir, ci saa si mu jur ay doomam. Ndax man maa ngi indi ba ca juddu, te du ma tax mu jur? la Boroom bi wax. Ndax man maa ngi tax mu jur, te ma tëj biir-jur gi? la sa Yàlla wax. Esaïe 66:7–9.</w:t>
      </w:r>
    </w:p>
    <w:p>
      <w:pPr>
        <w:pStyle w:val="ArticleBody"/>
        <w:jc w:val="left"/>
      </w:pPr>
      <w:r>
        <w:rPr>
          <w:rFonts w:ascii="Times New Roman" w:hAnsi="Times New Roman" w:eastAsia="Times New Roman" w:cs="Times New Roman"/>
        </w:rPr>
        <w:t>Xeet wi juddu laata jigéen ji di mettu ngelaw, ci fan yi weesu noppi dafa nekkoon ci mbedd mi, dee te wow, fekk àddina bépp di bànneex ci ay xaalisam. Waaye bi ñaari seede yi taxawee, ñi doon bànneex ci seen dee ragal nañu. Bu yaram yi ñu rey te wow, di ñu dee, jógéey taxaw ni xeet, kon ñépp ñi bëgg Yerusalem dinañu bànneex ak moom. Ñi bëgg Yerusalem duñu yem ci rekk xeetu ñaari téeméer ak ñeent-fukk ak ñeent-junni; waaye itam dañuy booleek sërëñ Yàlla yeneen juróomam yi ñuy woowe ca Babilon. Dékki gi jógé ci biir naqar bu Judduye 18, 2020, mat na ndax ñëwug Boroom Dimbalikat bi, miy tax garab yu “yax wow” yooyu “sàkku ni ñax mu tooy.”</w:t>
      </w:r>
    </w:p>
    <w:p>
      <w:pPr>
        <w:pStyle w:val="ArticleScripture"/>
        <w:jc w:val="left"/>
      </w:pPr>
      <w:r>
        <w:rPr>
          <w:rFonts w:ascii="Times New Roman" w:hAnsi="Times New Roman" w:eastAsia="Times New Roman" w:cs="Times New Roman"/>
        </w:rPr>
        <w:t>Bégleen ak Yerusalem, te bég moom, yéen ñépp ñi ko bëgg; bànneexleen ak moom ci mbég mu réy, yéen ñépp ñi ko jooy. Ngir ngeen naan, te suur, ci dënn yi ngay dëfaleem; ngir ngeen noyyi, te bànneex ci barebari ndamam. Ndaxte nii la Boroom bi waxe: Xoolleen, dinaa tàllal jàmm ci moom ni dex gu mag, te ndamu xeeti àddina yi ni ndox mu daw; kon ngeen naan, dees na leen yékkati ci wetam, te dees na leen yëngal ci qonam. Ni ndey di dëfale doomam, noonu laay leen di dëfale; te dees na leen dëfale ci Yerusalem. Bu ngeen gis loolu, seen xol dina bég, te seen yax dina saxaar ni ñax mu tooy; te loxob Aji Sax ji dina feeñ ci ay jaamam, te meram ci noonam. Esayi 66:10–14.</w:t>
      </w:r>
    </w:p>
    <w:p>
      <w:pPr>
        <w:pStyle w:val="ArticleBody"/>
        <w:jc w:val="left"/>
      </w:pPr>
      <w:r>
        <w:rPr>
          <w:rFonts w:ascii="Times New Roman" w:hAnsi="Times New Roman" w:eastAsia="Times New Roman" w:cs="Times New Roman"/>
        </w:rPr>
        <w:t>Alfa ak Omega tëj na mujjal gu mujjug jaar-jaaru bindu Isaya ci bopp ba mu tambalee woon ca njàlbéen ga, ak xamle agsiinu Ndimbalikat bi. Te naka la farala di doon, ak bépp yégle bu teyel yégleb Eliya, dees na ko tekk ci biir teguinu Boroom bi di dóor suuf si ak rëbb.</w:t>
      </w:r>
    </w:p>
    <w:p>
      <w:pPr>
        <w:pStyle w:val="ArticleScripture"/>
        <w:jc w:val="left"/>
      </w:pPr>
      <w:r>
        <w:rPr>
          <w:rFonts w:ascii="Times New Roman" w:hAnsi="Times New Roman" w:eastAsia="Times New Roman" w:cs="Times New Roman"/>
        </w:rPr>
        <w:t>Ndaxte, xoolleen, Boroom bi dina ñëw ak safara, te ak ay wotoom yu mel ni mbëlëm, ngir wone ay meram ak xadar, ak yeddam ak lakkuy safara. Ndaxte ak safara ak saamaram la Boroom bi di àtte ak nit ñépp; te ñi Boroom bi rey dinañu bare. Ñi di sellal seen bopp, te di setal seen bopp ci tool ya, gannaaw benn garab bu nekk ci digg, di lekk yàppum mbaam-xuux, ak lu araam, ak janax, ñoom ñépp dees na leen alagandoo, kàddug Boroom bi. Ndaxte xam naa seeni jëf ak seeni xalaat: dina aksi, ma dajale xeet yépp ak làkk yépp; te dinañu ñëw, gis sama ndam. Esayi 66:15–18.</w:t>
      </w:r>
    </w:p>
    <w:p>
      <w:pPr>
        <w:pStyle w:val="ArticleBody"/>
        <w:jc w:val="left"/>
      </w:pPr>
      <w:r>
        <w:rPr>
          <w:rFonts w:ascii="Times New Roman" w:hAnsi="Times New Roman" w:eastAsia="Times New Roman" w:cs="Times New Roman"/>
        </w:rPr>
        <w:t>Adventiste Laodise yu ñàkk xel yi nekk gannaaw “garab” gu xam-xamu lu baax ak lu bon, gi nekk “ca diggante” “toolu” Eden, di wax ne ñoom dañuy sellal seen bopp te di setal seen bopp, waaye ci dëgg-dëgg dañuy lekk jàngale yu tilim yu Babilon, te di nëbbu ni Aadama ak Awa defoon ndax bàkkaar yi ñu bëgg lool ba bañ a bàyyi. Dees na leen yàq ak yeneen xeet yépp. Ñoom dañoo wuute ak ñi am xel yi dinañu doon “mandarga.” “Mandarga” mooy “raaya,” te loolu dafay tegu ci bésub Noflaay bi, miy mandargay Boroom bi sa Yàlla, mi sellal dëgg-dëgg askanam.</w:t>
      </w:r>
    </w:p>
    <w:p>
      <w:pPr>
        <w:pStyle w:val="ArticleScripture"/>
        <w:jc w:val="left"/>
      </w:pPr>
      <w:r>
        <w:rPr>
          <w:rFonts w:ascii="Times New Roman" w:hAnsi="Times New Roman" w:eastAsia="Times New Roman" w:cs="Times New Roman"/>
        </w:rPr>
        <w:t>Moo tax, waa kër gi Israayil di sàmm bésub noflaay bi, di wottu bésub noflaay bi ci seen maas, ngir mu doon kóllëre gu sax ba fàww. Loolu mooy màndarga bu nekk ci sama diggante ak gi Israayil ba fàww; ndaxte ci juróom-benn fan ak benneen fan Aji Sax ji moo bind asamaan ak suuf, te ci bésub juróom-ñaareel ba mu noflaay, te dëgër baatam. Eksod 31:16, 17.</w:t>
      </w:r>
    </w:p>
    <w:p>
      <w:pPr>
        <w:pStyle w:val="ArticleBody"/>
        <w:jc w:val="left"/>
      </w:pPr>
      <w:r>
        <w:rPr>
          <w:rFonts w:ascii="Times New Roman" w:hAnsi="Times New Roman" w:eastAsia="Times New Roman" w:cs="Times New Roman"/>
        </w:rPr>
        <w:t>Ñi am xam-xamukkat yi dañu làquwul gannaaw garabu wax-rekk bu ñuy wax ne ñoom ay gëmkat; waaye yéeg nañu leen ni banneexu ndimbal, di wone ndamu Yàlla ci kër gi mujj yu xeex bu mag ba. Ndamuam mooy ay jikkoom, te mbir mi ci jikkoom mi ñuy teewal àddina mooy Alfa ak Omega, tàmbali ak mujjaay, ki jëkk ak ki mujj, mi ñu feeñal ne mooy “Dëgg.”</w:t>
      </w:r>
    </w:p>
    <w:p>
      <w:pPr>
        <w:pStyle w:val="ArticleScripture"/>
        <w:jc w:val="left"/>
      </w:pPr>
      <w:r>
        <w:rPr>
          <w:rFonts w:ascii="Times New Roman" w:hAnsi="Times New Roman" w:eastAsia="Times New Roman" w:cs="Times New Roman"/>
        </w:rPr>
        <w:t>Te dina teg seen ci seen biir, te dinaa yónni ñi rëcc ci ñoom ca xeeti réew ya, ca Tarsis, Pul ak Lud, ñiy xëyett bant, ca Tubal ak Jawan, ca duni yu sore yi, yi déggagul sama tur wu màgg, te gisagul sama ndam; te ñooy yégle sama ndam ci biir xeeti réew yi. Te ñooy indi seen bokk yépp, ngir jébbaleko Yàlla, jële leen ci xeeti réew yépp, ci kaw fas yi, ak ci kaw woto yi, ak ci palanke yi, ak ci kaw mool yi, ak ci kaw rab yu gaaw yi, ba ca sama tundu sell, Yerusalem, kàddug Aji Sax ji, ni bànni Israayil di indiye sarax ci ndab lu set ba ca kër Yàlla ga. Te ci ñoom itam, dinaa jël ay saraxalekat ak ay Lewit, kàddug Aji Sax ji. Ndax ni asamaan wu bees ak suuf su bees, yi ma di sàkk, di sax ci sama kanam, kàddug Aji Sax ji, noonu la seen njaboot ak seen tur di sax. Te dina xew ne, bu weer wu bees nekkalee ba beneen weer wu bees, ak bu bésub Noflaay nekkalee ba beneen bésub Noflaay, ñépp aay nit dinañu ñëw sujjóot ma ci sama kanam, kàddug Aji Sax ji. Te dinañu génn, gis yaram yu dee yu nit ña ma tooñoon; ndax seen saxaar du dee, te seen safara du fey; te dinañu nekk lu ñépp aay nit sib. Esayi 66:16–24.</w:t>
      </w:r>
    </w:p>
    <w:p>
      <w:pPr>
        <w:pStyle w:val="ArticleBody"/>
        <w:jc w:val="left"/>
      </w:pPr>
      <w:r>
        <w:rPr>
          <w:rFonts w:ascii="Times New Roman" w:hAnsi="Times New Roman" w:eastAsia="Times New Roman" w:cs="Times New Roman"/>
        </w:rPr>
        <w:t>Nettali nettali waxu yonent Isaïe tambalee na ak ñëwug Noppalikat bi ci weeru Sulet 2023, te nettali bi jeex fa mu tambalee woon. Mu dikk ci tarix bu nëbbu bu juróom-ñaar yi di dënnu yu mag yi, te dañu ko ubbi lu jiitu ñàkk yoonug dogalu àtte. Mu wone ne dellusi yëngu-yëngu Millerite bi ca njàlbéen ga, moo yem ak tarixu yëngu-yëngu ñi téeméer ak ñeent-fukk ak ñeent-ñaari junni ci mujj ga. Mu tegtal yégleb mbaañ mi topp ci yéglebu Élie ni mooy yégleb liggéeyu yonent bu Lislaam, bi di merloo xeeti àddina yi, ni Boroom bi koy jëfandikoo ngir indi àtte “jëkk” ci kow Estados Unis ngir yoonu Dibeeru, te “mujj” ci kow àddina si bépp ngir benn moytule googu.</w:t>
      </w:r>
    </w:p>
    <w:p>
      <w:pPr>
        <w:pStyle w:val="ArticleBody"/>
        <w:jc w:val="left"/>
      </w:pPr>
      <w:r>
        <w:rPr>
          <w:rFonts w:ascii="Times New Roman" w:hAnsi="Times New Roman" w:eastAsia="Times New Roman" w:cs="Times New Roman"/>
        </w:rPr>
        <w:t>Dinanu sax ci sunu xalaat ci mujju nettali Isaaya bi ci mbind mi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Xam-xamu Yeesu Kirist — Limu Juróom-Ñett</dc:title>
  <dc:subject>Juddug Réew mi</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