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Peñu Yeesu Kirist — Limu Juróom-ñeent</w:t>
      </w:r>
    </w:p>
    <w:p>
      <w:pPr>
        <w:pStyle w:val="ArticleSubtitle"/>
        <w:jc w:val="left"/>
      </w:pPr>
      <w:r>
        <w:rPr>
          <w:rFonts w:ascii="Arial" w:hAnsi="Arial" w:eastAsia="Arial" w:cs="Arial"/>
        </w:rPr>
        <w:t>Nettali waxi kàdduy Yàlla yi Esayi bi mujj: Njëgëlug Kirist ak wàllu yonent bu 144,000 yi yor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Téere Esayi, rawatina ci wuutéef, nettali yonent bu mujj bi nekk ci saar yi ñent-fukk ak juróom ba juróom-benn-fukk ak juróom-benn, mooy wone gu dëgër ci ay dëgg-yonent yu am solo te boolees nañu ci yoon wu jub ak Péeñug Yeesu Kirist, gi ñu ngi léegi ubbi ndànk-ndànk bi nu janook jeexital seetaane nit. Benn ci yooyu mooy péeñug Alfa ak Omega. Amul beneen téere ci Biibël bi mu tollook seede Esayi ci mbirum benn xarala ci jikko Yàlla, buy mel ni mu ngi wone mujju benn mbir ak njàlbéenu benn mbir.</w:t>
      </w:r>
    </w:p>
    <w:p>
      <w:pPr>
        <w:pStyle w:val="ArticleScripture"/>
        <w:jc w:val="left"/>
      </w:pPr>
      <w:r>
        <w:rPr>
          <w:rFonts w:ascii="Times New Roman" w:hAnsi="Times New Roman" w:eastAsia="Times New Roman" w:cs="Times New Roman"/>
        </w:rPr>
        <w:t>Kan moo ko def te matal ko, di woo maas yi dale ca njàlbéen ga? Man maa di Aji Sax ji, ki njëkk, te ànd ak mujj yi; man laa. Esayi 41:4.</w:t>
      </w:r>
    </w:p>
    <w:p>
      <w:pPr>
        <w:pStyle w:val="ArticleBody"/>
        <w:jc w:val="left"/>
      </w:pPr>
      <w:r>
        <w:rPr>
          <w:rFonts w:ascii="Times New Roman" w:hAnsi="Times New Roman" w:eastAsia="Times New Roman" w:cs="Times New Roman"/>
        </w:rPr>
        <w:t>Ci téer ci Esayi la Yàlla di xamale li mooy firndeel ne Yàlla mooy Yàlla.</w:t>
      </w:r>
    </w:p>
    <w:p>
      <w:pPr>
        <w:pStyle w:val="ArticleScripture"/>
        <w:jc w:val="left"/>
      </w:pPr>
      <w:r>
        <w:rPr>
          <w:rFonts w:ascii="Times New Roman" w:hAnsi="Times New Roman" w:eastAsia="Times New Roman" w:cs="Times New Roman"/>
        </w:rPr>
        <w:t>Nii la Boroom bi wax, buur bu Israayil, ak ki koy jot ci njotam, Boroom màndiŋ yi: Man maa di ki jëkk, te man maa di ki mujj; te kudul man amul Yàlla. Kan moo mel ni man, mu woo, mu yégle ko, te sàmp ko ci tegu gu baax ngir man, gannaaw ma samp nit ñi njekk? Te mbir yi di ñëw, ak yi war a xew, nañu leen waxal. Buleen ragal, buleen tiit; ndax xanaa waxuma leen ko li dale ba booba, te yégle ko? Yeen ngeen di samay seede. Ndax am na Yàlla kudul man? Déedéet, amul Yàlla; xamu maa kenn. Isaaya 44:6–8.</w:t>
      </w:r>
    </w:p>
    <w:p>
      <w:pPr>
        <w:pStyle w:val="ArticleBody"/>
        <w:jc w:val="left"/>
      </w:pPr>
      <w:r>
        <w:rPr>
          <w:rFonts w:ascii="Times New Roman" w:hAnsi="Times New Roman" w:eastAsia="Times New Roman" w:cs="Times New Roman"/>
        </w:rPr>
        <w:t>Nettali jaar-jaarlo gu yonent Yàlla Esayi moo fësal matug baaxale bu mat te bu mujj bi ci ñëwug Dimbalikat bi Yeesu digoon.</w:t>
      </w:r>
    </w:p>
    <w:p>
      <w:pPr>
        <w:pStyle w:val="ArticleScripture"/>
        <w:jc w:val="left"/>
      </w:pPr>
      <w:r>
        <w:rPr>
          <w:rFonts w:ascii="Times New Roman" w:hAnsi="Times New Roman" w:eastAsia="Times New Roman" w:cs="Times New Roman"/>
        </w:rPr>
        <w:t>Dégluleen ma, yéen ñi topp njubte, yéen ñi wut Aji Sax ji: xoolleen ci doj wi ngeenñu leen ci, ak ci xottu teen ba ngeen gasseenne ci. Xoolleen ci Ibraayma, seen baay, ak ci Saara mi leen jur: ndaxte moom kenn rekk laa woo, te barkeel ko, yokk ko. Ndaxte Aji Sax ji dina dëfël Siyon: dina dëfël bépp fu ne yàqum; dina def ay màndiŋam mel ni Edden, ak màngam mel ni toolu Aji Sax ji; mbégte ak bégte dinañu fa amee, sant ak baatu woy. Esayi 51:1–3.</w:t>
      </w:r>
    </w:p>
    <w:p>
      <w:pPr>
        <w:pStyle w:val="ArticleBody"/>
        <w:jc w:val="left"/>
      </w:pPr>
      <w:r>
        <w:rPr>
          <w:rFonts w:ascii="Times New Roman" w:hAnsi="Times New Roman" w:eastAsia="Times New Roman" w:cs="Times New Roman"/>
        </w:rPr>
        <w:t>Dimbalikat bi agsi ci weeru 2023. Beneen dëgg bi ñu tekkaale ci nettali Esayi mooy jaar-jaaru xew-xewu juróom-ñaari yëngu-yëngu yi ñu nëbb, te muy am ñetti jéego, te loolu mooy melokaanu “emeth,” kàddu Ebrë bi ñu sos ak araf wu jëkk, wu fukk ak ñett, ak wu mujj ci alifbaa Ebrë.</w:t>
      </w:r>
    </w:p>
    <w:p>
      <w:pPr>
        <w:pStyle w:val="ArticleScripture"/>
        <w:jc w:val="left"/>
      </w:pPr>
      <w:r>
        <w:rPr>
          <w:rFonts w:ascii="Times New Roman" w:hAnsi="Times New Roman" w:eastAsia="Times New Roman" w:cs="Times New Roman"/>
        </w:rPr>
        <w:t>Baati ay riir ci dëkk bi, baati ay riir ci kër Yàlla ga, baatu Boroom bi miy fey ay noonam seen pey. Esayi 66:6.</w:t>
      </w:r>
    </w:p>
    <w:p>
      <w:pPr>
        <w:pStyle w:val="ArticleBody"/>
        <w:jc w:val="left"/>
      </w:pPr>
      <w:r>
        <w:rPr>
          <w:rFonts w:ascii="Times New Roman" w:hAnsi="Times New Roman" w:eastAsia="Times New Roman" w:cs="Times New Roman"/>
        </w:rPr>
        <w:t>Beneen dëgg bu am solo bu Esayi joxe mooy doxalin Islam ci nekk jumtukaayu àtteb Yàlla buy jëfandikoo, njëkk ngir àtte Mbirik ci Ëtazini, te gannaaw loolu àtte àddina si yépp ngir jàllale doxalin bi di dooleel Dibeer.</w:t>
      </w:r>
    </w:p>
    <w:p>
      <w:pPr>
        <w:pStyle w:val="ArticleScripture"/>
        <w:jc w:val="left"/>
      </w:pPr>
      <w:r>
        <w:rPr>
          <w:rFonts w:ascii="Times New Roman" w:hAnsi="Times New Roman" w:eastAsia="Times New Roman" w:cs="Times New Roman"/>
        </w:rPr>
        <w:t>Ci màndarga la, boo génn ci lim; moo tax mu tere ngelawam gu tar ba ca bésu ngelaw gu penku ga. Esayi 27:8.</w:t>
      </w:r>
    </w:p>
    <w:p>
      <w:pPr>
        <w:pStyle w:val="ArticleBody"/>
        <w:jc w:val="left"/>
      </w:pPr>
      <w:r>
        <w:rPr>
          <w:rFonts w:ascii="Times New Roman" w:hAnsi="Times New Roman" w:eastAsia="Times New Roman" w:cs="Times New Roman"/>
        </w:rPr>
        <w:t>Mboolem yi yépp man nañu leen teg ci seen bopp ni ay cër yi bokk ci yégle gu “Yuuxu Diggante Guddi”, mooy misaalu fukki jigéen yu sell yi di wone ndaw saafara yégleb Yeesu Kirist bi baax nañu ko xam ni mooy Peeñug Yeesu Kirist, gi Baay bi joxoon Yeesu, mu jox Jibril, mu jox Yowaana, te mu bind ko ba noppi yónnee ko ci jàng yi. Nu ngi jëfandikoo nettali gu mujj gi Esayi, ngir dëgërale rëddoo mbir yu yonent yi tambalee ci saa si fukk ak benn ci Peeñ mi, te léegi agsi nanu ci saa si fukk ak ñaar, fa nu gis jigéen ji sol na jant, te dañu ko melal ak misaal mi Esayi taxawal bu wér lool, maanaam ne; Kirist dafay wone mujjug benn mbir ak njàlbéenu benn mbir.</w:t>
      </w:r>
    </w:p>
    <w:p>
      <w:pPr>
        <w:pStyle w:val="ArticleScripture"/>
        <w:jc w:val="left"/>
      </w:pPr>
      <w:r>
        <w:rPr>
          <w:rFonts w:ascii="Times New Roman" w:hAnsi="Times New Roman" w:eastAsia="Times New Roman" w:cs="Times New Roman"/>
        </w:rPr>
        <w:t>Te am na ci asamaan kéemaan bu mag; jigéen ju sol jant bi, weer wi nekk ci suufu ay tànkam, te ci kaw boppam am na kaala bu fukkii biddéew ak ñaar. Te moom dafa ëmb, di yuux ndax metit yu jur, di sonn ngir wasin. Te beneen kéemaan feeñaat ci asamaan; te xool-leen, masin bu xonq bu mag, bi am juróom-ñaari bopp ak fukki gej, te ci ay boppam juróom-ñaari kaala. Te gëttam jël ñetteelu biddéew yi ci asamaan, sànni leen ci suuf; te masin ba taxaw ci kanam jigéen ja doon waajal ngir wasin, ngir lekk doomam bu góor saa su mu juddoo. Te mu jur doom ju góor, ki war a yilif xeet yépp ak yar bu weex; te yóbbu nañu doomam ca Yàlla ak ca gàngunaayam. Peeñu gi 12:1–5.</w:t>
      </w:r>
    </w:p>
    <w:p>
      <w:pPr>
        <w:pStyle w:val="ArticleBody"/>
        <w:jc w:val="left"/>
      </w:pPr>
      <w:r>
        <w:rPr>
          <w:rFonts w:ascii="Times New Roman" w:hAnsi="Times New Roman" w:eastAsia="Times New Roman" w:cs="Times New Roman"/>
        </w:rPr>
        <w:t>Jigéenu Peeñu xii 12 mooy mandarga askanu Yàlla yi Mu tànn ci giir jamono yépp. Fukk ak ñaar gi xeet yi ci Israayil gu yàgg ga, te doon Israayil ju bonn ci dëgg, dañuy tegtal ndoorteelu askanu kóllëre gu Yàlla gi Mu tànn. Fukk ak ñaar gi xeet yooyu itam dañuy misaalal mujju Israayil gu yàgg ga, te doon Israayil ju bonn ci dëgg, ba Kirist tànnee fukk ak ñaar ay taalibeem. Fukk ak ñaar taalibe yooyu ci mujju Israayil gu yàgg ga, ñoom itam ñooyoon fukk ak ñaar ndaw-ndeyjoor yi ci ndoorteelu Israayil gu xel gu bees. Ñaari seede yu ndoorte ak benn seede bu mujju da ñuy boole ngir saxal ñetti seede yu xamale ne téeméeri ak ñeent-fukk ak ñeent-junni ñooy mujju Israayil gu xel gu bees.</w:t>
      </w:r>
    </w:p>
    <w:p>
      <w:pPr>
        <w:pStyle w:val="ArticleBody"/>
        <w:jc w:val="left"/>
      </w:pPr>
      <w:r>
        <w:rPr>
          <w:rFonts w:ascii="Times New Roman" w:hAnsi="Times New Roman" w:eastAsia="Times New Roman" w:cs="Times New Roman"/>
        </w:rPr>
        <w:t>Téeméeri ak ñeent-fukk ak ñeent junni ñoo itam màndarga mi seen bokk yi sànni woon. Ñoom lañu di màndarga mi doon xur wu yaxu te wow, nekk ci mbedd mi ci réew mu mag mu Sodom ak Égypte, ñi rab wi yéegé woon ca xottu ndoxul weeñ ma rey. Ñoom lañu di màndarga mi, ñi di doj yu kaalaama ji, yi jigéen ji sol ci kaw boppam.</w:t>
      </w:r>
    </w:p>
    <w:p>
      <w:pPr>
        <w:pStyle w:val="ArticleScripture"/>
        <w:jc w:val="left"/>
      </w:pPr>
      <w:r>
        <w:rPr>
          <w:rFonts w:ascii="Times New Roman" w:hAnsi="Times New Roman" w:eastAsia="Times New Roman" w:cs="Times New Roman"/>
        </w:rPr>
        <w:t>Te Boroom seen Yàlla di leen musal ci bés booba ni jurugam gi ñeel ay nitam; ndaxte ñuy doon ni doj yu añs ci kaala, yékkat na leen ni ràkka ci kaw suufam si. Sakarija 9:16.</w:t>
      </w:r>
    </w:p>
    <w:p>
      <w:pPr>
        <w:pStyle w:val="ArticleBody"/>
        <w:jc w:val="left"/>
      </w:pPr>
      <w:r>
        <w:rPr>
          <w:rFonts w:ascii="Times New Roman" w:hAnsi="Times New Roman" w:eastAsia="Times New Roman" w:cs="Times New Roman"/>
        </w:rPr>
        <w:t>Mànkook bi, mooy téeméeri junni ak ñeent-fukk ak ñeent ñaar ñi, ay doj lañu, ni Kirist moome.</w:t>
      </w:r>
    </w:p>
    <w:p>
      <w:pPr>
        <w:pStyle w:val="ArticleScripture"/>
        <w:jc w:val="left"/>
      </w:pPr>
      <w:r>
        <w:rPr>
          <w:rFonts w:ascii="Times New Roman" w:hAnsi="Times New Roman" w:eastAsia="Times New Roman" w:cs="Times New Roman"/>
        </w:rPr>
        <w:t>Te ñoom nañu ñépp benn naan bu xel mu sell mi: ndaxte dañoo naan ci Xeer wu xel mu sell woowu, wi leen toppoon; te Xeer woowu mooy Kirist. 1 Corinthians 10:4.</w:t>
      </w:r>
    </w:p>
    <w:p>
      <w:pPr>
        <w:pStyle w:val="ArticleBody"/>
        <w:jc w:val="left"/>
      </w:pPr>
      <w:r>
        <w:rPr>
          <w:rFonts w:ascii="Times New Roman" w:hAnsi="Times New Roman" w:eastAsia="Times New Roman" w:cs="Times New Roman"/>
        </w:rPr>
        <w:t>Kirist mooy misaalug ñaar-fukk ak ñeent junni ak ñeent-fukk ak ñeent ñaar, te Piyeer itam déggoo ak Pool ne Kirist mooy “doj wu dund” wi ñu bañoon, te Piyeer wax na itam ne nit ñi Yàlla moom ñoo it “doj yu dund.”</w:t>
      </w:r>
    </w:p>
    <w:p>
      <w:pPr>
        <w:pStyle w:val="ArticleScripture"/>
        <w:jc w:val="left"/>
      </w:pPr>
      <w:r>
        <w:rPr>
          <w:rFonts w:ascii="Times New Roman" w:hAnsi="Times New Roman" w:eastAsia="Times New Roman" w:cs="Times New Roman"/>
        </w:rPr>
        <w:t>Ngeen leen ngeen di ñëw, moom miy doj wu dund, nit ñi bañ ko woon, waaye Yàlla tànn na ko te mu am solo lool; te yéen itam, ni ay doj yu dund, ñu ngi leen di tabax ngir ngeen doon kër gu xel mu sell, ngir ngeen doon saraxalekat yu sell, di jébbale sarax yu xel, yu Yàlla nangu jaarale ko ci Yeesu Kirist. 1 Piyeer 2:4, 5.</w:t>
      </w:r>
    </w:p>
    <w:p>
      <w:pPr>
        <w:pStyle w:val="ArticleBody"/>
        <w:jc w:val="left"/>
      </w:pPr>
      <w:r>
        <w:rPr>
          <w:rFonts w:ascii="Times New Roman" w:hAnsi="Times New Roman" w:eastAsia="Times New Roman" w:cs="Times New Roman"/>
        </w:rPr>
        <w:t>Juroom ñent-fukk ak ñeent junni nit ñi, duñu rekk doj yi nekk ci kaalaama jigéen ji, waaye ñoom lañu ci bopp seen kaalaam.</w:t>
      </w:r>
    </w:p>
    <w:p>
      <w:pPr>
        <w:pStyle w:val="ArticleScripture"/>
        <w:jc w:val="left"/>
      </w:pPr>
      <w:r>
        <w:rPr>
          <w:rFonts w:ascii="Times New Roman" w:hAnsi="Times New Roman" w:eastAsia="Times New Roman" w:cs="Times New Roman"/>
        </w:rPr>
        <w:t>Ngir Yoon nag, duma neexul, te ngir Yerusalem nag, duma noppalu, ba kerceem feeñ mel ni leer, te muccam mel ni làmp buy taal. Te xeeti xare ya dinañu gis sa kerce, te buur yépp sa ndam; te dees na la tudde ci tur wu bees, wi gémmiñu Aji Sax ji di ko jox. Yaw itam, dinga doon kaala gu ndam ci loxob Aji Sax ji, ak mbaxana bu buur ci loxob sa Yàlla. Esayi 62:1–3.</w:t>
      </w:r>
    </w:p>
    <w:p>
      <w:pPr>
        <w:pStyle w:val="ArticleBody"/>
        <w:jc w:val="left"/>
      </w:pPr>
      <w:r>
        <w:rPr>
          <w:rFonts w:ascii="Times New Roman" w:hAnsi="Times New Roman" w:eastAsia="Times New Roman" w:cs="Times New Roman"/>
        </w:rPr>
        <w:t>Kirist mooy misaal ñeel ñaari téeméeri ak ñeent-fukk ak ñeent ñaari junni ñi. Moom mooy Doj wi, te ñoom ay “doj” lañu. Ñoom ñooy “kaalug ndam ci loxoy Aji Sax ji,” te Kirist mooy kaalug ndam gi.</w:t>
      </w:r>
    </w:p>
    <w:p>
      <w:pPr>
        <w:pStyle w:val="ArticleScripture"/>
        <w:jc w:val="left"/>
      </w:pPr>
      <w:r>
        <w:rPr>
          <w:rFonts w:ascii="Times New Roman" w:hAnsi="Times New Roman" w:eastAsia="Times New Roman" w:cs="Times New Roman"/>
        </w:rPr>
        <w:t>Bés bés booba, Boroom mbind mi dina nekk ngir desit askanam kaala bu ndam ak màndarga yu taar; dina itam nekk xelmu atte ngir ki toog ci biir atte, ak doole ngir ñi delloo xare ba ca bunt ba. Esaayi 28:5, 6.</w:t>
      </w:r>
    </w:p>
    <w:p>
      <w:pPr>
        <w:pStyle w:val="ArticleBody"/>
        <w:jc w:val="left"/>
      </w:pPr>
      <w:r>
        <w:rPr>
          <w:rFonts w:ascii="Times New Roman" w:hAnsi="Times New Roman" w:eastAsia="Times New Roman" w:cs="Times New Roman"/>
        </w:rPr>
        <w:t>Bu nuy xalaat limub fukk ak ñaar ci jëm ci tambali ak jeexital, jigéen ji dafa tegtal nit ñi Yàlla tànn ci kóllëre ga, ñu jóge ca Israayil gu yàgg ga ca tundu Sinaay ba, ba ci jaar-jaaru téeméeri ñent-fukk ak ñent-junni ñaar-fukk ak ñent ñaari junni. Ñoom, Kirist mooy seen misaal; te juddug Yàlla ji dafa misaalal ndekkitey yax yu wow ya ci ñi dee, ca mbedd ma ñu leen reyoon 18 Sulet 2020. Yoonu ñaari jéego yi Esëkiyel fanweer ak juróom-ñaari sarax yi wax bu gàtt te leer, yi indi dund ci ñaari yonent yooyu, ñu ko “jëfandikoo bu njëkk” ci bindug Aadam.</w:t>
      </w:r>
    </w:p>
    <w:p>
      <w:pPr>
        <w:pStyle w:val="ArticleBody"/>
        <w:jc w:val="left"/>
      </w:pPr>
      <w:r>
        <w:rPr>
          <w:rFonts w:ascii="Times New Roman" w:hAnsi="Times New Roman" w:eastAsia="Times New Roman" w:cs="Times New Roman"/>
        </w:rPr>
        <w:t>Àddam bindoon naari yoon. Jëkk dañu ko bind, gannaaw loolu Kirist nofla ci moom saxalug dund gi, ni nofla gi joge ci ñeenti ngelaw yi ci Ezekiel dekkal yax yi wow. Àddam bindoon na ko nekk góor gu mat sëkk, waaye loolu terewul ne mbindam mooyoon itam juddoom. Junni ak ñeent fukk ak ñeent junni ñi juddoo gannaaw ñetti fan ak genn-wàll bu mel ni misaal, bi ñu tëdd dee ci mbedd mi jaar ci xurug dee. Junni ak ñeent fukk ak ñeent junni ñi jigéen ji moo leen jur, moom mi jur “doom ju góor ji war a nguur ak yat wu weex.” Naka jigéen ji di misaalu kanamug kërceen gi ci jaar-jaari nettali gi, jigéen ju Revelation fukk ak ñaar ji dafay tegtal benn misaal ak “tundu” bi ci Daniel ñaar.</w:t>
      </w:r>
    </w:p>
    <w:p>
      <w:pPr>
        <w:pStyle w:val="ArticleScripture"/>
        <w:jc w:val="left"/>
      </w:pPr>
      <w:r>
        <w:rPr>
          <w:rFonts w:ascii="Times New Roman" w:hAnsi="Times New Roman" w:eastAsia="Times New Roman" w:cs="Times New Roman"/>
        </w:rPr>
        <w:t>“Peeñ mi mooy téere buñ tëj te itam mooy téere buñ ubbi. Mu ngi bind xew-xew yu yéeme yu war a am ci fan yu mujj yi ci jaar-jaaru nettali suuf si. Jàngale yi nekk ci téere bii dañuy leer te wóor; du yeneen mbir yu kumpa te kenn manul leen a xam. Ci moom, benn rél gu benn ci kàddug wax ci kanam gi lañu delloo ni ci Daniel. Yenn wax ci kanam yi Yàlla delloo na leen, ngir won ne war nañu leen a jox njariñ wu màgg. Boroom bi du delloo mbir yu amul solo bu réy.” Manuscript Releases, volume 9, 8.</w:t>
      </w:r>
    </w:p>
    <w:p>
      <w:pPr>
        <w:pStyle w:val="ArticleBody"/>
        <w:jc w:val="left"/>
      </w:pPr>
      <w:r>
        <w:rPr>
          <w:rFonts w:ascii="Times New Roman" w:hAnsi="Times New Roman" w:eastAsia="Times New Roman" w:cs="Times New Roman"/>
        </w:rPr>
        <w:t>Benn yoonu kàddug wax ci yonent bi nekk ci Daniel lañu jël ba yokk ko ci Révélation. Xeeru Daniel, mi ñu dogg ci tund bi te loxo nekkul ci ko, mooy “xeer yu dund” yi ci waxu Pierre, yi “ñuy tabax ay kër gu xelu, ak saraxalekat yu sell,” te xeeru Daniel moom itam dafay tegu ci ñetti fukk ak ñeent junni nit ñi. Tund bi mooy kër Yàlla gi jaar ci jamonoy nettali.</w:t>
      </w:r>
    </w:p>
    <w:p>
      <w:pPr>
        <w:pStyle w:val="ArticleScripture"/>
        <w:jc w:val="left"/>
      </w:pPr>
      <w:r>
        <w:rPr>
          <w:rFonts w:ascii="Times New Roman" w:hAnsi="Times New Roman" w:eastAsia="Times New Roman" w:cs="Times New Roman"/>
        </w:rPr>
        <w:t>Te ci jamonoy buur yii, Yàlla asamaan di samp nguur gu du mas a yàqu; te nguur googu duñu ko bàyyi ci loxo ñeneen nit, waaye dina dagg bañal yépp nguur yii, ba toxal leen; te moom dina sax ba fàww. Ndaxte gis nga ne xeer wa ñu gor ci tund wi, te du ci loxo nit, te mu dagg bañal weñ, xànjar, ban, xaalis ak wurus; Yàlla ju mag ji xamal na buur bi li wara xew gannaaw loolu: te gént ga wóor na, te firndeem sax na. Daniel 2:44, 45.</w:t>
      </w:r>
    </w:p>
    <w:p>
      <w:pPr>
        <w:pStyle w:val="ArticleBody"/>
        <w:jc w:val="left"/>
      </w:pPr>
      <w:r>
        <w:rPr>
          <w:rFonts w:ascii="Times New Roman" w:hAnsi="Times New Roman" w:eastAsia="Times New Roman" w:cs="Times New Roman"/>
        </w:rPr>
        <w:t>Bataaxalu Yu guddi bi ci ngoon, bi ñaar fukk ak ñeent junni nit yi, dinañu ko itam tekki ni taw bu mujj mi; te ci jamono ji taw bu mujj mi di wàcc la Yàlla “taxawale” nguur gi doj wi Daniel di firi.</w:t>
      </w:r>
    </w:p>
    <w:p>
      <w:pPr>
        <w:pStyle w:val="ArticleScripture"/>
        <w:jc w:val="left"/>
      </w:pPr>
      <w:r>
        <w:rPr>
          <w:rFonts w:ascii="Times New Roman" w:hAnsi="Times New Roman" w:eastAsia="Times New Roman" w:cs="Times New Roman"/>
        </w:rPr>
        <w:t>“Naaw gu mujje gi dinaa ngi ñëw ci ñi sell—kon ñépp dinañu ko jot ni ko nekkoon bu njëkk.”</w:t>
      </w:r>
    </w:p>
    <w:p>
      <w:pPr>
        <w:pStyle w:val="ArticleScripture"/>
        <w:jc w:val="left"/>
      </w:pPr>
      <w:r>
        <w:rPr>
          <w:rFonts w:ascii="Times New Roman" w:hAnsi="Times New Roman" w:eastAsia="Times New Roman" w:cs="Times New Roman"/>
        </w:rPr>
        <w:t>“Bu ñent malaaka yi bàyyée, Kirist dina taxawal nguuram. Kenn du jot ndox-mu-jëkkal bi gannaaw ludul ñi di def lépp luñu man. Kirist dina nu dimbali. Ñépp mën nañu doon ay notkat ci yiwu Yàlla, jaarale ko ci deretu Yeesu. Asamaan wépp am na yéene ci liggéey bi. Malaaka yi itam am nañu ci yéene.” Spalding and Magan, 3.</w:t>
      </w:r>
    </w:p>
    <w:p>
      <w:pPr>
        <w:pStyle w:val="ArticleBody"/>
        <w:jc w:val="left"/>
      </w:pPr>
      <w:r>
        <w:rPr>
          <w:rFonts w:ascii="Times New Roman" w:hAnsi="Times New Roman" w:eastAsia="Times New Roman" w:cs="Times New Roman"/>
        </w:rPr>
        <w:t>Ñent biiri Islaam yi dañuy bàyyiku ci jamonoy yoonu Dibeer bi, te gannaaw loolu Kirist taxawal nguuram. Loolu am na ci fan yi nguur yu xel yi nekk ci Daniel sàcc 2. Ñeenti nguur yu xel yu mujj yi ci gént Nebukadneccar, dañu leen misaaloo ak ñeenti nguur yu dëggër yu jëkk ya. Babilon bu dëggër, Medo-Pers, Gres ak Room dañuy tegtal Babilon bu xel, Medo-Pers, Gres ak Room.</w:t>
      </w:r>
    </w:p>
    <w:p>
      <w:pPr>
        <w:pStyle w:val="ArticleBody"/>
        <w:jc w:val="left"/>
      </w:pPr>
      <w:r>
        <w:rPr>
          <w:rFonts w:ascii="Times New Roman" w:hAnsi="Times New Roman" w:eastAsia="Times New Roman" w:cs="Times New Roman"/>
        </w:rPr>
        <w:t>Babilon bu-xel ci kawar wurus gi, bi jotoon na gaañu dee ci atum 1798, ni ñu ko misaale ak Nabukadnesar bi ñu ko dindiwoon ci sañ-sañam diir bu ñuy wax “juróom-ñaari jamono.” Bu booloo bu ñett bi, mooy njaay mi, rab wi ak yonent bu dëggul bi, sampée nguur gu juróom-ñaareel gi, gi bokk ci juróom-ñaar ya, dina defareeku ak bépp nguur yu xel yi, yi ñu tegu ci nataalu Nabukadnesar ci saar bi ñaareel. Paap bi dee, ak paap bi dekkiwaat, ñoo di kawar wurus gu xel gi ci njàlbéen ak ci jeexitalug ñeenti nguur yu xel yi ci nataal ba. Etazini, ni muy ñaareelu ñeenti nguur yi, ñu ko wone ni Med-Pers bu xel. Mbootaay Xeeti Àddina si, ni muy ñetteelu ñeenti nguur yi, ñu ko wone ni Gereg bu xel, te ñoom ñépp ànd a defar booloo bu ñett bi, mooy njaay mi, rab wi ak yonent bu dëggul bi, ngir taxawal nguur gu juróom-ñaareel gi, gi bokk ci juróom-ñaar ya. Paap bi mooy antikrist, te dafa bëgg a soppiku Kirist. Ci wàll woowu; ci juróom-ñeenti nguur yu xel yu mujj yi, paap bi mooy ki jëkk te mooy ki mujj.</w:t>
      </w:r>
    </w:p>
    <w:p>
      <w:pPr>
        <w:pStyle w:val="ArticleBody"/>
        <w:jc w:val="left"/>
      </w:pPr>
      <w:r>
        <w:rPr>
          <w:rFonts w:ascii="Times New Roman" w:hAnsi="Times New Roman" w:eastAsia="Times New Roman" w:cs="Times New Roman"/>
        </w:rPr>
        <w:t>Doj wu ñu dagge ci tundu bi, dafay nekk buur gu fees suuf si bépp, te dees koy samp ni màndarga ci “fan yii buuru yii,” ndaxte bépp nguuru xel yi nekk ci nataal bi dañuy firndeel bu baax ci “fan yu mujj yi.” Yékkati màndarga bi, mooy samp nguuru Kirist, dafay am bu ñu bàyyi ñeenti ngélaw yu Islaam yi, te taw gu mujj gi tuuru ci lu amul natt ci yoonu Dimaas.</w:t>
      </w:r>
    </w:p>
    <w:p>
      <w:pPr>
        <w:pStyle w:val="ArticleBody"/>
        <w:jc w:val="left"/>
      </w:pPr>
      <w:r>
        <w:rPr>
          <w:rFonts w:ascii="Times New Roman" w:hAnsi="Times New Roman" w:eastAsia="Times New Roman" w:cs="Times New Roman"/>
        </w:rPr>
        <w:t>Doj waññ ci tund bi dina damm-damm bépp nguur gu espiritu ci suuf si, yu ñu teye ci “weñ wi, xànjar bi, banxas bi, xaalis bu xonq bi, ak wurus wi.” Juroom-ñent-fukk ak ñent-junni ñi dafañuy teewal Kirist, mi ci Peeñu gi fukki-ñaar ñu wax ne mooy “doom ju góor ji,” te juddoom ji di misaal juddug juroom-ñent-fukk ak ñent-junni ñi. “Doom ju góor ji” dees na ko “mu nguuru ci xeeti xeet yépp ak yat wu weñ.” Ak yat woowu, dina damm xeeti xeet yi.</w:t>
      </w:r>
    </w:p>
    <w:p>
      <w:pPr>
        <w:pStyle w:val="ArticleScripture"/>
        <w:jc w:val="left"/>
      </w:pPr>
      <w:r>
        <w:rPr>
          <w:rFonts w:ascii="Times New Roman" w:hAnsi="Times New Roman" w:eastAsia="Times New Roman" w:cs="Times New Roman"/>
        </w:rPr>
        <w:t>Dinaa yégle ndigal li: Boroom bi wax na ma ne, Yaw yaay sama Doom; tey jii laa la jur. Ñaan ma, te dinaa la jox xeeti xeeti nit ñi ngir ñoom sa cér, ak cat yi gën a sori ci suuf si ngir nekk sa moomel. Dinga leen damm ak yat wu weñ; dinga leen tasar ni ndablu tëggkat. Sabóor 2:7–9.</w:t>
      </w:r>
    </w:p>
    <w:p>
      <w:pPr>
        <w:pStyle w:val="ArticleBody"/>
        <w:jc w:val="left"/>
      </w:pPr>
      <w:r>
        <w:rPr>
          <w:rFonts w:ascii="Times New Roman" w:hAnsi="Times New Roman" w:eastAsia="Times New Roman" w:cs="Times New Roman"/>
        </w:rPr>
        <w:t>Doomu Yàlla mi, Baay bi moo ko jur. Ñu bare jàpp dëgg gii te waññi ko ngir seen bopp, ba mu nekk seen alkande. “Jur” tekki na may juddu, waaye xam nanu ne amul woon benn jamono bu Kirist nekkoonul.</w:t>
      </w:r>
    </w:p>
    <w:p>
      <w:pPr>
        <w:pStyle w:val="ArticleScripture"/>
        <w:jc w:val="left"/>
      </w:pPr>
      <w:r>
        <w:rPr>
          <w:rFonts w:ascii="Times New Roman" w:hAnsi="Times New Roman" w:eastAsia="Times New Roman" w:cs="Times New Roman"/>
        </w:rPr>
        <w:t>“ ‘Léegi Xel mi ngi wax bu leer ne, ci jamonoy mujj yi, ñenn dinañu dëddu ngëm, jébbalu xelum réylu yi ak njàngalem rab yi; di wax fen ci naaféq, te seen xel mu naan ci yaram dafa lakk ni ku ko ràbbare ak weñ gu tàng.’ Bala ngir mujjug yokkute yi ci liggéeyu dëddug yi, dina am jaxasoo ci ngëm. Xalaat yu leer te wóor duñu am ci mbirum kumpay Yàlla. Dëgg benn gannaaw beneen dinañu ko yàq. ‘Te amul werante, kumpay ragal Yàlla nag réy na: Yàlla feeñ na ci suux, ñu jubal ko ci Xel mi, malaaka yi gis ko, ñu waare ko ci xeeti ñi dul Yawut, ñu gëm ko ci àddina, te yékkati ko ci ndam.’ Am na ñu bare ñiy weddi ne Kirist amoon na nekkinam bala mu juddu, ba tax ñuy weddi itam ne moom Yàlla la; duñu ko nangu ni Muy Musalkat bu boppam. Loolu mooy weddi Kirist bépp. Moom mooy Doom ju am kenn rekk bu Yàlla, mi nekkoon benn ak Baay bi ndamli. Ci moom lañu bindee àddina yi.” Signs of the Times, 28 Mee 1894.</w:t>
      </w:r>
    </w:p>
    <w:p>
      <w:pPr>
        <w:pStyle w:val="ArticleBody"/>
        <w:jc w:val="left"/>
      </w:pPr>
      <w:r>
        <w:rPr>
          <w:rFonts w:ascii="Times New Roman" w:hAnsi="Times New Roman" w:eastAsia="Times New Roman" w:cs="Times New Roman"/>
        </w:rPr>
        <w:t>Bu ñu jàppee Kirist ci ni mooy “ki Baay bi jur”, loolu di wax dëgg gu jëm ci Kirist, te dëgg boobu day yàqu, su ñu ko gaññee dugal ci misaalum juróom nit. Mënunu a natt Yàlla ci sunu xel ak gis-gisug nit. Li nu man mooy rekk a natt Yàlla ni Mu nu ko wonee ci ni Mu naan tegtal boppam.</w:t>
      </w:r>
    </w:p>
    <w:p>
      <w:pPr>
        <w:pStyle w:val="ArticleScripture"/>
        <w:jc w:val="left"/>
      </w:pPr>
      <w:r>
        <w:rPr>
          <w:rFonts w:ascii="Times New Roman" w:hAnsi="Times New Roman" w:eastAsia="Times New Roman" w:cs="Times New Roman"/>
        </w:rPr>
        <w:t>Na ñu bàyyi yoonam, te ku jubadi bàyyi xalaatam; na dellu ci Aji Sax ji, te dina ko yërëm; te ci sunu Yàlla, ndaxte dina baale lool. Ndaxte samay xalaat du seen xalaat, te seeni yoon du samay yoon, la Aji Sax ji wax. Ndaxte ni asamaan kawe suufe la, noonu it samay yoon kawe nañu seen yoon, te samay xalaat kawe seen xalaat. Esaayi 55:7–9.</w:t>
      </w:r>
    </w:p>
    <w:p>
      <w:pPr>
        <w:pStyle w:val="ArticleBody"/>
        <w:jc w:val="left"/>
      </w:pPr>
      <w:r>
        <w:rPr>
          <w:rFonts w:ascii="Times New Roman" w:hAnsi="Times New Roman" w:eastAsia="Times New Roman" w:cs="Times New Roman"/>
        </w:rPr>
        <w:t>Jubal baat “am jur” ngir wone ne amoon na jamono bi Baay bi juré Kirist, mooy déggal “xel yu nax ak njàngale yu Seytaane.” Ci njariñ sunu njàngum léegi, maa ngi rekk wone ne jigéen ji nekk ci Revelation fukki ñaar dafa wara jur “doom ju góor ji” miy nguuru xeeti àddina ak bant bu weñ gu ñu defare ci weñ. Téeméeri ak ñeent-fukk ak ñeent junni ñi itam dinañu nguuru xeeti àddina ak bant bu weñ gu ñu defare ci weñ.</w:t>
      </w:r>
    </w:p>
    <w:p>
      <w:pPr>
        <w:pStyle w:val="ArticleBody"/>
        <w:jc w:val="left"/>
      </w:pPr>
      <w:r>
        <w:rPr>
          <w:rFonts w:ascii="Times New Roman" w:hAnsi="Times New Roman" w:eastAsia="Times New Roman" w:cs="Times New Roman"/>
        </w:rPr>
        <w:t>Mbooloom Tiyatir dellusiwaat su pape bi ñawam bu rey bi wéralewaatee ci yoonu Dibéer bi. Ci jamono jooju, dig bi Yàlla jox ay nitam mooy ne ñi daan ndam dinañu nguuru ci “xeeti réew yi” ak “yaru weñ bu fer.”</w:t>
      </w:r>
    </w:p>
    <w:p>
      <w:pPr>
        <w:pStyle w:val="ArticleScripture"/>
        <w:jc w:val="left"/>
      </w:pPr>
      <w:r>
        <w:rPr>
          <w:rFonts w:ascii="Times New Roman" w:hAnsi="Times New Roman" w:eastAsia="Times New Roman" w:cs="Times New Roman"/>
        </w:rPr>
        <w:t>Te ku daan ci ndam, te di sàmm sama jëf yi ba ci mujj, kooku dinaa ko may sañ-sañ ci kaw xeeti àddina yi: te dina leen yor ak yet wu weex; dinañu leen damm ba ne mel ni ndab yu ndepkat buy tas-tasi; ni ma ko jotee ci sama Baay. Révélation 2:26, 27.</w:t>
      </w:r>
    </w:p>
    <w:p>
      <w:pPr>
        <w:pStyle w:val="ArticleBody"/>
        <w:jc w:val="left"/>
      </w:pPr>
      <w:r>
        <w:rPr>
          <w:rFonts w:ascii="Times New Roman" w:hAnsi="Times New Roman" w:eastAsia="Times New Roman" w:cs="Times New Roman"/>
        </w:rPr>
        <w:t>Nit ñi bokk ci Yàlla, ñi nekk ci mujjeel feeñug jaamu mbooloom Tiyaatir, mooy téeméeri junni ak ñeent-fukk ak ñeent-junni. Jigéen ji ca njàlbéen ga jur na Kirist, te ci mujj ga mu ngi jur téeméeri junni ak ñeent-fukk ak ñeent-junni, ñiy topp Gàtt gi.</w:t>
      </w:r>
    </w:p>
    <w:p>
      <w:pPr>
        <w:pStyle w:val="ArticleScripture"/>
        <w:jc w:val="left"/>
      </w:pPr>
      <w:r>
        <w:rPr>
          <w:rFonts w:ascii="Times New Roman" w:hAnsi="Times New Roman" w:eastAsia="Times New Roman" w:cs="Times New Roman"/>
        </w:rPr>
        <w:t>Noonu woy, mel ni ñu doon woy woy wu bees kanamu gàngune gi, ak kanamu ñeenti mbind mi, ak mag ña; te kenn mënul a jàng woy woowu, ludul ñaari fukki junni ak ñeenti junni ñi, ñiñu joti ci suuf si. Ñoom ñooñu la ñuulul ak jigéen ñi; ndaxte janq lañu. Ñoom ñooñu la ñuy topp Mbeg mi fu mu demee. Ñoom lañu joti ci biir nit ñi, nekk njëkk meññent yi ñeel Yàlla ak Mbeg mi. Peeñu yi 14:3, 4.</w:t>
      </w:r>
    </w:p>
    <w:p>
      <w:pPr>
        <w:pStyle w:val="ArticleBody"/>
        <w:jc w:val="left"/>
      </w:pPr>
      <w:r>
        <w:rPr>
          <w:rFonts w:ascii="Times New Roman" w:hAnsi="Times New Roman" w:eastAsia="Times New Roman" w:cs="Times New Roman"/>
        </w:rPr>
        <w:t>Kiristó juddu na “jiitu”, te ñaar-fukk ak ñeent junni ñaari téeméer ak ñeent-fukk ña topp Màndarga mi, ba tax nañu juddu na “mujj”. Kiristó “yéegalees na ca Yàlla”, ni ko fekk ñaari seede yi ci Peeñu xutba fu nekk ak benn. Ñaari doomam yéeg nañu ca Baay bi.</w:t>
      </w:r>
    </w:p>
    <w:p>
      <w:pPr>
        <w:pStyle w:val="ArticleScripture"/>
        <w:jc w:val="left"/>
      </w:pPr>
      <w:r>
        <w:rPr>
          <w:rFonts w:ascii="Times New Roman" w:hAnsi="Times New Roman" w:eastAsia="Times New Roman" w:cs="Times New Roman"/>
        </w:rPr>
        <w:t>Mu jur jigéen ji jur góor gu ndaw, kiy yor xeet yépp ak bant bu weex; te yóbbuñu doomam ca Yàlla ak ca gàngunam. Peeñu Yowaana 2:5.</w:t>
      </w:r>
    </w:p>
    <w:p>
      <w:pPr>
        <w:pStyle w:val="ArticleBody"/>
        <w:jc w:val="left"/>
      </w:pPr>
      <w:r>
        <w:rPr>
          <w:rFonts w:ascii="Times New Roman" w:hAnsi="Times New Roman" w:eastAsia="Times New Roman" w:cs="Times New Roman"/>
        </w:rPr>
        <w:t>Kirist, mi nekk Boroom mbooloom yi, mooy itam “cërub Yàqóob,” te Israyil mooy “yaramub cëram,” te Israyil mooy itam “bàyyimaareem ngare” ak “yëfam xareem,” yi mu jëfandikoo ngir “damm xeet yi ay xaaj.”</w:t>
      </w:r>
    </w:p>
    <w:p>
      <w:pPr>
        <w:pStyle w:val="ArticleScripture"/>
        <w:jc w:val="left"/>
      </w:pPr>
      <w:r>
        <w:rPr>
          <w:rFonts w:ascii="Times New Roman" w:hAnsi="Times New Roman" w:eastAsia="Times New Roman" w:cs="Times New Roman"/>
        </w:rPr>
        <w:t>Cérub Yàqub bokkul ak ñoomul; ndaxte mooy Ki bind lépp; te Israayil mooy yatamug céram: Boroom mboolem mbooloo yi mooy turam. Yow yaa di sama jaasi xare ak yëfi xare; ndaxte ak yaw laay damm xeet yi, te ak yaw laay alag nguur yi. Yeremi 51:19, 20.</w:t>
      </w:r>
    </w:p>
    <w:p>
      <w:pPr>
        <w:pStyle w:val="ArticleBody"/>
        <w:jc w:val="left"/>
      </w:pPr>
      <w:r>
        <w:rPr>
          <w:rFonts w:ascii="Times New Roman" w:hAnsi="Times New Roman" w:eastAsia="Times New Roman" w:cs="Times New Roman"/>
        </w:rPr>
        <w:t>Kirist ak ñaar-fukki ñent junni ñent téeméer ñaar-fukk ak ñeent ñépp dañuy nguuru te damm xeeti àddina yi ay xaaj ak yat wu weex. Kirist mooy “cërub Yàqub,” waaye nitam yi itam noonu lañuy doon.</w:t>
      </w:r>
    </w:p>
    <w:p>
      <w:pPr>
        <w:pStyle w:val="ArticleScripture"/>
        <w:jc w:val="left"/>
      </w:pPr>
      <w:r>
        <w:rPr>
          <w:rFonts w:ascii="Times New Roman" w:hAnsi="Times New Roman" w:eastAsia="Times New Roman" w:cs="Times New Roman"/>
        </w:rPr>
        <w:t>Ndaxtey Boroom bi mooy ay nitam; Yàqub mooy céram ci ndonoam. Deuteronomy 32:9.</w:t>
      </w:r>
    </w:p>
    <w:p>
      <w:pPr>
        <w:pStyle w:val="ArticleBody"/>
        <w:jc w:val="left"/>
      </w:pPr>
      <w:r>
        <w:rPr>
          <w:rFonts w:ascii="Times New Roman" w:hAnsi="Times New Roman" w:eastAsia="Times New Roman" w:cs="Times New Roman"/>
        </w:rPr>
        <w:t>Doj wi ñu dagge ci tund bi, di tegtal kër Yàlla gi, mooy feeñug mujj gu këram gi, gu feesal suuf si ak ndamamu; te ñoom la Yàlla di jëfandikoo ni jëramu xareem ngir dóor tànki nataal ba, ba soppi nguur yooyu muy “mbëmum béj-góob gu naaj ci waxtu noor.” Nguur yooyu ngelaw li di leen wëlbëti.</w:t>
      </w:r>
    </w:p>
    <w:p>
      <w:pPr>
        <w:pStyle w:val="ArticleScripture"/>
        <w:jc w:val="left"/>
      </w:pPr>
      <w:r>
        <w:rPr>
          <w:rFonts w:ascii="Times New Roman" w:hAnsi="Times New Roman" w:eastAsia="Times New Roman" w:cs="Times New Roman"/>
        </w:rPr>
        <w:t>Ba ciir gi, ban suuf gi, xonq bi, xaalis bi ak wurus wi dafa damm ay xar-xar ci benn yoon, ba mel ni mbaxanam bérab yu ñuy dóor pepp ci noor; te ngelaw li yóbbu leen, ba kenn bërab feeñuñu leen; te doj wi dóoroon nataal bi mujje nekk tund bu mag, ba feesal suuf si bépp. Daniel 2:35.</w:t>
      </w:r>
    </w:p>
    <w:p>
      <w:pPr>
        <w:pStyle w:val="ArticleBody"/>
        <w:jc w:val="left"/>
      </w:pPr>
      <w:r>
        <w:rPr>
          <w:rFonts w:ascii="Times New Roman" w:hAnsi="Times New Roman" w:eastAsia="Times New Roman" w:cs="Times New Roman"/>
        </w:rPr>
        <w:t>Waroon naa soloona teg simbóolu jigéen ji ci mbirum bàndëra ba ñu yékkati ba ca asamaan, ndaxte Peeñu gi, xaaj 12, mooy mel ni muy xamale tambali xare wu nekk diggante Almasi bi ak Seytaane bi, te xare woowu tambali woon na ca asamaan; te ci def loolu, muy xamale xare wu nekk ca asamaan, wu di xamale mujju jàppante gu mag gi diggante Almasi bi ak Seytaane bi. Peeñu gi, xaaj yi 12 ak 13, dañuy mel ni ñuy wone xare bu mujj bi ci jàppante gu mag gi, te dañu koy def ci wone ndaw-ndaw saytaane ak téeméeri ak ñeent-fukk ak ñeent-junni ñi di xare ca asamaan ya.</w:t>
      </w:r>
    </w:p>
    <w:p>
      <w:pPr>
        <w:pStyle w:val="ArticleBody"/>
        <w:jc w:val="left"/>
      </w:pPr>
      <w:r>
        <w:rPr>
          <w:rFonts w:ascii="Times New Roman" w:hAnsi="Times New Roman" w:eastAsia="Times New Roman" w:cs="Times New Roman"/>
        </w:rPr>
        <w:t>Ci mbind bi, dinañu wéy ci jàngale xare ba ca asamaan bi ci “bés yu mujj yi”, mi waroon a mel ni xare ba ca asamaan bi mi tambalee ca njàlbéen ga.</w:t>
      </w:r>
    </w:p>
    <w:p>
      <w:pPr>
        <w:pStyle w:val="ArticleScripture"/>
        <w:jc w:val="left"/>
      </w:pPr>
      <w:r>
        <w:rPr>
          <w:rFonts w:ascii="Times New Roman" w:hAnsi="Times New Roman" w:eastAsia="Times New Roman" w:cs="Times New Roman"/>
        </w:rPr>
        <w:t>Te gis naa beneen rab, muy yéegé ci suuf si; te amoon na ñaari bakk yu mel niyu xar, waaye dafa waxoon ni ab njaay. Te muy jëfandikoo kanamam bépp kàttanu rab bu njëkk ba, di taxa suuf si ak ñi ci dëkk di màggal rab bu njëkk ba, moom mi gaanaam gu rey ga wér. Te muy def kéemaan yu mag, ba tax mu wàcce safara ci asamaan, mu daldi wàcc ci suuf si ci kanam nit ñi, te muy nax ñi dëkk ci suuf si ak kéemaan yi ko mayeesoon mu def ci kanam rab ba; di wax ñi dëkk ci suuf si ne, nañu def nataalu rab ba, mi amoon gaana gu sabar di dundaat. Te ñu ko mayoon kàttan mu jox dund nataalu rab ba, ngir nataalu rab ba wax itam, te tax ñépp ñi bañ a màggal nataalu rab ba ñu rey leen. Te muy taxa ñépp, ndaw ak mag, boroom alal ak ki néew, goru gor ak jaam, ñu jot màndarga ci seen loxo ndeyjoor walla ci seen jë; ngir kenn bañ a man a jënd walla jaay, lu dul ki am màndarga ma, walla turu rab ba, walla limu turam. Fii la xel nekk. Ku am xam-xam, na waññi limu rab ba, ndaxte limu nit la; te limam mooy juróom-benni téeméer ak juróom-benn fukk ak juróom-benn. Peeñu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Peñu Yeesu Kirist — Limu Juróom-ñeent</dc:title>
  <dc:subject>Nettali waxi kàdduy Yàlla yi Esayi bi mujj: Njëgëlug Kirist ak wàllu yonent bu 144,000 yi yor</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