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Xàjj gi Yeesu Kirist — Limu fukk ak benn</w:t>
      </w:r>
    </w:p>
    <w:p>
      <w:pPr>
        <w:pStyle w:val="ArticleSubtitle"/>
        <w:jc w:val="left"/>
      </w:pPr>
      <w:r>
        <w:rPr>
          <w:rFonts w:ascii="Arial" w:hAnsi="Arial" w:eastAsia="Arial" w:cs="Arial"/>
        </w:rPr>
        <w:t>Nataalu Rab wi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2023-11-05</w:t>
      </w:r>
    </w:p>
    <w:p>
      <w:pPr>
        <w:pStyle w:val="ArticleScripture"/>
        <w:jc w:val="left"/>
      </w:pPr>
      <w:r>
        <w:rPr>
          <w:rFonts w:ascii="Times New Roman" w:hAnsi="Times New Roman" w:eastAsia="Times New Roman" w:cs="Times New Roman"/>
        </w:rPr>
        <w:t>Te beneen yeneen kéemaan fee ci asamaan; te xool-leen, am na buurub jaan bu xonq bu mag, mu am juróom-ñaari bopp ak fukki waññ, te ci ay boppam am na juróom-ñaari kaala yu buur. Te ndawam dafa jur ñettelu cër bi ci biddéewi asamaan, ba sànni leen ci suuf; te jaan ba taxaw ci kanamu jigéen ja mi nekkoon ngir wasin, ngir lekk doomam bu góor bi saa su mu juddoo. Te mu jur doom ju góor, moom mi war a jiite xeet yépp ak yat wu weñ; te yóbbu nañu doomam ba ci Yàlla ak ci nguur-giiram. Te jigéen ja daw dem ca màndiŋ ma, fa mu am berab bu Yàlla waajalal ko, ngir ñu dundal ko fa junni ak ñaari téeméer ak juróom-benn-fukk fan ak juróom-ñett. Te xare am na ci asamaan: Mikayel ak ay malaakaam xeex ak jaan ba; te jaan ba xeex ak ay malaakaam, waaye ñu manul a nott; te seen berab feeñatul woonati ci asamaan. Noonu sànni nañu jaan bu mag ba, mboolem bu yàgg ba, bi ñuy wooye Seytaane ak Ibliis, miy nax àddina sépp; sànni nañu ko ci suuf, te ay malaakaam it sànni nañu leen ak moom. Te ma dégg baat bu mag buy wax ci asamaan ne: Léegi ag njàmm, ak doole, ak nguurug sunu Yàlla, ak sañ-sañu Almasi biam, agsi na; ndaxte bàkkatuk sunuy bokk yi sànni nañu ko suuf, moom mi leen daan jiiñeel sunu Yàlla guddi ak bëccëg. Te ñoom daan nañu ko ci deretu Xar mi, ak ci kàddug seede seeni; te bëgguñu seen bakkan ba ca dee ba. Moo tax bànneexleen, yéen asamaan yi, ak yéen ñi ci dëkk. Te alkande ci kaw waa suuf ak waa géej! ndaxte Seytaane wàcc na ci yéen, ànd ak mer mu réy, ndaxte xam na ne amul ludul ab waxtu wu gàtt. Bi jaan ba gisee ne sànni nañu ko ci suuf, mu fitnaal jigéen ja juru woon doom ju góor ji. Te jox nañu jigéen ja ñaari laaf yu wérgu-yu mag, ngir mu naan dem ca màndiŋ ma, ca berabam, fa ñuy dundale ko ab jamono, ak ay jamono, ak genn-wàllu jamono, sore ko ak kanamu mboolem bi. Te mboolem bi génne ndox ci gémmiñam mel ni dex ngir topp jigéen ja, ngir yóbbu ko dex ba. Waaye suuf si dimbali na jigéen ja, te suuf si ubbi gémmiñam, metti dex ba jaan ba génnee ci gémmiñam. Te jaan ba mer lool ci jigéen ja, dem xare ak desitub askanam, ñi sàmm ndigali Yàlla, te yor seede sàkku Yeesu Kirist. Peeñu Yowaana 12:1–17.</w:t>
      </w:r>
    </w:p>
    <w:p>
      <w:pPr>
        <w:pStyle w:val="ArticleBody"/>
        <w:jc w:val="left"/>
      </w:pPr>
      <w:r>
        <w:rPr>
          <w:rFonts w:ascii="Times New Roman" w:hAnsi="Times New Roman" w:eastAsia="Times New Roman" w:cs="Times New Roman"/>
        </w:rPr>
        <w:t>Xare bu jëkk ci xulóo gu mag gi nekk diggante Kirist ak Seytaane, tàmbalee na ca ñetteelu asamaan bi ak rebellioŋu Lusifeer, te xare boobu jëkk di misaalal xare bu mujj bi ci njëkku asamaan bi. Waaye am na yeneen xare yu nekk, ndaxte ci mujju junni at yi, dees na bàyyi Seytaane mu goreel ngir ab diir bu gàtt, mu jàllëgsi yëngu ngir xare ak Yerusalem; waaye xare boobu amul benn mën-mënu ndam. Xare ba ca ñetteelu asamaan bi ca njàlbéen ga, buy tegtal xare bi ci njëkku asamaan bi ca mujja, defees na ko bi door yoonu nattu ba nekkéé ubbeeku.</w:t>
      </w:r>
    </w:p>
    <w:p>
      <w:pPr>
        <w:pStyle w:val="ArticleBody"/>
        <w:jc w:val="left"/>
      </w:pPr>
      <w:r>
        <w:rPr>
          <w:rFonts w:ascii="Times New Roman" w:hAnsi="Times New Roman" w:eastAsia="Times New Roman" w:cs="Times New Roman"/>
        </w:rPr>
        <w:t>“Jigéen” ji ëmb doom, mooy melal mbooloom Yàlla ci jaar-jaaru nettali gu am solo, te ci nettali Kirist mooy doon waaj a jur góor-góorlu doom ji di Yeesu. Ci fan yu mujj yi, mooy jur ñaar yu bokk ndey. Tuuti laata lawu Dibeer gi, mooy jur téeméeri ak ñeent fukki junni ak ñeent junni nit ñi, yi nekk ci Peeñu gi 7, te ci lawu Dibeer gi, mooy tàmbali metitu jur mboolem mbooloo mu réy mi nekk ci Peeñu gi 7. Ñaari doomam yooyu bokkuñu mel, waaye ñoom ay ñaar yu bokk ndey lañu, te ki jiitu ci juddu mooy Eliya, te doom ju ndaw ji mooy Muuse.</w:t>
      </w:r>
    </w:p>
    <w:p>
      <w:pPr>
        <w:pStyle w:val="ArticleBody"/>
        <w:jc w:val="left"/>
      </w:pPr>
      <w:r>
        <w:rPr>
          <w:rFonts w:ascii="Times New Roman" w:hAnsi="Times New Roman" w:eastAsia="Times New Roman" w:cs="Times New Roman"/>
        </w:rPr>
        <w:t>Ca njàlbéenu Israaël gu xel gi, njaay mi nekk Room gu bokk ci jaamono yu ñëwul Yàlla doon xaar ngir lekk doom ju góor ji, mooy Yeesu, te léegi njaay mi nekk Room gu bees gi itam maa ngi xaar ngir lekk doom ju góor ji ci ñaar fukki ak ñent junni. Ni Room gu bokk ci jaamono yu ñëwul Yàlla daan fitnaal mbooloom gëmkat yi ca njëlbéenu kërceen ga, noonu la Room gu bees di dellu fitna bi ci jamono jafe-jafe yoonu dimaas. Ci mbooloom gëmkat yu njëkk ya, jigéen ji dawna dem ca màndiŋ ma diirub junni ak ñaar téeméeri at ak juróom-benn fukk yu dëggu; te fitna bu jamono jafe-jafe yoonu dimaas bi, ñeenti fukk ak ñaari weer yi ci Pexe 13:5 lañu koy misaal. Ca màndiŋ ma, askanu Yàlla am na fa bérab bu ñu leen waajal, fa ñu leen di dundal ak yar.</w:t>
      </w:r>
    </w:p>
    <w:p>
      <w:pPr>
        <w:pStyle w:val="ArticleBody"/>
        <w:jc w:val="left"/>
      </w:pPr>
      <w:r>
        <w:rPr>
          <w:rFonts w:ascii="Times New Roman" w:hAnsi="Times New Roman" w:eastAsia="Times New Roman" w:cs="Times New Roman"/>
        </w:rPr>
        <w:t>Ci terebii Juróom ñaareel fanweeri juróom-benni xaaj, ak ci saar ñaari fukk ak ñett, trompet yu mujj yi ñetti ñaar ak benn ñu ko xàmmi ni ñetti musiba. Musiba yi nekk ci Téereb Peeñug Yàlla dañuy tekki àttey trompet yi Islaam di jëfandikoo ci kaw dooley ñi di yónnee yoonu Dibeer. Ci xare ba ñu wone ci xaaj fukk ak ñaar, doxalinub Islaam ñu ko xamle bu ñu waxee ne: “Musiba na dal waa suuf ak waa géej! ndax Seytaane wàcc na ci yéen ak mer mu réy, ndaxte xam na ne waxtoom gàtt na.” Fitna bi Jezabel di amal jaarale ko ci jëkkëram Ahab miy ku bàyyikoo dëgg, jublu na ci rab wu “suuf” ak rab wu “géej”.</w:t>
      </w:r>
    </w:p>
    <w:p>
      <w:pPr>
        <w:pStyle w:val="ArticleBody"/>
        <w:jc w:val="left"/>
      </w:pPr>
      <w:r>
        <w:rPr>
          <w:rFonts w:ascii="Times New Roman" w:hAnsi="Times New Roman" w:eastAsia="Times New Roman" w:cs="Times New Roman"/>
        </w:rPr>
        <w:t>Yëngu mbind mi mii malaaka bu réy bi ci Apokalips fukki juróom ñaareel, ni mu mel ci bépp yëngu yokkute, am na ñent a màndarga yu mag yu jëme ba ca attekook bi te boole ko. Ci yëngu malaaka bu njëkk bi, ñent a màndarga yooyu doon nañu 11 Ut 1840, njëkk a naqar gi ci bëj-gànnaarug 1843, agsiwaayu bataaxal bu Yuuxu Guddi gi ci 12 ba 17 Ut 1844, ak ubbitu attekook bi ci 22 Oktoobar 1844. Benn ku nekk ci ñent a màndarga yooyu dafa yore woon benn mbir mu ëpp ci kow, mooy “waxtu.” 11 Ut 1840 mooyoon matalug waxi-waxtu bi ci Apokalips saar 9, aaya 15. Njëkk a naqar gi ci 1843 mooyoon ay wax bu ànd ak waxtu yu àttewul. Bataaxal bu Yuuxu Guddi gi mooyoon jubalug wax bu njëkk bi ànd ak waxtu te àttewul woon, te 22 Oktoobar 1844 mooyoon matalug waxtu bi ñu waxoon ci bataaxal bu Yuuxu Guddi gi.</w:t>
      </w:r>
    </w:p>
    <w:p>
      <w:pPr>
        <w:pStyle w:val="ArticleBody"/>
        <w:jc w:val="left"/>
      </w:pPr>
      <w:r>
        <w:rPr>
          <w:rFonts w:ascii="Times New Roman" w:hAnsi="Times New Roman" w:eastAsia="Times New Roman" w:cs="Times New Roman"/>
        </w:rPr>
        <w:t>Yëngu malaaka bu ñetteel bi am na ñaari ñenti melokaan yooyu sax, ndaxte ñu ngi nekk ci bépp rëdd-u yeesal, te ni ak yeneen ñaari ñenti melokaan yu bépp rëdd-u yeesal, bépp melokaan yor benn màndargay waxu yonent. Islaam bu ñetteelu ay bi mooy màndargay ñaari ñenti melokaan yi ci yëngu gi war a jëm ci ñaar fukk ak ñent junni. Bésub 11 septembre 2001, Islaam bu ñetteelu ay bi bàyyikoo nañu ko, ba noppi ñu téye ko. Wax ju ñàkkoon wóor gu 18 juillet 2020, fekkaloon na ab songu Islaam ci Nashville, Tennessee, te muy tegtal Islaam bu ñetteelu ay bi. Yëgle bi di yee xonk yu wow te dee yi nekk ci mbedd mi ci Apocalipse fukki benn, mooy matug gu mat set ak gu mujj gu yëgleb Yuuxu Digg bi, te mooy tegtal ab jubanti ci wax ju jëm ci Nashville bi (te àndul ak mbirum waxtu). Dina am mat ci ñetteelu melokaan bi, mooy yoonu Dibéer bi, fa nga xam ne Islaam bu ñetteelu ay bi dina dóor Etats-Unis ndax jëfandikoom yoonu Dibéer bi di ñëw léegi.</w:t>
      </w:r>
    </w:p>
    <w:p>
      <w:pPr>
        <w:pStyle w:val="ArticleBody"/>
        <w:jc w:val="left"/>
      </w:pPr>
      <w:r>
        <w:rPr>
          <w:rFonts w:ascii="Times New Roman" w:hAnsi="Times New Roman" w:eastAsia="Times New Roman" w:cs="Times New Roman"/>
        </w:rPr>
        <w:t>Bu dëgg buñ ko xam, te boolees ko ak ne màggug yëngu-yëngug malaaka bu ñetteel bi mooy waareb àtte gu bëj-gën a ñëw, kon àtteb Islaam bi, mi ñu tegtal ci ñetteelu alkande bi, manees na koo déggal bu yomb ni mooy “alkande” bi ñuy yóbbu ci kaw “suuf” ak “géej.”</w:t>
      </w:r>
    </w:p>
    <w:p>
      <w:pPr>
        <w:pStyle w:val="ArticleBody"/>
        <w:jc w:val="left"/>
      </w:pPr>
      <w:r>
        <w:rPr>
          <w:rFonts w:ascii="Times New Roman" w:hAnsi="Times New Roman" w:eastAsia="Times New Roman" w:cs="Times New Roman"/>
        </w:rPr>
        <w:t>Attina ak ñiy dund yi tàmbalee na ci 11 Septàmburu 2001, te dale ci booba ba ci yoonu Dibiir bi dina ñëw léegi, nattu sosuwaay naxaru rab wi am na ci États-Unis. Dale ci yoonu Dibiir ba ba Michael taxaw, te xelub nit ñi tëj, su ko defee ba noppi àddina des bi mooy ñu di nattu ak sosuwaayu naxaru rab wi. Muy noonu mbooloom Adventistes du Septième Jour yi nekk ci États-Unis ñoo ngay nattu, walla àddina bépp gannaaw yoonu Dibiir bi lañuy nattu, nattu bi dees na ko sant ni mooy nattu bi sunu dogalu ba fàww dina ci dogu. Itam mooy nattu bi nu war a jàll, bala xelub nit ñi tëj ci yoonu Dibiir bi. Kàddug wax ju yëgle ne am na nattu bu jëm ci naxaru rab wi, jëkk ci États-Unis te gannaaw ga ba ci àddina, lu war a am la ngir deggal ko bu baax.</w:t>
      </w:r>
    </w:p>
    <w:p>
      <w:pPr>
        <w:pStyle w:val="ArticleScripture"/>
        <w:jc w:val="left"/>
      </w:pPr>
      <w:r>
        <w:rPr>
          <w:rFonts w:ascii="Times New Roman" w:hAnsi="Times New Roman" w:eastAsia="Times New Roman" w:cs="Times New Roman"/>
        </w:rPr>
        <w:t>“Bu Amerig, réewum sañ-sañu diine, booy boole ak Pàppaas gi ci di sonal xel ak di gaawloo nit ñi ngir ñu teral bésub noflaay bu dul dëgg, kon nit ñi ci bépp réew ci kaw suuf dinañu leen jiite ngir topp seetam.” Testimonies, volume 6, 18.</w:t>
      </w:r>
    </w:p>
    <w:p>
      <w:pPr>
        <w:pStyle w:val="ArticleBody"/>
        <w:jc w:val="left"/>
      </w:pPr>
      <w:r>
        <w:rPr>
          <w:rFonts w:ascii="Times New Roman" w:hAnsi="Times New Roman" w:eastAsia="Times New Roman" w:cs="Times New Roman"/>
        </w:rPr>
        <w:t>Bu leer yi deesee nañ leen ba pare, kon kàddu gi nekk ci Yàlla wax ju mujj gi, téereb Peeñ gi, fukk ak ñett, buy wax ci ñaari nattu nataalu rab wi yu toftaloo, waaye yem benn, man nañu ko xam bu yomb. Loolu am na solo ngir ay sabab yu bare. Benn sabab mooy ne, jokkoo yu yàqu yi Lusifeer jëfandikoo woon ci njëkk xare ba ca ñetteelu asamaan, dafay wone ni jokkoo yu yàqu yi Seytaane di jëfandikoo dinañu feeñaat ci mujjug xare ba ca njëkk asamaan.</w:t>
      </w:r>
    </w:p>
    <w:p>
      <w:pPr>
        <w:pStyle w:val="ArticleBody"/>
        <w:jc w:val="left"/>
      </w:pPr>
      <w:r>
        <w:rPr>
          <w:rFonts w:ascii="Times New Roman" w:hAnsi="Times New Roman" w:eastAsia="Times New Roman" w:cs="Times New Roman"/>
        </w:rPr>
        <w:t>Xare bi ci asamaan bu njëkk, bi tambalee ci yoonu Dibeer, dafa mat ci jamonoy nattu bu melokaanu rab wi ngir àddina sépp. Li dalee 11 Suwe 2001, jamonoy nattu bu melokaanu rab wi ci États-Unis de l’Amérique dafa doon am. Bu nu xam ne ñaari jamonoy nattu yooyu toppante lañu, di tàmbalee ak États-Unis te gannaaw ba àddina, kon man nañu boole dëgg yu ñu tegu ci xare bi nekk ci Revelation kapitel 12, delloo leen ci jaar-jaaru 2001 ba peeg yoonu Dibeer. Ci misaal, jokkoo yu yàqu yu Lucifer, yi ñu tekki ne hypnosis la, dees na leen jëfandikoo ci njeexitalo bu bees, jaarale ko ci kàttanu njàngum njaay mi, bi xareb asamaan bu njëkk di am, ci Revelation kapitel 12. Hypnosis bi njàngum njaay mi di jëfandikoo ci taarix boobu, mooy ngir rey ñi Jezebel jàpp ne ay heretik lañu.</w:t>
      </w:r>
    </w:p>
    <w:p>
      <w:pPr>
        <w:pStyle w:val="ArticleBody"/>
        <w:jc w:val="left"/>
      </w:pPr>
      <w:r>
        <w:rPr>
          <w:rFonts w:ascii="Times New Roman" w:hAnsi="Times New Roman" w:eastAsia="Times New Roman" w:cs="Times New Roman"/>
        </w:rPr>
        <w:t>Ci mboolem atum 2001 ba, ba ci yoonu Dibéer bi, ñaari seede yi dee nañu leen ci mbedd mi Sodom ak Ejipt. Ci njëfandikoo bu njëkk bu Peeñu 11, réew mi Sodom ak Ejipt di tëral woon, mooy Farãs. Farãs mooy ab réew bu yonent wax ci kawam, te mu am ñaari doole, ni ko Mbootaayu Med ak Perse amee woon, ni ko Israayil gu yàgg a amee woon ci ay nguuru yu xaajoo, ak ni ko ñaari xeet yu Yuda yi, di Yuda ak Benjameen, amee woon. Bépp réew bu am ñaari bécceg, ci misaal, dafay tegtal réew mi am ñaari bécceg di Ëtazini.</w:t>
      </w:r>
    </w:p>
    <w:p>
      <w:pPr>
        <w:pStyle w:val="ArticleBody"/>
        <w:jc w:val="left"/>
      </w:pPr>
      <w:r>
        <w:rPr>
          <w:rFonts w:ascii="Times New Roman" w:hAnsi="Times New Roman" w:eastAsia="Times New Roman" w:cs="Times New Roman"/>
        </w:rPr>
        <w:t>Dëkku Sodom ak réewum Égypte dañuy tegtal ñaari geen yu Républicanisme (Égypte) ak Protestantisme (Sodom). Ñaari geeni woon nañu leen rey ci atum 2020, geenum Républicanisme ak geenum Protestantisme. Gannaaw loolu, njàngum hypnotisme bi dooleyi njaam yu globaliste yi, ci jaarale gi web bu àddina bi, jëfandikoo woon nañu ko ci benn fasoŋ ak ni dees koy jëfandikoo ci xare bu ñëw bi ca njëkk asamaan. Ci noonu, ci tegu ndigal ci yégle yi web bu àddina bi génne, palug 2020 gi dañu ko soppi ci xam-xam ngir génne njéllin wu dëpp ak falsafay globalisme. Lii rekk mooy misaal buy wone soxlay njàng mi ne, nattu nataalu rab wa dafa njëkka mat ci États-Unis, te gannaaw loolu ci àddina si.</w:t>
      </w:r>
    </w:p>
    <w:p>
      <w:pPr>
        <w:pStyle w:val="ArticleScripture"/>
        <w:jc w:val="left"/>
      </w:pPr>
      <w:r>
        <w:rPr>
          <w:rFonts w:ascii="Times New Roman" w:hAnsi="Times New Roman" w:eastAsia="Times New Roman" w:cs="Times New Roman"/>
        </w:rPr>
        <w:t>“Boroom bi wone na ma leer bu baax ne nataalu rab wi dina sosu laata ñàkk-jàpp gi tëj; ndaxte mooy di nattu gu mag gi ñeel askanu Yàlla, gi ñuy doge seen destinoo ba fàww. Sa taxawaay dafa jaxasoo ak yëngu-yëngu yu jëngoro ba ñu néew rekk ñooy nax.”</w:t>
      </w:r>
    </w:p>
    <w:p>
      <w:pPr>
        <w:pStyle w:val="ArticleScripture"/>
        <w:jc w:val="left"/>
      </w:pPr>
      <w:r>
        <w:rPr>
          <w:rFonts w:ascii="Times New Roman" w:hAnsi="Times New Roman" w:eastAsia="Times New Roman" w:cs="Times New Roman"/>
        </w:rPr>
        <w:t>«Ci téere bi nekk na bu leer ci Kàddug Yàlla gu Mujj gi 13; [Kàddug Yàlla gu Mujj gi 13:11–17, ñu ko waxee].»</w:t>
      </w:r>
    </w:p>
    <w:p>
      <w:pPr>
        <w:pStyle w:val="ArticleScripture"/>
        <w:jc w:val="left"/>
      </w:pPr>
      <w:r>
        <w:rPr>
          <w:rFonts w:ascii="Times New Roman" w:hAnsi="Times New Roman" w:eastAsia="Times New Roman" w:cs="Times New Roman"/>
        </w:rPr>
        <w:t>“Lii mooy nattu bi nit ñi Yàlla war a am balaa ñu tëj leen ci sello. Ñépp ñi firndeel seen takku ci Yàlla ci topp ay yoonam, te bañ a nangu ab sabbaat bu dul dëgg, dinañu taxaw ci suuf ndigalu Boroom bi Yàlla Yehowa, te dinañu jot sello Yàlla miy Dund. Waaye ñi bàyyi dëgg gi jóge asamaan te nangu sabbaatu Dibeer, dinañu jot marka rabu.” Manuscript Releases, volume 15, 15.</w:t>
      </w:r>
    </w:p>
    <w:p>
      <w:pPr>
        <w:pStyle w:val="ArticleBody"/>
        <w:jc w:val="left"/>
      </w:pPr>
      <w:r>
        <w:rPr>
          <w:rFonts w:ascii="Times New Roman" w:hAnsi="Times New Roman" w:eastAsia="Times New Roman" w:cs="Times New Roman"/>
        </w:rPr>
        <w:t>Bésu xamxamu ñetti-fukki fan yi dii jeex ci ñi bokk ci Église Adventiste du Septième Jour, buñu doon sàmm yoonu Dibeer. Réew yi di topp misaalu États-Unis, dinañu jeexal seen bésu xamxam it ni États-Unis def ko.</w:t>
      </w:r>
    </w:p>
    <w:p>
      <w:pPr>
        <w:pStyle w:val="ArticleScripture"/>
        <w:jc w:val="left"/>
      </w:pPr>
      <w:r>
        <w:rPr>
          <w:rFonts w:ascii="Times New Roman" w:hAnsi="Times New Roman" w:eastAsia="Times New Roman" w:cs="Times New Roman"/>
        </w:rPr>
        <w:t>“Nguur yu biti yi dina topp misaalu États-Unis. Doonte moo jiitu, waaye benn jafe-jafe boobu dina dal sunu nit ñi ci bépp xaaj bu àddina bi.” Testimonies, volume 6, 395.</w:t>
      </w:r>
    </w:p>
    <w:p>
      <w:pPr>
        <w:pStyle w:val="ArticleBody"/>
        <w:jc w:val="left"/>
      </w:pPr>
      <w:r>
        <w:rPr>
          <w:rFonts w:ascii="Times New Roman" w:hAnsi="Times New Roman" w:eastAsia="Times New Roman" w:cs="Times New Roman"/>
        </w:rPr>
        <w:t>Yëngu mujj yi mujj yaa ngi dox gaaw.</w:t>
      </w:r>
    </w:p>
    <w:p>
      <w:pPr>
        <w:pStyle w:val="ArticleScripture"/>
        <w:jc w:val="left"/>
      </w:pPr>
      <w:r>
        <w:rPr>
          <w:rFonts w:ascii="Times New Roman" w:hAnsi="Times New Roman" w:eastAsia="Times New Roman" w:cs="Times New Roman"/>
        </w:rPr>
        <w:t>“Kilifay lu bon ñi dañuy bool seen kàttan te dajale ko. Ñu ngiy gën a dëgëral seen bopp ngir jéggi bind bi mujj, bu mag bi. Coppite yu mag yaa ngi bëgg a am ci sunu àddina tey, te yëngu-yëngu yu mujj yi dinañu gaaw lool.” Testimonies, volume 9, 11.</w:t>
      </w:r>
    </w:p>
    <w:p>
      <w:pPr>
        <w:pStyle w:val="ArticleBody"/>
        <w:jc w:val="left"/>
      </w:pPr>
      <w:r>
        <w:rPr>
          <w:rFonts w:ascii="Times New Roman" w:hAnsi="Times New Roman" w:eastAsia="Times New Roman" w:cs="Times New Roman"/>
        </w:rPr>
        <w:t>Ngir degg xam nattu melokaanu rab wi, dafa soxla ñu jëfandikoo ab tuuti xam-xamu teknig ci jëfandikookat gu yoon ci waxu yonent. Njàlbéen la, màndarga rab wi ak melokaanu rab wi ñooy ñaari tektal yu wuute.</w:t>
      </w:r>
    </w:p>
    <w:p>
      <w:pPr>
        <w:pStyle w:val="ArticleScripture"/>
        <w:jc w:val="left"/>
      </w:pPr>
      <w:r>
        <w:rPr>
          <w:rFonts w:ascii="Times New Roman" w:hAnsi="Times New Roman" w:eastAsia="Times New Roman" w:cs="Times New Roman"/>
        </w:rPr>
        <w:t>“‘Nataalu rab wi’ mooy tektal melokaanu Protestante yu dëgëroowul ci ngëm, yi di yokku biig bu nekk su ko jaamu yi bokk ci Protestante di seet ndimbalu kàttanu réew mi ngir jëfandikoo ko ci sos ak doxal seen dogma yi. ‘Màndargay rab wi’ nag dafa des ba léegi ñu xamale ko bu baax.” The Great Controversy, 445.</w:t>
      </w:r>
    </w:p>
    <w:p>
      <w:pPr>
        <w:pStyle w:val="ArticleBody"/>
        <w:jc w:val="left"/>
      </w:pPr>
      <w:r>
        <w:rPr>
          <w:rFonts w:ascii="Times New Roman" w:hAnsi="Times New Roman" w:eastAsia="Times New Roman" w:cs="Times New Roman"/>
        </w:rPr>
        <w:t>Màndargu rab jëfandikukat bi mooy sàkku dibeer, te nataalu rab gi mooy kërceen gu jëfandikoo kàttanu réew mi ngir gaafarloo ay njàngalem diineem.</w:t>
      </w:r>
    </w:p>
    <w:p>
      <w:pPr>
        <w:pStyle w:val="ArticleScripture"/>
        <w:jc w:val="left"/>
      </w:pPr>
      <w:r>
        <w:rPr>
          <w:rFonts w:ascii="Times New Roman" w:hAnsi="Times New Roman" w:eastAsia="Times New Roman" w:cs="Times New Roman"/>
        </w:rPr>
        <w:t>«Buñ dëkku Dibeer ci bésub Dimaas ngir jàppale ko ci wetu yàlla-yégle yu Protestan mooy dëkku jaamu nguurug paap—jaamu rab wi. Ñi xam bu baax li ndigalub ñenteel bi di laaj, te tànn sàmm dëkku noonu bu dul Sabat bu dëgg bi, ñoo ngi ci loolu jox màggal kàttan ga gi ko santaale rekk. Waaye ci doxalin bi ci boppam, bi ñuy sànqale warug diine ak dooley àddina, yàlla-yégle yi dinañu sax seen bopp nataalu rab wi; moo tax dëkku Dibeer ci bésub Dimaas ci États-Unis di na doon dëkku jaamu rab wi ak nataalam.» The Great Controversy, 448, 449.</w:t>
      </w:r>
    </w:p>
    <w:p>
      <w:pPr>
        <w:pStyle w:val="ArticleBody"/>
        <w:jc w:val="left"/>
      </w:pPr>
      <w:r>
        <w:rPr>
          <w:rFonts w:ascii="Times New Roman" w:hAnsi="Times New Roman" w:eastAsia="Times New Roman" w:cs="Times New Roman"/>
        </w:rPr>
        <w:t>Nattub rab wi melokaanu njaxlaf ak réew mi, te jaamono ji, mbooloom ngëm mi moo yor kilifteef ci diggante boobu. Yeesabel moo yilif Axaab, ni Erodiyas itam yilife Erodd. Màndargab rab wi mooy sàmm bésu Dibeer. Nattub rab wi dafay sos ndànk-ndànk ci biir waxtu. Màndargab rab wi mooy tegtal benn jéego bu am ci benn xëtu waxtu. Nattub rab wi dafay màgg bu yàgg te di yokku ndànk-ndànk, waaye du agg ci maturiteem gu mat ba noppi ludul bu amee kàttan gu koy may mu gaññ réew mi, ngir mu joxe ay yoon yu dëppook ak ay dogam yu diineem. Nattu gi ànd na ak “sosug” nattub rab wi.</w:t>
      </w:r>
    </w:p>
    <w:p>
      <w:pPr>
        <w:pStyle w:val="ArticleScripture"/>
        <w:jc w:val="left"/>
      </w:pPr>
      <w:r>
        <w:rPr>
          <w:rFonts w:ascii="Times New Roman" w:hAnsi="Times New Roman" w:eastAsia="Times New Roman" w:cs="Times New Roman"/>
        </w:rPr>
        <w:t>“Waaye lan mooy ‘nataru rab wa’? te nan lañu koy defare? Natar bi, rab wa bu ñaari bakkam yi mo koy defar, te mooy ab natar ci rab wa. Dees na ko wax itam ne mooy nataru rab wa. Kon nag, ngir xam ni natar bi mel ak nan lañu ko war a sos, war nañu seet xarekter yi ci rab wa boppam—papasite bi.</w:t>
      </w:r>
    </w:p>
    <w:p>
      <w:pPr>
        <w:pStyle w:val="ArticleScripture"/>
        <w:jc w:val="left"/>
      </w:pPr>
      <w:r>
        <w:rPr>
          <w:rFonts w:ascii="Times New Roman" w:hAnsi="Times New Roman" w:eastAsia="Times New Roman" w:cs="Times New Roman"/>
        </w:rPr>
        <w:t>“Bi kanam njàlbéen yi gàddaayee ndaxte mu dëddu woon njub ak yombug xebaar bu baax bi te nangu xew-xewu ak aada yu ñu bokkoon ci bànneexeel, moo ñàkk Xel ak kàttanu Yàlla; te ngir noot xel yu nit ñi, mu seetoon ndimbalug kàttanu àddina. Li nekk ci loolu moo doon paapaas bi, moom ab kër-ceeñ gu yore woon kàttanu réew mi te jëfandikoo ko ngir yokk ay mébétam bopp, rawatina ngir mbugal “njàngale yu jubadi.” Ngir États-Unis yi man a sos nataalub rab wi, war na kàttanu diine ji noot nii yeneen yëfi nguur gi ba kàttanu réew mi itam kër-ceeñ gi di ko jëfandikoo ngir matal ay mébétam bopp.” The Great Controversy, 443.</w:t>
      </w:r>
    </w:p>
    <w:p>
      <w:pPr>
        <w:pStyle w:val="ArticleBody"/>
        <w:jc w:val="left"/>
      </w:pPr>
      <w:r>
        <w:rPr>
          <w:rFonts w:ascii="Times New Roman" w:hAnsi="Times New Roman" w:eastAsia="Times New Roman" w:cs="Times New Roman"/>
        </w:rPr>
        <w:t>Wuutale bi nekk diggante nataalu rab wi ak mandargay rab wi mooy xam-xamu Adventist bu yàgg a am te ñu nangu ko bu baax. Waaye fa Adventism di daanu ci mbir mii, mooy ci Peeñu gi, saar fukk ak ñett. Da ñuy jaxasee liggéeyu Etazini gannaaw yoonu Dimas, ba mu di ga forcé àddina si mu samp nataalu rab wi, ak sampug nataalu rab wi ci biir Etazini. Ñaari jamono yu wax ci waxu yonent lañu; du benn.</w:t>
      </w:r>
    </w:p>
    <w:p>
      <w:pPr>
        <w:pStyle w:val="ArticleBody"/>
        <w:jc w:val="left"/>
      </w:pPr>
      <w:r>
        <w:rPr>
          <w:rFonts w:ascii="Times New Roman" w:hAnsi="Times New Roman" w:eastAsia="Times New Roman" w:cs="Times New Roman"/>
        </w:rPr>
        <w:t>Kirist dafa ñëw ngir dëggal kóllëre gi ak ñu bare ci benn ayu-bés, te ci diggantey ayu-bés ba lañu ko daaj ci bant bi. Noonu nag, ayu-bés woowu dafay firndeel ñaari jamono yi ñuy sos ci benn nataalu rab wa. Ayu-bésu Kirist ga séddoo woon na ci ñaari jamono yu méngoo, te loolu mooy tegtal nataalu Kirist. Ñaari jamonoy nattu yi ci fan yu mujj yi, mooy tegtal nataalu anti-Kirist.</w:t>
      </w:r>
    </w:p>
    <w:p>
      <w:pPr>
        <w:pStyle w:val="ArticleBody"/>
        <w:jc w:val="left"/>
      </w:pPr>
      <w:r>
        <w:rPr>
          <w:rFonts w:ascii="Times New Roman" w:hAnsi="Times New Roman" w:eastAsia="Times New Roman" w:cs="Times New Roman"/>
        </w:rPr>
        <w:t>Ci njëkk waxtu wu njëkk wa juróom-ñaar téeméeri fan ak juróom-benn-fukk ak juróom-benn fan, Kirist dafa yéglee seedeem boppam, te gannaaw loolu mu dee ci bant bi. Noonu itam am na beneen waxtu wu mel ni moom, wa juróom-ñaar téeméeri fan ak juróom-benn-fukk ak juróom-benn fan, fa taalibey ji seedee ba keraam Mikayel taxaw, ba ñuy sànni Esteefaan ay xeer. Bant bi dafay melal yoonu Dibeer bi. Ñaari waxtu yi ñuy nattu, ci wàllu sos melokaanu rab wa, dañuy xamale waxtu wu njëkk wi ci wàllu ñeen-fukki junni ak ñent-fukki junni ak ñent ñi, ñi Kirist di melal; te waxtu woowu mujj ci yoonu Dibeer bi, mi bant bi di melal. Waxtu wu mujj wi, te muy niroo ak woowu nattu, mi liggéeyu taalibe yi wone woon ci jamonoy Kirist, dafay jublu ci mbooloo mu réy mi; te mujj na bi Mikayel taxawaatee, du ci ba ñuy sànni Esteefaan ay xeer, waaye ci njeexital àttey jàmmu nit ñi ci Danyeel 12:1.</w:t>
      </w:r>
    </w:p>
    <w:p>
      <w:pPr>
        <w:pStyle w:val="ArticleBody"/>
        <w:jc w:val="left"/>
      </w:pPr>
      <w:r>
        <w:rPr>
          <w:rFonts w:ascii="Times New Roman" w:hAnsi="Times New Roman" w:eastAsia="Times New Roman" w:cs="Times New Roman"/>
        </w:rPr>
        <w:t>Am na ñàkk a gis lépp loolu ak yoon wi xew yi di toppante ci Révélation fukki ñett, sarax fukk ak benn ba ca kanam, ndaxte li feeñu yoon wu bare mooy bañ gu mel ni ñu ko bëgg a def ci kaw, di nangoo ne bu États-Unis waxee ni ab ndraxon, loolu dafa tekki sampu mat sëkk biir États-Unis. Ngir États-Unis man a jël ab yoonu Dimans, war na ñu jëkk a sos melo noonu bu rab wi biir États-Unis, bala yoonu Dimans bi. Jàngaatal ay xaaj yu néew yu jiitu yii ñu fàttali woon ci The Great Controversy, su fekkee ne xamoo li ñuy wax.</w:t>
      </w:r>
    </w:p>
    <w:p>
      <w:pPr>
        <w:pStyle w:val="ArticleBody"/>
        <w:jc w:val="left"/>
      </w:pPr>
      <w:r>
        <w:rPr>
          <w:rFonts w:ascii="Times New Roman" w:hAnsi="Times New Roman" w:eastAsia="Times New Roman" w:cs="Times New Roman"/>
        </w:rPr>
        <w:t>Biiru Etazini, ci aaya 11 ci sarax 13, waxee ni ab nago, loolu dafay tektal jëfandikoo boroom yoonu réew ak boroom àttey réew yi, ñuy joxe ab yoonu Dibeer ci ndigalu kërce yu ngëmadi yàqute yi nekk ci Biiru Etazini. Dogalu yoonu Dibeer gi, ci gémmiñu Biiru Etazini la génne.</w:t>
      </w:r>
    </w:p>
    <w:p>
      <w:pPr>
        <w:pStyle w:val="ArticleScripture"/>
        <w:jc w:val="left"/>
      </w:pPr>
      <w:r>
        <w:rPr>
          <w:rFonts w:ascii="Times New Roman" w:hAnsi="Times New Roman" w:eastAsia="Times New Roman" w:cs="Times New Roman"/>
        </w:rPr>
        <w:t>«Ma gis ne mala ñaari bët yi amoon genn gémmiñu nàkk, te ay dooleem nekkoon ci boppam, te ndigal li dina génne ci gémmiñam.» Spalding and Magan, 1.</w:t>
      </w:r>
    </w:p>
    <w:p>
      <w:pPr>
        <w:pStyle w:val="ArticleBody"/>
        <w:jc w:val="left"/>
      </w:pPr>
      <w:r>
        <w:rPr>
          <w:rFonts w:ascii="Times New Roman" w:hAnsi="Times New Roman" w:eastAsia="Times New Roman" w:cs="Times New Roman"/>
        </w:rPr>
        <w:t>Lii ma jaaxle woon na ma ne Adantist yi daan nañu am jafe-jafe ci xam ne bu rab wu ñaari baat yi joge ci suuf gi waxee ni njaay, du rekk di fésal yoonu Dibeer bi ci Etats-Unis, waaye itam day fésal ne nataalu rab wu géej gi, maanaam buuru Paap bi, mat na bañ a yokku, te tabaxu na ba noppi. Ngir Etats-Unis man a jàllal yoonu Dibeer bi, dafa war balaa loolu, booleg kanam gu matale diggante kerk ak réew mi saxoon ba mat. Kerk yi ngir Yàlla wóoralewul te dëgërul ci Etats-Unis du ñu rekk daje Altine, teg ca Talaata dem Kóŋgiree, ne Kóŋgiree dafa war a jàllal yoonu Dibeer ci Àllarba. Jëfandikoo gu boole bi di am diggante kerk ak réew, def nañu ko lu mel ni “sosug” nataalu rab wi, ni “sosug” nataalu wurus wi ci Daniel saar 3; dina jël waxtu ngir tabaxu. Nataalu rab wi mooy sistem bi paap ya jëfandikoo woon ngir rey miliyoŋi seede yi ci Jamonoy Lëndëm gi, te dafay soxla yokkute yu askan wi, yu politig, yu diine ak yu koom-koom ngir sos àddina gu askan wi ci biir, ak ndigal yu yoon wu jiitu yi soxla, ngir mën a daan yoonu Dibeer bi. Yokkute yooyu ñooy fiir nattu nataalu rab wi, bi ñu wax ne “ci moom lañuy dogal sunu àtteb ba fàww,” te mooy itam nattu bi nu wara jàll “balaa ñu rëbb nu.”</w:t>
      </w:r>
    </w:p>
    <w:p>
      <w:pPr>
        <w:pStyle w:val="ArticleScripture"/>
        <w:jc w:val="left"/>
      </w:pPr>
      <w:r>
        <w:rPr>
          <w:rFonts w:ascii="Times New Roman" w:hAnsi="Times New Roman" w:eastAsia="Times New Roman" w:cs="Times New Roman"/>
        </w:rPr>
        <w:t>«Boroom bi wone na ma ko leer ne, nataalu rab wi dina sosu laata xelug yoonu ngërëm bi tëjje; ndaxte mooy seetlu gu mag gi ñu jagleel askanu Yàlla, te ci moom lañuy dogal seen mujj gi dul jeex.... Lii mooy seetlu bi askanu Yàlla war a am bala ñu màndarge leen.» Manuscript Releases, volume 15, 15.</w:t>
      </w:r>
    </w:p>
    <w:p>
      <w:pPr>
        <w:pStyle w:val="ArticleBody"/>
        <w:jc w:val="left"/>
      </w:pPr>
      <w:r>
        <w:rPr>
          <w:rFonts w:ascii="Times New Roman" w:hAnsi="Times New Roman" w:eastAsia="Times New Roman" w:cs="Times New Roman"/>
        </w:rPr>
        <w:t>Yoonu Dibéer bi mooy jafe-jafe ji ci guddi gu digg, te ci moom la léebal gu mujj tey mat sëkk bëgganteb wax ju ten ñaari janq yi di am. Ci jafe-jafe gu guddi gu digg googu, dina feeñ ndax ñun ay janq yu xel lañu ci Filadelfi, walla ay janq yu ñakk xel ci Lawdike. Ñi ñakk xel ñi dinañu jot màndargab rab wi, waaye ñi xel ñi dinañu jot sëlalu Yàlla. Képp ku mas a bokk ci mbooloom Adventist yu Bés bu Juróom-Ñaareel bi, te nangu woon limub dëgg-yoonu jàngale yi bala ngaa nekk cér, te noonu bépp Adventist bu Bés bu Juróom-Ñaareel bi, ñu ko jox na leerug dëgg bi ci màggalu Sabaa.</w:t>
      </w:r>
    </w:p>
    <w:p>
      <w:pPr>
        <w:pStyle w:val="ArticleScripture"/>
        <w:jc w:val="left"/>
      </w:pPr>
      <w:r>
        <w:rPr>
          <w:rFonts w:ascii="Times New Roman" w:hAnsi="Times New Roman" w:eastAsia="Times New Roman" w:cs="Times New Roman"/>
        </w:rPr>
        <w:t>“Bu leerug dëgg gi ñu leen won, muy leeral leen ne Sabat bi nekk ci ñeenteel ndigal bi mooy dëgg, te di won ne amul benn fondaasiyoŋ ci Kàddu Yàlla ngir sàmm Dibeer, te fekk yéen sax ngeen di taq ci Sabat bu dul dëgg bi, di bañ a sàmmal Sabat bi Yàlla wooye ne: ‘sama bés bu sell bi,’ kon da ngeen di jot màndarga rab wi. Kañ la loolu di am?—Bu ngeen topp ndigal li leen sant ngeen bàyyi liggéey Dibeer te jaamu Yàlla, fekk xam ngeen ne amul benn baat ci Biibël bi buy won ne Dibeer dara la lu dul bés bu liggéey bu baax, ngeen nangu jot màndarga rab wi, te bañ a nangu sello Yàlla. Su nu jotee màndarga moomu ci sunu jë yi walla ci sunuy loxo, àtte yi ñu wax ci kaw ñi déggadiñu war nañu wàcc ci sunu kaw. Waaye sello Yàlla miy Dund, dees na ko teg ci kaw ñi sàmm Sabat Boroom bi ak xel mu sett.” Review and Herald, 27 Awril 1911.</w:t>
      </w:r>
    </w:p>
    <w:p>
      <w:pPr>
        <w:pStyle w:val="ArticleBody"/>
        <w:jc w:val="left"/>
      </w:pPr>
      <w:r>
        <w:rPr>
          <w:rFonts w:ascii="Times New Roman" w:hAnsi="Times New Roman" w:eastAsia="Times New Roman" w:cs="Times New Roman"/>
        </w:rPr>
        <w:t>Sosuwaay xarit bu rabi bi ci États-Unis tambalee na ci yoon wi ñu wax ci kaamil ci 11 Septembre 2001. Am na ay seede yu kaamil yu bare ngir saxal dëgg boobu. Li dalee ci bés boobu ba ci ndigalu Dimanche bi di ñëw léegi, Adventistes du Septième Jour ñoo ngi dogal seen peexe ba fàww, mu aju ci ndax dañuy jàll natangu xarit bu rabi bi walla dañuy lañku ci natangu xarit bu rabi bi. Man maa ngi wax ne lu néew lool rekk ci Adventistes du Septième Jour xam nañu sax ne xarit bu rabi bi ay nattu la. Ñu néew, bu ñu amee, xam nañu ni mu man a doon nattu, te li gën a am solo mooy ne xamuñu li war ngir jàll nattu bi. Dañu nuy àtte, du rekk ci leer gi nu am, waaye it ci leer gi nu manoon a am, su nu bëggóon a jébbalu ci xam xam gu yokku gi. Gumbug Laodisée nag mooy gumbug gi gën a tar ci juróom-benni junni at yu bàkkaar.</w:t>
      </w:r>
    </w:p>
    <w:p>
      <w:pPr>
        <w:pStyle w:val="ArticleScripture"/>
        <w:jc w:val="left"/>
      </w:pPr>
      <w:r>
        <w:rPr>
          <w:rFonts w:ascii="Times New Roman" w:hAnsi="Times New Roman" w:eastAsia="Times New Roman" w:cs="Times New Roman"/>
        </w:rPr>
        <w:t>Sama nit dañu rey ndax ñàkk xam-xam; ndaxte yàq nga xam-xam, man it dinaa la bañ, ba dootuloo sama saraxalekat; gannaaw fàtte nga yoonu sa Yàlla, man it dinaa fàtte say doom. Ose 4:6.</w:t>
      </w:r>
    </w:p>
    <w:p>
      <w:pPr>
        <w:pStyle w:val="ArticleBody"/>
        <w:jc w:val="left"/>
      </w:pPr>
      <w:r>
        <w:rPr>
          <w:rFonts w:ascii="Times New Roman" w:hAnsi="Times New Roman" w:eastAsia="Times New Roman" w:cs="Times New Roman"/>
        </w:rPr>
        <w:t>Nattu nattub melokaanu nax nattu àllarba jiitu, te su nu jaarul ci boobu nattu, dinañu jot marka rab wi ak mboolem janq yu doyadiyu Laodise, yi bañoon jënd diwlin bi. Man maa ngi fii di taxawal lu waral ma xam ne nattu melokaanu rab wi tàmbalee 11 Septambar 2001 te mu jeex ci yoonu Dibeer. Li may def rekk mooy wone xelal gu yonent gi soxla ngir xam wër-gu-yaramu États-Unis, ni ko Apokalips 13 jàppalee, gannaaw ba mu jël yoonu Dibeer. Ci aaya 11, mu wax ne dafay wax ni dragon, te dale noonu ba ci kanam, am na solo ñu topp kàddug “moom.” Melokaanu rab wi États-Unis di noot àddina si, ba noppi, ngir ñu samp ko, du melokaanu rab wi nekk ci États-Unis, ndax loolu dafa weesu ba noppi.</w:t>
      </w:r>
    </w:p>
    <w:p>
      <w:pPr>
        <w:pStyle w:val="ArticleScripture"/>
        <w:jc w:val="left"/>
      </w:pPr>
      <w:r>
        <w:rPr>
          <w:rFonts w:ascii="Times New Roman" w:hAnsi="Times New Roman" w:eastAsia="Times New Roman" w:cs="Times New Roman"/>
        </w:rPr>
        <w:t>Noonu ma gis malaaka bu bees génn ci suuf si; te amoon na ñaari bakk yu mel ni bu xar, waaye mu waxoon ni ab njaay. Te mu jëfe lépp sañ-sañu malaaka bu jëkk ba ci kanamam, di tax suuf si ak ñi ci dëkk ñépp jaamu malaaka bu jëkk ba, mi gaaw gaaw baaxee woon ba muy rey. Te mu di def kéemaan yu mag, ba tax mu wàcce safara ju jóge asamaan, muy daldi ci suuf si ci kanamu nit ñi. Te mu nax ñi dëkk ci suuf si ak kéemaan ya, yi mu amoon sañ-sañu def ci kanamu malaaka ba; di wax ñi dëkk ci suuf si, ne nañu def nataalu malaaka ba, mi amoon gaañu sabar te dundaat. Te mu amoon sañ-sañu jox nataalu malaaka ba ruuh, ngir nataalu malaaka ba wax itam, te tax ñépp ñi bañoon jaamu nataalu malaaka ba rees leen. Te mu tax ñépp, ndaw ak mag, boroom alal ak ku ñàkk, gor gu goreel ak jaam, jot màndarga ci seen loxo ndeyjoor walla ci seen jë, ba kenn mënul jaay mbaa jënd ludul ki am màndarga ma, mbaa turu malaaka ba, mbaa limub turam. Peeñu Yowaana 13:11–17.</w:t>
      </w:r>
    </w:p>
    <w:p>
      <w:pPr>
        <w:pStyle w:val="ArticleBody"/>
        <w:jc w:val="left"/>
      </w:pPr>
      <w:r>
        <w:rPr>
          <w:rFonts w:ascii="Times New Roman" w:hAnsi="Times New Roman" w:eastAsia="Times New Roman" w:cs="Times New Roman"/>
        </w:rPr>
        <w:t>Ci juróom-ñaari aaya, baat bu nekk “moom” feeñ na juróom-ñett yoon. Saa suñu jëfandikoo baat bi di “moom,” dafay dellu ci moom ma njëkk, maanaam, ki “waxoon ni nag,” ca yoonu Dibeer bi ca États-Unis. Nattu natal rab wi, bi Adventist yi nekk ca États-Unis ya either jaar walla lañu ko tëj, ba États-Unis waxee ni nag, dellu nañu koo defaat ngir Adventist yi nekk ci yeneen réewi àddina si, ak itam ngir yeneen doom Yàlla yi teewul te ñu ngi ba tey ci Babilon. Dinañu yokk sunu xalaat ci mbirum États-Unis ci Pexe 13 ci bind bi ci topp, waaye na ma leen fàttali li tax nuy seet dëgg gii ci jamono jii.</w:t>
      </w:r>
    </w:p>
    <w:p>
      <w:pPr>
        <w:pStyle w:val="ArticleBody"/>
        <w:jc w:val="left"/>
      </w:pPr>
      <w:r>
        <w:rPr>
          <w:rFonts w:ascii="Times New Roman" w:hAnsi="Times New Roman" w:eastAsia="Times New Roman" w:cs="Times New Roman"/>
        </w:rPr>
        <w:t>Xare bi tambalee ak Luusifeer ci ñetteelu asamaan mi mooy misaal xare bi tambalee ci njëkkelu asamaan bi ci yoonu Dibeer bi. Jokkoo yu ñaaw yu njaaykat bi ñaawloo feeñ nañu ci ñaari xare yi yépp. Feeñu jamonoy tey gi ci jokkoo yu ñaaw yu Seytaane dañuy tegtal xaalisug nelaw gu hipnootik, gi suuf si yépp di daanu ci moom ci taariix bi topp yoonu Dibeer bi miy ñëw léegi. Njàngale boobu amal na ko jaarale ko ci buuru réewu àddina bi yépp ci li ñuy wax “yoonu xibaar bu mag bi.” Yoon yooyu wuute yu “yoonu xibaar bu mag bi” dañuy bokk ci mbirum askan wi, ekonomi, diine, li ñuy wooye sians, mbégte, te gën a am solo yoonu sarwiis yi di yégle xibaar.</w:t>
      </w:r>
    </w:p>
    <w:p>
      <w:pPr>
        <w:pStyle w:val="ArticleBody"/>
        <w:jc w:val="left"/>
      </w:pPr>
      <w:r>
        <w:rPr>
          <w:rFonts w:ascii="Times New Roman" w:hAnsi="Times New Roman" w:eastAsia="Times New Roman" w:cs="Times New Roman"/>
        </w:rPr>
        <w:t>Bu njëkk dëgg ba xam ne “information super highway” mooy feeñu gu bees gu jokkoo ak yégleb Satana yu nax xel, te it mooy noonu nax xel gu sutura gi Satana jëfandikoo woon ci xareb malaaka yi ca asamaan su ñetteel ba, kon man nañu taxawal ne “information super highway” ab cër la ci nattu “mujj” waayuwaayub rab wi ñeel àddina si, te loolu am gannaaw yoonu Dibéer bi. Bu ko defee, dina yomb a xam ne nattu “jëkk” waayuwaayub rab wi ñeel États-Unis demee nga am itam benn yégleb Satana yu yaxute ni mujj wa. Seede bi ci liggéeyu Satana buy yaxase “information super highway” li, dale ko ci yoonu Dibéer ba ba ci tëju waxtuw jébbale ba, mooy jox firnde ni ñaari geenu Républicanisme ak des na ci Protestantisme dëgg gi ci rab wu suuf wi, nu leen reyéee ci atum 2020. “Information super highway” la ko def, mi Yowaana tudde “mbedd” ci Peeñu-Yàlla fukk ak benn.</w:t>
      </w:r>
    </w:p>
    <w:p>
      <w:pPr>
        <w:pStyle w:val="ArticleBody"/>
        <w:jc w:val="left"/>
      </w:pPr>
      <w:r>
        <w:rPr>
          <w:rFonts w:ascii="Times New Roman" w:hAnsi="Times New Roman" w:eastAsia="Times New Roman" w:cs="Times New Roman"/>
        </w:rPr>
        <w:t>Ubbii gi ci xaq-yàlla yii ñu waxoon mooy benn cër ci li war a nekk ku ñu xam ko ci ñi bëgg a romb nattu natangu rab wi, mi yeneen waxkat bu jigéen bi gisoon leer na ne dees na ko tabax bala jéemantu yi jeexee ak bala ñu tëj téere giir ñatt-fukki junni ak ñeenti-fukki junni.</w:t>
      </w:r>
    </w:p>
    <w:p>
      <w:pPr>
        <w:pStyle w:val="ArticleScripture"/>
        <w:jc w:val="left"/>
      </w:pPr>
      <w:r>
        <w:rPr>
          <w:rFonts w:ascii="Times New Roman" w:hAnsi="Times New Roman" w:eastAsia="Times New Roman" w:cs="Times New Roman"/>
        </w:rPr>
        <w:t>“Bu ndigël bi génn te màndarga bi tàbbi, seen jikko dina des set te amul benn tus ba fàww.” Testimonies, volume 5, 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Xàjj gi Yeesu Kirist — Limu fukk ak benn</dc:title>
  <dc:subject>Nataalu Rab wi</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