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Peesug Yeesu Kirist — Limu fukk ak ñett</w:t>
      </w:r>
    </w:p>
    <w:p>
      <w:pPr>
        <w:pStyle w:val="ArticleSubtitle"/>
        <w:jc w:val="left"/>
      </w:pPr>
      <w:r>
        <w:rPr>
          <w:rFonts w:ascii="Arial" w:hAnsi="Arial" w:eastAsia="Arial" w:cs="Arial"/>
        </w:rPr>
        <w:t>Xare bi ci Asamaan ak Fan yu Mujj yi: Ubbi biir waxtu-yëgle bu yonnee ci Peeñu 12 ak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Nuy a ngi doon xamle xare bi ci asamaan bi ñu nettali ci sarax bu fukki ñaar ci téereb Peeñ mi. Jëfandikoo sàrtu jikkoo Kirist, miy Alfa ak Omega, nu jege xare bi ci asamaan bi ci sarax bu fukki ñaar ni muy misaal bu xare bi ci asamaan bi di am ci “bés yu mujj yi.” Waxin “bés yu mujj yi” ci Biibël ak ci Xelu Yonent yi dafay tekki bés yu mujj yu àtteb seetkat bi.</w:t>
      </w:r>
    </w:p>
    <w:p>
      <w:pPr>
        <w:pStyle w:val="ArticleBody"/>
        <w:jc w:val="left"/>
      </w:pPr>
      <w:r>
        <w:rPr>
          <w:rFonts w:ascii="Times New Roman" w:hAnsi="Times New Roman" w:eastAsia="Times New Roman" w:cs="Times New Roman"/>
        </w:rPr>
        <w:t>Nun xamle nañ ñetti dooley Seytaane yi ci saar 12 ak 13, du ni dooley yu am seen matuwaay ci jaar-jaaru màndarga yi weesu, waaye ni matuwaay bu bees bu teyug jamono bu dooley yooyu di yóbbu àddina si Armageddon. Naga wi ci saar 12 mooy Mbootaayu Xeet yi, kërkatiig Katolik gi dees na ko dekkal ci yoonu Dimaas ci États-Unis, mooy rab wu jóge ci géej gi ci saar 13, te rab wu jóge ci suuf, bi am ñaari njuróom, mooy États-Unis.</w:t>
      </w:r>
    </w:p>
    <w:p>
      <w:pPr>
        <w:pStyle w:val="ArticleBody"/>
        <w:jc w:val="left"/>
      </w:pPr>
      <w:r>
        <w:rPr>
          <w:rFonts w:ascii="Times New Roman" w:hAnsi="Times New Roman" w:eastAsia="Times New Roman" w:cs="Times New Roman"/>
        </w:rPr>
        <w:t>Nun nuy wax ne xare bi ñuy dégg ci adaana ci kapitel fukki ak ñaar ni muy rekk melokaanu buntu Lusifeer ci asamaan, dafa tekki ci dëgg-dëgg ab xare bu jagleel a am ci asamaani suuf si, te di tàmbali ak yoonu Dibeer bu bëgg a ñëw ci États-Unis. Jël nanu waxtu ngir wone ne am na benn yoonu nattu gu mel ci Apocalipse fukki ak ñett, sarax yi fukk ak benn ba fukk ak juróom-ñaar, bu bokk ci xam xeetu njiitalu melokaanu rab wi. Melokaanu rab wi dafay teewal booloo kërg yàlla ak réew, fekk kërg yàlla mooy yor njariñu diggante boobu. Bu kërg yàlla nekk ci kilifteef, kon muy jëfandikoo réew ngir taxawal ay njàngalemam te fitnaal ñi muy tudde ay heretik. Yoonu nattu bu àddina bépp bokk ak sosug melokaanu rab wi, ci njëlbéen dees ko matal ci biir États-Unis. Mbind mi yéglee ci kanam yoonu nattu ñaar yi, ci seen melokaan yu wax ci kanam, dafa tolloo ci benn, muy ci États-Unis walla ci àddina si.</w:t>
      </w:r>
    </w:p>
    <w:p>
      <w:pPr>
        <w:pStyle w:val="ArticleBody"/>
        <w:jc w:val="left"/>
      </w:pPr>
      <w:r>
        <w:rPr>
          <w:rFonts w:ascii="Times New Roman" w:hAnsi="Times New Roman" w:eastAsia="Times New Roman" w:cs="Times New Roman"/>
        </w:rPr>
        <w:t>Nu njëkkóon naari waxtu yu mel ni benn, mooy junni ak ñaar téeméer ak juróom-benn-fukk fan ak juróom-benn-fukk, yi jiitu ak yi topp bant ba, ngir doon seede bu ñaareel ci xamle ñaari yoonu nattu yu toppantey “nataalu rab wu àll wi” ci mujjug àddina. Sosug nataalu rab wu àll wi ci États-Unis diggante 11 Septembre 2001 ak yoonu dimanche bi ëpp a jege, moo jiitu sosug nataalu rab wu àll wi ci Nations Unies gannaaw yoonu dimanche bi ëpp a jege. Junni ak ñaar téeméer ak juróom-benn-fukk fan ak juróom-benn-fukk yi nekk ci liggéeyu Krista dale ci sóobu ndoxam ba ba agsi ci bant ba, moo jiitu junni ak ñaar téeméer ak juróom-benn-fukk fan ak juróom-benn-fukk yi nekk ci liggéeyu taalibeem yi topp bant ba. Ñaari rëdd yi, ñoom ñépp ñuy yor ñaari waxtu yu tegu ci nattu yu mel ni benn ci bépp waxtu, dañuy tegu ci wàllu nataalu Krista mbaa nataalu antikrista.</w:t>
      </w:r>
    </w:p>
    <w:p>
      <w:pPr>
        <w:pStyle w:val="ArticleBody"/>
        <w:jc w:val="left"/>
      </w:pPr>
      <w:r>
        <w:rPr>
          <w:rFonts w:ascii="Times New Roman" w:hAnsi="Times New Roman" w:eastAsia="Times New Roman" w:cs="Times New Roman"/>
        </w:rPr>
        <w:t>Ñaari at ak juróom-benn-fukk ak juróom-ñeent fan yi nekk ci liggéeyu Kirist te jeex ci bant bi, tambalee nañu ba Xel Mu Sell mi wàcce ci ay sóobu ndoxam, te lëkkalook malaaka bu mag bi ci Peeñug Yàlla 18 mi wàcce ci 11 Septàmbar 2001.</w:t>
      </w:r>
    </w:p>
    <w:p>
      <w:pPr>
        <w:pStyle w:val="ArticleScripture"/>
        <w:jc w:val="left"/>
      </w:pPr>
      <w:r>
        <w:rPr>
          <w:rFonts w:ascii="Times New Roman" w:hAnsi="Times New Roman" w:eastAsia="Times New Roman" w:cs="Times New Roman"/>
        </w:rPr>
        <w:t>“Ndax baat bi maa waxoon ne New York dina ñu mbalale ko ak mbëj gu mag? Loolu waxuma ko mukk. Li ma wax mooy, bi ma doon xool kër yu mag yi di yéeg fa, etaas ci etaas, ma ne: ‘Ana ay xew-xew yu tiitlu yu mel ni ñaata lay am bu Boroom bi jógé ngir yëngal suuf si ak njàqare gu réy!’ Noonu ay waxi Révélation 18:1–3 dinañu mat. Benn saraxal, képp ci benn-fukki juróom-ñaareel aaya Révélation mooy artu ci li di ñëw ci kaw suuf si. Waaye amuma leer gu wéral ci mbirum li di ñëw ci New York, lu dul ne xam naa ne bés benn, kër yu mag ya fa ne dinañu daanu ndax wërngal ak dëng-dëngu kàttanu Yàlla. Ci leer gi ñu ma may, xam naa ne alag nekk na ci àddina. Benn baatu Boroom bi, benn laal bu kàttanam gu mag, te tabax yu rey yii dinañu daanu. Ay xew-xew dinañu am, yu tiitlu yi nuy xalaat mënunu ko.” Review and Herald, 5 Sulet 1906.</w:t>
      </w:r>
    </w:p>
    <w:p>
      <w:pPr>
        <w:pStyle w:val="ArticleBody"/>
        <w:jc w:val="left"/>
      </w:pPr>
      <w:r>
        <w:rPr>
          <w:rFonts w:ascii="Times New Roman" w:hAnsi="Times New Roman" w:eastAsia="Times New Roman" w:cs="Times New Roman"/>
        </w:rPr>
        <w:t>Jàmmu junni téeméeri ak juróom-benn fan ak juróom-ñaari fan ci jaar-jaaru Almasi bi, mi jeexee ci bant ba, dafa tegtal waxtu wi di jeex ci yoonu Dibeer buy ñëw ci lu gaaw. Bant ba dafa melal yoonu Dibeer bi. Ñoom ñaar ñépp ay màndarga àtte lañu. Ñoom ñaar ñépp dañuy wone ñëwug yàqu réew mi ci réew mi fa xew-xewu àtte bi amee. Ñoom ñaar ñépp am nañu woon ci suuf su tedd, di Yuda. Ci jaar-jaaru Almasi bi, mooyoon suuf su tedd bu dëgg, di Yuda; waaye ci yoonu Dibeer bi, mooy suuf su tedd su xel, di Yuda, muy Etazini bu Amerik. Ci bant ba, ñu yékkati Almasi ngir mu woo nit ñépp ci moom.</w:t>
      </w:r>
    </w:p>
    <w:p>
      <w:pPr>
        <w:pStyle w:val="ArticleScripture"/>
        <w:jc w:val="left"/>
      </w:pPr>
      <w:r>
        <w:rPr>
          <w:rFonts w:ascii="Times New Roman" w:hAnsi="Times New Roman" w:eastAsia="Times New Roman" w:cs="Times New Roman"/>
        </w:rPr>
        <w:t>Te man maa, bu ñu ma yékkatee ci suuf si, dinaa woot nit ñépp ci man. Loolu la waxoon ngir mel ne dee gi mu wara dee mooy ban. Yowaana 12:32, 33.</w:t>
      </w:r>
    </w:p>
    <w:p>
      <w:pPr>
        <w:pStyle w:val="ArticleBody"/>
        <w:jc w:val="left"/>
      </w:pPr>
      <w:r>
        <w:rPr>
          <w:rFonts w:ascii="Times New Roman" w:hAnsi="Times New Roman" w:eastAsia="Times New Roman" w:cs="Times New Roman"/>
        </w:rPr>
        <w:t>Ci jamono Alxames gi, rakk bu téeméer ak ñeent-fukk ak ñeent-ñaari junni ñi dees na ko yékkati ngir woot nit ñépp ci Kirist.</w:t>
      </w:r>
    </w:p>
    <w:p>
      <w:pPr>
        <w:pStyle w:val="ArticleScripture"/>
        <w:jc w:val="left"/>
      </w:pPr>
      <w:r>
        <w:rPr>
          <w:rFonts w:ascii="Times New Roman" w:hAnsi="Times New Roman" w:eastAsia="Times New Roman" w:cs="Times New Roman"/>
        </w:rPr>
        <w:t>Te dina yékkati ab raaya ci xeeti xeeti réew yu sore, te dina leen woo ci pëncum suuf; te xool-leen, dinañu ñëw gaaw lool. Esayi 5:26.</w:t>
      </w:r>
    </w:p>
    <w:p>
      <w:pPr>
        <w:pStyle w:val="ArticleBody"/>
        <w:jc w:val="left"/>
      </w:pPr>
      <w:r>
        <w:rPr>
          <w:rFonts w:ascii="Times New Roman" w:hAnsi="Times New Roman" w:eastAsia="Times New Roman" w:cs="Times New Roman"/>
        </w:rPr>
        <w:t>Jamono buy junni téeméer ak juróom-benn fukk fan ak juróom-ñaari fan ci jaar-jaaru Kirist gannaaw bant ba, jeex na ak Miikaayel mi taxaw ci xeexe bañ-saxal Istefaan.</w:t>
      </w:r>
    </w:p>
    <w:p>
      <w:pPr>
        <w:pStyle w:val="ArticleScripture"/>
        <w:jc w:val="left"/>
      </w:pPr>
      <w:r>
        <w:rPr>
          <w:rFonts w:ascii="Times New Roman" w:hAnsi="Times New Roman" w:eastAsia="Times New Roman" w:cs="Times New Roman"/>
        </w:rPr>
        <w:t>Waaye moom, mi fees dell ak Xelum Yàlla mu Sell mi, xool ci kaw ak sutura gu dëgër ba ca asamaan, te gis ndamu Yàlla, ak Yeesu taxaw ci ndijooru Yàlla; noonu mu wax ne: «Xoolleen, maa ngi gis asamaan yi ubbi, te Doomu nit ki taxaw ci ndijooru Yàlla.» Jëf ya 7:55, 56.</w:t>
      </w:r>
    </w:p>
    <w:p>
      <w:pPr>
        <w:pStyle w:val="ArticleBody"/>
        <w:jc w:val="left"/>
      </w:pPr>
      <w:r>
        <w:rPr>
          <w:rFonts w:ascii="Times New Roman" w:hAnsi="Times New Roman" w:eastAsia="Times New Roman" w:cs="Times New Roman"/>
        </w:rPr>
        <w:t>Ñaar-fukk yiir ak ñent-fukk ñaari weer yu mel ni misaal ci mujjug jamono ju nattu ci nataalu mujjug rab wi, di jeex ak Michaël buy taxaw, te loolu mooy melokaanu tëj giirug nattu nit ñi.</w:t>
      </w:r>
    </w:p>
    <w:p>
      <w:pPr>
        <w:pStyle w:val="ArticleScripture"/>
        <w:jc w:val="left"/>
      </w:pPr>
      <w:r>
        <w:rPr>
          <w:rFonts w:ascii="Times New Roman" w:hAnsi="Times New Roman" w:eastAsia="Times New Roman" w:cs="Times New Roman"/>
        </w:rPr>
        <w:t>Te ca jamono, Mixael dina taxaw, buur bu mag bi di taxaw ndax sa xeet: te jamono tiis dina am, bu mel ni li masul am mboolem jamono yi xeet am ba ci bés boobu: te ci jamono boobu sa xeet dinañu mucc, ku nekk kuñu gis ne bind nañu ko ci téere bi. Daniel 12:1.</w:t>
      </w:r>
    </w:p>
    <w:p>
      <w:pPr>
        <w:pStyle w:val="ArticleBody"/>
        <w:jc w:val="left"/>
      </w:pPr>
      <w:r>
        <w:rPr>
          <w:rFonts w:ascii="Times New Roman" w:hAnsi="Times New Roman" w:eastAsia="Times New Roman" w:cs="Times New Roman"/>
        </w:rPr>
        <w:t>Jëm ci mboolem jaar-jaaru ñaari yoonu nattu “nataru rab wi”, am na ay seede yu yeneen yu nekk ci biir waxi yàlla. Bu ñu ko xamale bu baax, te man maa ngi nangu ne nit ñu néew a xam dëgg gii, waaye jëkkërëg nattu “nataru rab wi” bi matsees ci États-Unis, tambalee na 11 septembre 2001, ba “ñetteelu ay” dikk ci jaar-jaaru àddina. Yoonu Dimas bi fa jëkkërëg nattu “nataru rab wi” boobu jeexee, mooy màndargaal dikkug “ñetteelu ay” ci atina njàqare ci kaw États-Unis ngir ñu jàllale yoonu Dimas bi. Ci waxtu woowa, dikkug “ñetteelu ay” mooy matal merug xeeti àddina yi, ngir matal li Revealasioŋ fukki benn, aaya fukk ak juróom ñett wax, ak jëkkërëg wax ci rôle bu Islam am ci merloo xeeti àddina yi ci yeneeni waxi Biblia.</w:t>
      </w:r>
    </w:p>
    <w:p>
      <w:pPr>
        <w:pStyle w:val="ArticleScripture"/>
        <w:jc w:val="left"/>
      </w:pPr>
      <w:r>
        <w:rPr>
          <w:rFonts w:ascii="Times New Roman" w:hAnsi="Times New Roman" w:eastAsia="Times New Roman" w:cs="Times New Roman"/>
        </w:rPr>
        <w:t>Te mooy doomu nit ku mel ni mbaam mu àll; loxoom dina jëm ci bépp nit, te loxob bépp nit dina jëm ci moom; te dina dëkk ci kanamu mboolem ay bokkam. Ndaje 16:12.</w:t>
      </w:r>
    </w:p>
    <w:p>
      <w:pPr>
        <w:pStyle w:val="ArticleBody"/>
        <w:jc w:val="left"/>
      </w:pPr>
      <w:r>
        <w:rPr>
          <w:rFonts w:ascii="Times New Roman" w:hAnsi="Times New Roman" w:eastAsia="Times New Roman" w:cs="Times New Roman"/>
        </w:rPr>
        <w:t>Yoonu Dibéeri bi di ñëw bu gaaw mooy jeexital jamono jëkk ji ngir nattu, te it mooy tambali jamono mujj ji ngir nattu. Jamono mujj ji ngir nattu dafa jeex bu probationu nit ñi tëjee, te ci waxtu woowu ñent xel yi, yi di misaal bu ñetteelu toroxte, dañuy bàyyiku bu mat.</w:t>
      </w:r>
    </w:p>
    <w:p>
      <w:pPr>
        <w:pStyle w:val="ArticleScripture"/>
        <w:jc w:val="left"/>
      </w:pPr>
      <w:r>
        <w:rPr>
          <w:rFonts w:ascii="Times New Roman" w:hAnsi="Times New Roman" w:eastAsia="Times New Roman" w:cs="Times New Roman"/>
        </w:rPr>
        <w:t>“Ba mucc bi gisee ci nit yi Yawut, xeet wu jébbaluwaat Yàlla, Mu gis itam benn Kërceen gu wax ne moom a gëm Kirist te booleek àddina ak papaas bi. Te ni Mu taxawoon ci Tundu Oliif, di jooy ndax Yerusalem ba jant bi so, dellu gannaaw tund yi ca sowwu; noonu itam Mu ngi di jooy ci kaw bàkkaarkat yi tey, di leen ñaan ci yii mujj doxali àddina. Lu yàggul, Dina wax malaaka yi téyeel ñent yi ngelaw ne: ‘Bàyyileen musiba yi mucc; na lëndëm, yàqute ak dee wàcce ci kaw ñi dëggadi sama yoon.’ Ndax dina war a wax ñi amoon leer gu réy ak xam-xam bu yaatu, ni Mu ko waxoon Yawut ya ne: ‘Soo xamoon, yaw sax, ci sa bésub tey bii, li nga waroon a xam te di sa jàmm! waaye léegi nëbb nañu ko sa bët yi’?” Review and Herald, October 8, 1901.</w:t>
      </w:r>
    </w:p>
    <w:p>
      <w:pPr>
        <w:pStyle w:val="ArticleBody"/>
        <w:jc w:val="left"/>
      </w:pPr>
      <w:r>
        <w:rPr>
          <w:rFonts w:ascii="Times New Roman" w:hAnsi="Times New Roman" w:eastAsia="Times New Roman" w:cs="Times New Roman"/>
        </w:rPr>
        <w:t>Ci jaar-jaari Kirist, njëkk xàll wi ci njëkk jamono ju benn junni ak ñaar téeméer ak juróom-benn-fukk fan ak juróom-benn fan dafa tàmbalee ca ay sóobu ci ndoxam, te loolu mooyoon misaal bu dee ak dekkiwaayam. Jamono jooju jeex na ca dee ak dekkiwaayam, te noonu itam moo tàmbalee mujj jamono ju benn junni ak ñaar téeméer ak juróom-benn-fukk fan ak juróom-benn fan. Jamono jooju jeex na ca dee ak dekkiwaay bu ñu digoon Estefaan.</w:t>
      </w:r>
    </w:p>
    <w:p>
      <w:pPr>
        <w:pStyle w:val="ArticleBody"/>
        <w:jc w:val="left"/>
      </w:pPr>
      <w:r>
        <w:rPr>
          <w:rFonts w:ascii="Times New Roman" w:hAnsi="Times New Roman" w:eastAsia="Times New Roman" w:cs="Times New Roman"/>
        </w:rPr>
        <w:t>Rëddoo taarix bi di wone nataalu Kirist, am na benn xët wu ñuy wax ci wax ju ñëw te ni mu mel méngoo ak rëddoo taarix bi di wone nataalu antikrist.</w:t>
      </w:r>
    </w:p>
    <w:p>
      <w:pPr>
        <w:pStyle w:val="ArticleBody"/>
        <w:jc w:val="left"/>
      </w:pPr>
      <w:r>
        <w:rPr>
          <w:rFonts w:ascii="Times New Roman" w:hAnsi="Times New Roman" w:eastAsia="Times New Roman" w:cs="Times New Roman"/>
        </w:rPr>
        <w:t>Ci Mbind mi, Kirist mooy buur dëgg bi ci bëj-gànnaar, te sax na ne Séytaane di bëgg a daan ak a weddi nguur gu buurug Kirist.</w:t>
      </w:r>
    </w:p>
    <w:p>
      <w:pPr>
        <w:pStyle w:val="ArticleScripture"/>
        <w:jc w:val="left"/>
      </w:pPr>
      <w:r>
        <w:rPr>
          <w:rFonts w:ascii="Times New Roman" w:hAnsi="Times New Roman" w:eastAsia="Times New Roman" w:cs="Times New Roman"/>
        </w:rPr>
        <w:t>Noo naka rottee asamaan, yow Luusifer, doomu suba si! Noo naka ñu la dagge suuf, yow miy wàññi xeeti xeet yi! Ndaxte wax nga ci sa xol ne: Dinaa yéeg ba asamaan; dinaa yékati sama gangune, mu weesu biddéewi Yàlla yi; dinaa toog itam ci tundu ndajem mi, ci wet yu bëj-gànnaar; dinaa yéeg ba ëpp kawe giir yi; dinaa mel ni Kawe ji gën a Kawe. Esayi 14:12–14.</w:t>
      </w:r>
    </w:p>
    <w:p>
      <w:pPr>
        <w:pStyle w:val="ArticleBody"/>
        <w:jc w:val="left"/>
      </w:pPr>
      <w:r>
        <w:rPr>
          <w:rFonts w:ascii="Times New Roman" w:hAnsi="Times New Roman" w:eastAsia="Times New Roman" w:cs="Times New Roman"/>
        </w:rPr>
        <w:t>“Wet yi ci bëj-gànnaar” mooy Yerusalem, dëkkub Buur bu mag bi, fa saxaraam nekk.</w:t>
      </w:r>
    </w:p>
    <w:p>
      <w:pPr>
        <w:pStyle w:val="ArticleScripture"/>
        <w:jc w:val="left"/>
      </w:pPr>
      <w:r>
        <w:rPr>
          <w:rFonts w:ascii="Times New Roman" w:hAnsi="Times New Roman" w:eastAsia="Times New Roman" w:cs="Times New Roman"/>
        </w:rPr>
        <w:t>Woy ak Sabóor ngir doom yu Koré. Boroom bi mag na, te yelloo na ko lool ci dëkkub sunu Yàlla, ci tundu sellam. Tundu Siyon, bu neex ci taxawaayam, mooy mbégteem suuf si bépp, ci wet yi bëj-gànnaar, dëkkub Buur bu Mag bi. Sabóor 48:1, 2.</w:t>
      </w:r>
    </w:p>
    <w:p>
      <w:pPr>
        <w:pStyle w:val="ArticleBody"/>
        <w:jc w:val="left"/>
      </w:pPr>
      <w:r>
        <w:rPr>
          <w:rFonts w:ascii="Times New Roman" w:hAnsi="Times New Roman" w:eastAsia="Times New Roman" w:cs="Times New Roman"/>
        </w:rPr>
        <w:t>Ci Mbind mi, “buur yi bëj-gànnaar” yu ci suuf, dañuy tegtu leen yépp ne ay noon lañu ci nit ñi Yàlla. Ñoom dañuy tegtu jëfandikookat Seytaane ngir sàkku a roy buuru dëgg-dëgg bi ci bëj-gànnaar, mi toog ci gangunaam ca Yerusalem, te mooy wet yi ci bëj-gànnaar. Rëdd wi di won ñaari yoonu nattukaay yu melokaanu rab wa, te mu dawandoo ak rëdd wi di won ñaari yoonu nattukaay yu melokaanu Almasi bi, am na ñetteelu seede ci mbirum jéegooy Seytaane ngir nekk buuru bëj-gànnaar bi di nguuru ci kaw nit ñi Yàlla.</w:t>
      </w:r>
    </w:p>
    <w:p>
      <w:pPr>
        <w:pStyle w:val="ArticleBody"/>
        <w:jc w:val="left"/>
      </w:pPr>
      <w:r>
        <w:rPr>
          <w:rFonts w:ascii="Times New Roman" w:hAnsi="Times New Roman" w:eastAsia="Times New Roman" w:cs="Times New Roman"/>
        </w:rPr>
        <w:t>Ci at ak 723 B.K., buur bëj-gànnaar, ni ko Asiri tegtal, jël na fukki nguur-nguuri bëj-saalum yi ca Israyil daldi leen dugal ci jaam ngir matal “juróom-ñaari yoon” yi nekk ci Lawaale gaareel ñaar-fukk ak juróom-benn. Junni ak ñaar téeméer ak juróom-benn-fukk at gannaaw loolu, ci at 538, buur bëj-gànnaar bi, mi nga xam ne ci jamono jooju Room gu bokk ci tuutiiney xeet yi te dul woon Kiristaan moom la ko tegtal, jébbal na gangunaay gi Room bu paap bi; te ci kaw loolu, mujj na nekk buur bëj-gànnaar bu ruu ci baneen junni ak ñaar téeméer ak juróom-benn-fukk at. Ñaareel waxtu woowu wu junni ak ñaar téeméer ak juróom-benn-fukk at jeex na ci 1798, ba buur Room bu ruu ji, di buur bëj-gànnaar bi, jotee ay gaawukaay gu rey. Bi paap bi jotee gaawukaay gu rey gi ci 1798, loolu doon na misaal buy tegtal tëj gi ñu jox nit ñi ngir seetaan seen pexey mu jeex, ba paap bi dekkat, mujj a ñëw ci mujjam ba fàww ak ba fàww, te kenn du ko dimbali.</w:t>
      </w:r>
    </w:p>
    <w:p>
      <w:pPr>
        <w:pStyle w:val="ArticleScripture"/>
        <w:jc w:val="left"/>
      </w:pPr>
      <w:r>
        <w:rPr>
          <w:rFonts w:ascii="Times New Roman" w:hAnsi="Times New Roman" w:eastAsia="Times New Roman" w:cs="Times New Roman"/>
        </w:rPr>
        <w:t>Te dina samp buuru njabootam ci diggante géej yi ca tundu sell, bu màgg ba taaru; waaye dina agsi ci mujjam, te kenn du ko dimbali. Te ci jamono jooju, Mikayel dina taxaw, moom buur bu mag bi taxaw ngir doomi sa xeet; te dina am jamono jafe-jafe, lu mel ne masul am ba noppi lii ci saa su xeet amee ba ci jamono jooju. Te ci jamono jooju sa xeet dinañu mucc, kenn ku nekk kuñu fekk bind ci téere bi. Daniel 11:45, 12:1.</w:t>
      </w:r>
    </w:p>
    <w:p>
      <w:pPr>
        <w:pStyle w:val="ArticleBody"/>
        <w:jc w:val="left"/>
      </w:pPr>
      <w:r>
        <w:rPr>
          <w:rFonts w:ascii="Times New Roman" w:hAnsi="Times New Roman" w:eastAsia="Times New Roman" w:cs="Times New Roman"/>
        </w:rPr>
        <w:t>“Juróom-ñaari yoon” yi, ci Leviticus ñaar-fukk ak juróom-benn, yi yem ci ñaari junni ak juróom-ñaar téeméer ak ñaar-fukk at, dañuy xamle ne Asiri moo nekkoon buur bu bëj-gànnaar ca atum 723 BC, te ci nekkaayam buur bu bëj-gànnaar dafa noot mbooloom buur gu “bëj-gànnaar” gu Israayil gu yàgg ya. Dale ca booba ba jëm ci kanam, bokk-ca-xaaj, li tambalee ak Asiri ba àggee ci Room gu bokk-ca-xaaj, dafa jéexaloon tànk yi ci kaw askanu Yàlla, mooy “gànnaay gi” gi nekk ci Daniel 8:13, diirub junni ak ñaar téeméer ak juróom-benn-fukk at. Ci 538, buurub bëj-gànnaar bu Room bu dëgg bi, dafañu ko noot ci waxu yonent bi ak buurub bëj-gànnaar bu Room bu xel mi, mi daan jéexal tànk yi ci kaw Israayil gu xel gi Yàlla ngir beneen junni ak ñaar téeméer ak juróom-benn-fukk at. Ñaareelu jamono juñu jéexal tànk yi ci kaw askanu Yàlla jóg na ba noppi bi buurub bëj-gànnaar bu Room bu xel mi jotee ci gaaw-gaaw gu rey ci 1798.</w:t>
      </w:r>
    </w:p>
    <w:p>
      <w:pPr>
        <w:pStyle w:val="ArticleBody"/>
        <w:jc w:val="left"/>
      </w:pPr>
      <w:r>
        <w:rPr>
          <w:rFonts w:ascii="Times New Roman" w:hAnsi="Times New Roman" w:eastAsia="Times New Roman" w:cs="Times New Roman"/>
        </w:rPr>
        <w:t>Ci xët wiir yu mel ni Kirist, bëttu digg ba mooy bant ba, fa dees a wone dee. Ci ñaari jamono yi ñuy seet xëtu sos xarit biir rab wi, bëttu digg ba mooy dee rab suuf si. Ci xët wiir buur bëgg-a-fexe bu bëj-gànnaar, bëttu digg ba mooy dee buur bëj-gànnaar bu Room dëgg-dëgg bi.</w:t>
      </w:r>
    </w:p>
    <w:p>
      <w:pPr>
        <w:pStyle w:val="ArticleBody"/>
        <w:jc w:val="left"/>
      </w:pPr>
      <w:r>
        <w:rPr>
          <w:rFonts w:ascii="Times New Roman" w:hAnsi="Times New Roman" w:eastAsia="Times New Roman" w:cs="Times New Roman"/>
        </w:rPr>
        <w:t>Yoon yii dañuy tegtal ñetti seede yu Injil bi, te kenn ku nekk ci ñoom dafay ëmb ñaari jamono yu toppante ci biir benn jamono. Benn poñ bu nekk mooy ñu màndargal ko ak dee gu yaram walla ak dee gu nguur gi ci kàddug wax ju Yàlla. Ci Kirist, poñ wi mooy woon dee ngam ak dekkiwaayam. Ci nataalu rab wa, poñ wi mooy dee gu rabu suuf si, juróomeel benneel nguur gi ci wax ju Yàlla, ca yoonu Dimaas bi. Ci rëdd gu buur bu bëggul dëgg gu bëj-gànnaar, poñ wi dafay tegtal dee gu buur bu njëkk bu Room bu bëj-gànnaar, ñenteel nguur gi ci wax ju Yàlla.</w:t>
      </w:r>
    </w:p>
    <w:p>
      <w:pPr>
        <w:pStyle w:val="ArticleBody"/>
        <w:jc w:val="left"/>
      </w:pPr>
      <w:r>
        <w:rPr>
          <w:rFonts w:ascii="Times New Roman" w:hAnsi="Times New Roman" w:eastAsia="Times New Roman" w:cs="Times New Roman"/>
        </w:rPr>
        <w:t>Ñaari seede yi ci Apokalips fukk ak benn, ni ko Sœur White waxe ci The Great Controversy, dañuy teyji Kàddug Yàlla. Kirist mooy Kàddug Yàlla. Ñaari seede yooyu ñu leen mayoon doole ngir wax ci turu Yàlla di profetisee diirub junni ak ñaar téeméer ak juróom-benn-fukk fan ak ñett, soloo sayub metit. Gannaaw loolu, ñu leen rey ci mbedd mi, te duñu dekki diirub ñetti fan ak genn-wàll. “Junni ak ñaar téeméer ak juróom-benn-fukk fan ak ñett,” ak “ñetti fan ak genn-wàll,” ñépp a ngi doon aji misaal yu dëjook ak jamonoy màndiŋ ma mujj ci junni ak ñaar téeméer ak juróom-benn-fukk at. Dañu tàmbalee ak mayug doole, ba ñuy profetisee soloo sayub metit, te loolu jeexee ci dee. Gannaaw loolu, ci benn jamono bu profetik boobu, ñu nekk ne cell, soloo dee, ba kera mu ñu dekkite ngir yégle artuw malaaka bu ñetteel bi, biy yégle jeexitalub waxtuw probasioŋ.</w:t>
      </w:r>
    </w:p>
    <w:p>
      <w:pPr>
        <w:pStyle w:val="ArticleBody"/>
        <w:jc w:val="left"/>
      </w:pPr>
      <w:r>
        <w:rPr>
          <w:rFonts w:ascii="Times New Roman" w:hAnsi="Times New Roman" w:eastAsia="Times New Roman" w:cs="Times New Roman"/>
        </w:rPr>
        <w:t>Ñetti yooni xeetu yonent yi tollu nañu ak ñeenti seede. Tëralinu yonent bi nekk ci ku nekk ci ñeenti seede yi benn la. Jamonoy waxtu yi ci juróom-ñaari jamono yi, gën a ñàkk September 11, 2001, ba ci yoonu dibbér bi di ñëw léegi, mi nekk ci ñeenti rëdd yi, ci yonent benn lañuy doon. Boppu digg bu nekk di tektal benn xeetu dee. Ñaari rëdd yi jëm ci Almasi bi, mooy ci ay melokaanam, mbaa ci Kàddug Yàlla. Ñaari rëdd yu des yi di tektal antikrist bi, mooy ci bëgg-bëggam gu muy fenn Almasi bi ni buur bu bëj-gànnaar, mbaa ci fenn sistemu nguurug Almasi bi.</w:t>
      </w:r>
    </w:p>
    <w:p>
      <w:pPr>
        <w:pStyle w:val="ArticleBody"/>
        <w:jc w:val="left"/>
      </w:pPr>
      <w:r>
        <w:rPr>
          <w:rFonts w:ascii="Times New Roman" w:hAnsi="Times New Roman" w:eastAsia="Times New Roman" w:cs="Times New Roman"/>
        </w:rPr>
        <w:t>Ci sunu jéem a boole ñetti fukk ak ñeent-fukk ak ñeenti junni nit ñi ak xare bi ci njël bu njëkk bi ci sunu bind bu njëkk bi di ñëw. Jàngkat bu tedd bi, walla déggkat bi: Mbaa dangay bañ a gis dëgg yii, mbaa dangay leen gis, war nañu fésal ne xibaar yi ñuy wone ci bind yépp yii, dañu leen ràññee te ginnaaw loolu di leen dëgëral ak taxawal ci jëfandikoo ndorteelug mbir ngir ràññee mujju mbir. Loolu mooy firnde gu yonent gu Alpha ak Omega, te mooy benn cër bu mag ci Peeñug Yeesu Kirist, gi ñu ngi léegi ubbi seelam.</w:t>
      </w:r>
    </w:p>
    <w:p>
      <w:pPr>
        <w:pStyle w:val="ArticleScripture"/>
        <w:jc w:val="left"/>
      </w:pPr>
      <w:r>
        <w:rPr>
          <w:rFonts w:ascii="Times New Roman" w:hAnsi="Times New Roman" w:eastAsia="Times New Roman" w:cs="Times New Roman"/>
        </w:rPr>
        <w:t>Yëf yu nëbb yi moom nañu Yàlla sunu Boroom; waaye yëf yi mu feeñal, moom nañu nun ak sunuy doom ba fàww, ngir nu jëfe lépp kàddu yi ci yoon wi. Deuteronomy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Peesug Yeesu Kirist — Limu fukk ak ñett</dc:title>
  <dc:subject>Xare bi ci Asamaan ak Fan yu Mujj yi: Ubbi biir waxtu-yëgle bu yonnee ci Peeñu 12 ak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