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Peñu Yeesu Kirist — Limu Fukk ak Ñent</w:t>
      </w:r>
    </w:p>
    <w:p>
      <w:pPr>
        <w:pStyle w:val="ArticleSubtitle"/>
        <w:jc w:val="left"/>
      </w:pPr>
      <w:r>
        <w:rPr>
          <w:rFonts w:ascii="Arial" w:hAnsi="Arial" w:eastAsia="Arial" w:cs="Arial"/>
        </w:rPr>
        <w:t>Bëndu juróom-ñaareel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Xareb malaak yi ci natangu bi, bi tambalee ak Lucifer ci asamaan su ñetteel si te ñu ko melal ci Peeñu ga caapit 12, dafay misaal xareb natangu gi ci nit ak malaaka yi, bi di jeex ci asamaan su njëkk si. Ba ñu sànnee Seytaane ak ay malaakaam génne leen ci asamaan su ñetteel si, Seytaane ubbi na beneen wet wu xare ca toolu Eden. Ni ko deme woon ci xareb asamaan su ñetteel si ak Lucifer, noonu itam Yàlla sampu na ab jamono ju natangu ngir nit ñi. Xare bi ci asamaan su njëkk si, bi di tàmbali ci dëgg-dëgg ca yoonu Dibeer bu dëgmal-neeg a ngi ñëw, dafay tegtal jeexitalu jamonoy natangu ngir nit ñi.</w:t>
      </w:r>
    </w:p>
    <w:p>
      <w:pPr>
        <w:pStyle w:val="ArticleBody"/>
        <w:jc w:val="left"/>
      </w:pPr>
      <w:r>
        <w:rPr>
          <w:rFonts w:ascii="Times New Roman" w:hAnsi="Times New Roman" w:eastAsia="Times New Roman" w:cs="Times New Roman"/>
        </w:rPr>
        <w:t>Ci téereb Apokalips bi fukki ak ñatt, njàngoro gi, rab bu réy bi ak yonent bu dëggul bi lañu feeñal. Ci yoonu faral di jëfandikoo, ñetti doole yooyu dañu leen déggale ci lu ëpp ne dafa tegu ci seeni jaar-jaari nettali yu weesu, waaye Yowaana dees ko waxoon mu bind “mbir yi di ñëw,” te téereb Apokalips bépp mi day wax ci “fan yu mujj yi”; moo tax nu di jëfandikoo sart bu sell bi ne muj gi dafa mel ni tambali gi, te nu di sukkandiku ci lëmm yi nekk ci Apokalips ngir jëfeleen ni dëggu jamono jii, waaye du dëggu jamono ju weesu.</w:t>
      </w:r>
    </w:p>
    <w:p>
      <w:pPr>
        <w:pStyle w:val="ArticleBody"/>
        <w:jc w:val="left"/>
      </w:pPr>
      <w:r>
        <w:rPr>
          <w:rFonts w:ascii="Times New Roman" w:hAnsi="Times New Roman" w:eastAsia="Times New Roman" w:cs="Times New Roman"/>
        </w:rPr>
        <w:t>Seytaanees dañu ko xam ne, ci xare ba mu tàmbalee ca ñetteelu asamaan ba, ak ci njàmbaaru njëkk bi mu indi woon nit ñi ca toolu Eden, dafay jëfandikoo “hypnotism” ngir yónnee ay waxam yu yaxut ngir matal xareem.</w:t>
      </w:r>
    </w:p>
    <w:p>
      <w:pPr>
        <w:pStyle w:val="ArticleScripture"/>
        <w:jc w:val="left"/>
      </w:pPr>
      <w:r>
        <w:rPr>
          <w:rFonts w:ascii="Times New Roman" w:hAnsi="Times New Roman" w:eastAsia="Times New Roman" w:cs="Times New Roman"/>
        </w:rPr>
        <w:t>“Seetaane nattu na Aadama bu jëkk ba ca Eden, te Aadama waxtaan ak noon bi, noonu mu jox ko yoonu gën. Seetaane jëfandikoo ay kàttanam yu noppalu xel ci kaw Aadama ak Eve, te kàttan googu la doon góor-góorlu a jëfandikoo ci kaw Kirist. Waaye gannaaw ba ñeetu Kàdduy Mbind mi waxees, Seetaane xam ne amul woon benn waxtu ngir mu man a not.”</w:t>
      </w:r>
    </w:p>
    <w:p>
      <w:pPr>
        <w:pStyle w:val="ArticleScripture"/>
        <w:jc w:val="left"/>
      </w:pPr>
      <w:r>
        <w:rPr>
          <w:rFonts w:ascii="Times New Roman" w:hAnsi="Times New Roman" w:eastAsia="Times New Roman" w:cs="Times New Roman"/>
        </w:rPr>
        <w:t>“Góor yi ak jigéen yi waruñoo jàng xam-xamu naka lañuy noot xeli ñi ñuy bokkal. Loolu mooy xam-xam bi Seytaane di jàngale. War nañu a bañ bépp lu mel noonu. Waruñoo dugg ci mesmerism ak hypnotism — xam-xamu ka gañoon sa njëkk taxawaayam te ñu génne ko ca kër yu asamaan.” Mind, Character and Personality, 713.</w:t>
      </w:r>
    </w:p>
    <w:p>
      <w:pPr>
        <w:pStyle w:val="ArticleBody"/>
        <w:jc w:val="left"/>
      </w:pPr>
      <w:r>
        <w:rPr>
          <w:rFonts w:ascii="Times New Roman" w:hAnsi="Times New Roman" w:eastAsia="Times New Roman" w:cs="Times New Roman"/>
        </w:rPr>
        <w:t>“Xam-xamu bi Seytaane jàngale” mat na ci loxoy jaaykat yu àdduna si, te defees na ko jaarale ko ci “yoon wu mag wu xibaar” bi ci “bés yu mujj yi.” Seytaane mooy baayug fen, te ay magi medya yi duñu yékkati ay fen rekk, waaye itam dañuy tere dëgg ba mu fees, dañuy topp ñi ñuy gis ni ay bàkkaarikat walla ñu weddi leen, te dañuy jëfandikoo melokaanu hipnoos bu gëna xóot te gëna xereñ wi mas a am ci jaar-jaaru mbind mi ci suuf. Xare ba tambalee woon ci asamaan su ñetteel bi dafa fésal jikkoju xareb Seytaane jii, ngir ñi gëm te takku ci jamono ji xareb asamaan su njëkk di tàmbali, ñu man a am xam-xam bu leen di waareel ndax xam xew-xew yi lu jiitu. Bu nu déggoo ne boppub njiit giifug arañu-web bu àdduna bépp, ak “yoon wu mag wu xibaar” bi, Amerig moo koy saytu te moo koy yor, kon dañuy gis lu tekki ne États-Unis di woo safara mu wàccé asamaan te nax àdduna sépp. “Safara” ci téereb Peeñ mi dafay tegu ab ndigtal.</w:t>
      </w:r>
    </w:p>
    <w:p>
      <w:pPr>
        <w:pStyle w:val="ArticleBody"/>
        <w:jc w:val="left"/>
      </w:pPr>
      <w:r>
        <w:rPr>
          <w:rFonts w:ascii="Times New Roman" w:hAnsi="Times New Roman" w:eastAsia="Times New Roman" w:cs="Times New Roman"/>
        </w:rPr>
        <w:t>Mbind miirug Yàlla ci Apokalips saar fukki ñett, te sar wi fukki ñett, jëleef na ci xarebu tundu Karmel, fa yonent yi Baal ak yonent yi bànqaas yi mënuñu woon woo safara mu wàcc jóge asamaan ngir dëggal ne Baal ak Ashtarot ay yàlla yu dëgg lañu. Baal, ndaxte mooy yàlla ju góor, ak Ashtarot yàlla ju jigéen, dañuy tegtal nataalu rab wi, mooy boole bu selladiwul bi ci diggante kerk ak réewum nguur. Ñoom dañoo doon yonenti Jezebel, moom mi nekkoon ci jëfandikoo bu selladiwul ak Ahab. Ñaari seede yu yonent yooyu ci nataalu rab wi ci nettali Karmel, dañuy xamle role Etats-Unis bi, ci njëkk a bind nataalu sistemu paap bi ci Etats-Unis, te gannaaw gi ci addina si. “Safara” si fa Karmel waroon a ne firnde gi xamle kan mooy dëgg-dëgg Yàlla ju dëgg ji. Moom dafa doon tegtal xamle gu jóge asamaan, buy won Yàlla ju dëgg ji, te benn pongoo boobu moo sax feeñ bu Etats-Unis woowee safara mu wàcc jóge asamaan.</w:t>
      </w:r>
    </w:p>
    <w:p>
      <w:pPr>
        <w:pStyle w:val="ArticleBody"/>
        <w:jc w:val="left"/>
      </w:pPr>
      <w:r>
        <w:rPr>
          <w:rFonts w:ascii="Times New Roman" w:hAnsi="Times New Roman" w:eastAsia="Times New Roman" w:cs="Times New Roman"/>
        </w:rPr>
        <w:t>Ci téerey Esayi, Yàlla ji xam te wax muj gi dale ko ci tàmbali bi, wax na ak bérabu Tundu Karmel bu yàgg ba noppi, te itam ak bérabu yonent bi ñu tegtal bu États-Unis wóo safara mu wàcc jóge asamaan.</w:t>
      </w:r>
    </w:p>
    <w:p>
      <w:pPr>
        <w:pStyle w:val="ArticleScripture"/>
        <w:jc w:val="left"/>
      </w:pPr>
      <w:r>
        <w:rPr>
          <w:rFonts w:ascii="Times New Roman" w:hAnsi="Times New Roman" w:eastAsia="Times New Roman" w:cs="Times New Roman"/>
        </w:rPr>
        <w:t>«Indileen seen yéen seeni mbir,» kàddu na Boroom bi; «indileen seeni lay yu dëgër,» kàddu na Buurub Yàqóoba. Nañu leen indi te won nu li nar a xew; nañu nu wax yëf yi jiitu, lan lañu doon, ngir nu man a xalaat ci ñoom, te xam seen mujj; wala ñu yégle nu mbir yi di ñëw. Wonleen mbir yi di ñëw gannaaw gi, ngir nu xam ne yéen ay yàlla ngeen; waaw, defleen lu baax mbaa lu bon, ngir nu tiit te seetaan ko benn. Xool-leen, yéen du ngeen dara, te seen jëf du dara; ku leen tànn, ay njàqare la. Maa ngi yékkati kenn ku jóge ca bëj-gànnaar, te dina ñëw; ca penku jant ba, dina woo sama tur; te dina daldi tàbbi ci kilifay réew yi ni ci banqaas, te ni tabaxkat buy dëpp suuf. Ana ku ko waxoon ca njàlbéen ga, ngir nu xam? ak lu jiitu ba noppi, ngir nu wax ne: “Ku jub la”? Waaw, amul kenn kuy won; waaw, amul kenn kuy yégle; waaw, amul kenn kuy dégg seeni wax. Ki jëkk dina wax Siyoŋ ne: “Xoolleen, xoolleen ñoom!” te Yerusalem dinaa ko may kenn kuy yégle xebaar bu baax.» Esayi 41:21–27.</w:t>
      </w:r>
    </w:p>
    <w:p>
      <w:pPr>
        <w:pStyle w:val="ArticleBody"/>
        <w:jc w:val="left"/>
      </w:pPr>
      <w:r>
        <w:rPr>
          <w:rFonts w:ascii="Times New Roman" w:hAnsi="Times New Roman" w:eastAsia="Times New Roman" w:cs="Times New Roman"/>
        </w:rPr>
        <w:t>Ci xare ba ci njëkk asamaan, bi di tàmbalee ak yoonu dibeer bu dëgër di ñëw, États-Unis, te itam Seytaane ci boppam, dees na leen may ñu “indi” seen “mbir,” te dinañu wàcce safara ci asamaan ngir jéem a firndeel ne yàlla ju Jézabel mooy Yàlla ju dëgg ji. Addina si sépp dees na ko gaawal ngir nangu màndarga bésub jaamu yàlla jooju. Safara sañ-sañu wàcce ci asamaan, jaarale ko ci “yoonu màkkaanu xibaar bu mag” jëm ci nit ñépp, liggéeyu “dara la,” te ku tànn bataaxal bi ñuy yóbbu jaarale ko ci pexe boobu, “lu bon lu yàqu la.”</w:t>
      </w:r>
    </w:p>
    <w:p>
      <w:pPr>
        <w:pStyle w:val="ArticleBody"/>
        <w:jc w:val="left"/>
      </w:pPr>
      <w:r>
        <w:rPr>
          <w:rFonts w:ascii="Times New Roman" w:hAnsi="Times New Roman" w:eastAsia="Times New Roman" w:cs="Times New Roman"/>
        </w:rPr>
        <w:t>Ci xare ba, téeméeri ak ñeent fukki junni ak ñeent junni ñaari ñaar ñi, te gannaaw ga mbooloo mu mag ma, dinañu nekk seede yi Yàlla ci werante gi ci kan mooy Yàlla ju dëggu ji. Baat yi ñuy yónnee ci ñaari weti xare ba, dañu leen taxawal ni “safara.” Xeeti xeet yépp dinañu leen dajale ngir dogal kan mooy Yàlla ju dëggu ji, te dina am ñaari xeetu seede ngir saxal “dëgg.”</w:t>
      </w:r>
    </w:p>
    <w:p>
      <w:pPr>
        <w:pStyle w:val="ArticleScripture"/>
        <w:jc w:val="left"/>
      </w:pPr>
      <w:r>
        <w:rPr>
          <w:rFonts w:ascii="Times New Roman" w:hAnsi="Times New Roman" w:eastAsia="Times New Roman" w:cs="Times New Roman"/>
        </w:rPr>
        <w:t>Na ñépp xeeti xeeti askan wi booloo, te na nit ñi dajale; kan ci ñoom moo man a wax lii, te won nu lu jiitu? Nañu indi seeni seede, ngir ñu man a àtteel ne jub nañu; walla nañu dégg te wax ne, “Lii dëgg la.” Yéen ngeen di samay seede, wax na Aji Sax ji, ak sama jaam bi ma tànn, ngir ngeen xam te gëm ma, te déggoo ne man maa ngi moom ki; bala ma amul benn Yàlla bu ñu sos, te du am itam gannaaw ma. Man, waaw man, maa di Aji Sax ji; te ku dul man amul musalkat. Man maa waxoon, te maa musaloon, te maa wonewoon, ba benn yàlla bu doxandéem nekkul woon ci seen biir; moo tax yéen ngeen di samay seede, wax na Aji Sax ji, ne man maa di Yàlla. Isaiah 43:9–12.</w:t>
      </w:r>
    </w:p>
    <w:p>
      <w:pPr>
        <w:pStyle w:val="ArticleBody"/>
        <w:jc w:val="left"/>
      </w:pPr>
      <w:r>
        <w:rPr>
          <w:rFonts w:ascii="Times New Roman" w:hAnsi="Times New Roman" w:eastAsia="Times New Roman" w:cs="Times New Roman"/>
        </w:rPr>
        <w:t>Feeñ gu mujj gu Tundu Karmel amna seede yi ngir Seytaane ak seede yi ngir Yàlla. Won wi am ngir firndeel ku di Yàlla ju dëgg, waaye lan la seede yu takku yu Yàlla war a seedeel?</w:t>
      </w:r>
    </w:p>
    <w:p>
      <w:pPr>
        <w:pStyle w:val="ArticleScripture"/>
        <w:jc w:val="left"/>
      </w:pPr>
      <w:r>
        <w:rPr>
          <w:rFonts w:ascii="Times New Roman" w:hAnsi="Times New Roman" w:eastAsia="Times New Roman" w:cs="Times New Roman"/>
        </w:rPr>
        <w:t>Nii la Boroom bu Israyil ak moom aji jotkatam, Boroom mbooloomi xare yi, wax: Man maa di ki jëkk, te man maa di ki mujj; te ku dul man amul yeneen Yàlla. Kan moo mel ni man, ba mana woo, yégle ko, te tëral ko ci sama kanam, li dale bi ma sampoon xeetu nit ñu yàgg? Te mbir yi di ñëw, ak yi nar a xew, nañu leen won nit ñooñu. Buleen ragal, buleen tiit; ndax xanaa waxoon naa leen ko bu yàgg te yégle ko? Yeen nag, seede yi la ngeen. Ndax am na Yàlla ku nekk ci sama wet? Déedéet, amul kenn ku nekk Yàlla; xamu ma beneen. Ñi di sàkk nataal wuñu xeeb, ñoom ñépp neen lañu; te seen ay mbir yu ñuy bëgg duñu jariñ; te ñoom ci seen bopp seede lañu; gisulñu, xamulñu, ngir ñu rus. Esayi 44:6–9.</w:t>
      </w:r>
    </w:p>
    <w:p>
      <w:pPr>
        <w:pStyle w:val="ArticleBody"/>
        <w:jc w:val="left"/>
      </w:pPr>
      <w:r>
        <w:rPr>
          <w:rFonts w:ascii="Times New Roman" w:hAnsi="Times New Roman" w:eastAsia="Times New Roman" w:cs="Times New Roman"/>
        </w:rPr>
        <w:t>Ñi gëm ci daje gu mujj ga ca Tundu Karmel dañuy seede ci dëgg ne Yàlla mooy Ki jëkk te mooy Ki mujj. Moom mooy Yàlla mi “sampoon nit ña ca jamono ju yàgg ja,” ngir xamle “mbir yi di ñëw.” Seede yi Yàlla war naa ñu jébbale Peeñug Yeesu Kirist bi ubbeeku woon lu jiitu bëre bu mujj bi ca Tundu Karmel.</w:t>
      </w:r>
    </w:p>
    <w:p>
      <w:pPr>
        <w:pStyle w:val="ArticleBody"/>
        <w:jc w:val="left"/>
      </w:pPr>
      <w:r>
        <w:rPr>
          <w:rFonts w:ascii="Times New Roman" w:hAnsi="Times New Roman" w:eastAsia="Times New Roman" w:cs="Times New Roman"/>
        </w:rPr>
        <w:t>Bataaxalu Tuur Karmel bu Seytaane daan yégle, mel na safara su wàcce ci asamaan.</w:t>
      </w:r>
    </w:p>
    <w:p>
      <w:pPr>
        <w:pStyle w:val="ArticleScripture"/>
        <w:jc w:val="left"/>
      </w:pPr>
      <w:r>
        <w:rPr>
          <w:rFonts w:ascii="Times New Roman" w:hAnsi="Times New Roman" w:eastAsia="Times New Roman" w:cs="Times New Roman"/>
        </w:rPr>
        <w:t>Te itam kéemaan yu réy, ba tax mu yéeggal safara jógé asamaan, wàcce ci suuf si ci kanam nit ñi, Révélation 13:13.</w:t>
      </w:r>
    </w:p>
    <w:p>
      <w:pPr>
        <w:pStyle w:val="ArticleBody"/>
        <w:jc w:val="left"/>
      </w:pPr>
      <w:r>
        <w:rPr>
          <w:rFonts w:ascii="Times New Roman" w:hAnsi="Times New Roman" w:eastAsia="Times New Roman" w:cs="Times New Roman"/>
        </w:rPr>
        <w:t>Aaya bi mooy melni kéemaan yi Etazini di def jaarale ko ci xam-xamu hipnoos bu jamono jii, bi ñuy yónnee ci nit ñi jaarale ko ci “yoon wu magg wu xibaar yi.” Waaye itam aaya bi mi ngi wax ci feeñug Seytaane moom ci boppam, bu muy took wàllu Kirist.</w:t>
      </w:r>
    </w:p>
    <w:p>
      <w:pPr>
        <w:pStyle w:val="ArticleScripture"/>
        <w:jc w:val="left"/>
      </w:pPr>
      <w:r>
        <w:rPr>
          <w:rFonts w:ascii="Times New Roman" w:hAnsi="Times New Roman" w:eastAsia="Times New Roman" w:cs="Times New Roman"/>
        </w:rPr>
        <w:t>“Malaka mi booloo ci yéglebesaayu ndawsi ñetteel bi, mooy leeral suuf si yépp ak ndamu. Fii, dañuy wax ci jëf ju yaatu ci àddina bépp te am doole ju melul woon. Yëngu-yëngu ngëneel gi ci at yi 1840–44, woon na feeñ gu tedd bu kàddug dooley Yàlla; yéglebesaayu ndawsi jëkk bi, yóbbu nañu ko ba ci bépp kër-yoonu mission ci àddina, te ci yenn réew yi, am na fa xereñu ngëm gu mag gii gën a réy ci lépp lu menn réew gisoon woon gannaaw Coppiteg xarnu fukki at ak juróom benni fukki at; waaye loolu yépp dees na ko sut ak yëngu-yëngu bu mag bi ci suufu artu mujj ba ci ndawsi ñetteel bi.”</w:t>
      </w:r>
    </w:p>
    <w:p>
      <w:pPr>
        <w:pStyle w:val="ArticleScripture"/>
        <w:jc w:val="left"/>
      </w:pPr>
      <w:r>
        <w:rPr>
          <w:rFonts w:ascii="Times New Roman" w:hAnsi="Times New Roman" w:eastAsia="Times New Roman" w:cs="Times New Roman"/>
        </w:rPr>
        <w:t>“Liggéey bi dina mel ni bu Bésub Pentekot. Naka lañu joxee ‘taw bu njëkk bi,’ ci tuurug Xelum Sell mi ca ubiteg xebaar bu baax ba, ngir jur saxalug peppu jéggi ja ju tedd ji, noonu itam dees na joxe ‘taw bu mujj bi’ ci jeexitalam ngir ñorali ngóob mi. ‘Kon dinañu xam, bu nu saxee ci xam Boroom bi: génneem waajal na ni suba; te dina ñëw ci nun ni taw, ni taw bu mujj ak taw bu njëkk ci suuf si.’ Ose 6:3. ‘Kon nag, yéen doom Siyon, bégleen te bég ci Boroom seen Yàlla: ndaxte jox na leen taw bu njëkk bi ci yam; te dina wàcceel leen taw, taw bu njëkk bi, ak taw bu mujj bi.’ Yoel 2:23. ‘Ci fan yu mujj yi, Yàlla nee na, dinaa tuur sama Xel ci kaw ñépp.’ ‘Te dina am ne, képp ku woo turu Boroom bi, dees na ko musal.’ Jëf ya 2:17, 21.”</w:t>
      </w:r>
    </w:p>
    <w:p>
      <w:pPr>
        <w:pStyle w:val="ArticleScripture"/>
        <w:jc w:val="left"/>
      </w:pPr>
      <w:r>
        <w:rPr>
          <w:rFonts w:ascii="Times New Roman" w:hAnsi="Times New Roman" w:eastAsia="Times New Roman" w:cs="Times New Roman"/>
        </w:rPr>
        <w:t>“Liggéey gu mag ci xebaar bu baax bi warul jeex ak ndigal wu gën a néew ci wone kàttanu Yàlla ngir li mu meloon ba mu ubbee. Kàdduy wax ju ñëw teyoon ba mu mat ci tuurug taw bi njëkk ci ubbeeku xebaar bu baax bi, dinañu dellu a mataat ci taw bu mujj bi ci jeexitalam. Fii la nekk ‘jamonoy yeesal’ yi, yi ndaw li Yeesu yonni bi, Piyeer, doon séentu bu mu waxee ne: ‘Tuub-leen nag te dellu ci Yàlla, ngir seeni bàkkaar far, ba noppi jamonoy yeesal di ñëw jóge ci kanamu Boroom bi; te dina yónni Yeesu.’ Acts 3:19, 20.”</w:t>
      </w:r>
    </w:p>
    <w:p>
      <w:pPr>
        <w:pStyle w:val="ArticleScripture"/>
        <w:jc w:val="left"/>
      </w:pPr>
      <w:r>
        <w:rPr>
          <w:rFonts w:ascii="Times New Roman" w:hAnsi="Times New Roman" w:eastAsia="Times New Roman" w:cs="Times New Roman"/>
        </w:rPr>
        <w:t>“Jaam Yàlla yi, seen kanam di leer te di weex ak sell njebalu sellal, dinañu gaaw gaaw dem bérab ba bérab ngir yégle bataaxal bi joge ci asamaan. Ak ay junni baat, ci kaw suuf gépp, deglu bi dees na ko joxe. Kéemaan yu réy dees na leen def, ñi wopp dañu naan, te ay firnde ak ay kéemaan dinañu topp ñi gëm. Seytaane itam dafay liggéey ak ay kéemaan yu dul dëgg, ba sax wàcce safara jógé asamaan ci kanam nit ñi. Revelation 13:13. Noonu lañuy yóbbu waa àddina ngir ñu jël seen taxawaay.” The Great Controversy, 611, 612.</w:t>
      </w:r>
    </w:p>
    <w:p>
      <w:pPr>
        <w:pStyle w:val="ArticleBody"/>
        <w:jc w:val="left"/>
      </w:pPr>
      <w:r>
        <w:rPr>
          <w:rFonts w:ascii="Times New Roman" w:hAnsi="Times New Roman" w:eastAsia="Times New Roman" w:cs="Times New Roman"/>
        </w:rPr>
        <w:t>Bu nu jot ci jamono ji Seytaane di woote safara wàcc ci asamaan bi, “ñi dëkk ci suuf dinañu leen indi ngir ñu taxaw ci seen wetu.” Ci jamono jooju, seede Yàlla “dina gaaw ci dëkk ak dëkk ngir yégle ndigtal li jóge asamaan bi. Ci junniy baat, ci kaw suuf sépp, deñcukaay bi dinañu ko jox.” Liggéey bi seede Yàlla yi di matal “dina mel ni li xewoon ca Bésu Pentikót ba,” ba “malaka mi bokk ci yéglee ndigtalu ñetteelu malaka bi war naa leerël suuf sépp ak ndamam.” Ca Pentikót, safara mooyoon misaalu tuurug Xel mu Sell mi, te safara mooy itam misaalu tuurug xelum sobe bu Seytaane.</w:t>
      </w:r>
    </w:p>
    <w:p>
      <w:pPr>
        <w:pStyle w:val="ArticleBody"/>
        <w:jc w:val="left"/>
      </w:pPr>
      <w:r>
        <w:rPr>
          <w:rFonts w:ascii="Times New Roman" w:hAnsi="Times New Roman" w:eastAsia="Times New Roman" w:cs="Times New Roman"/>
        </w:rPr>
        <w:t>Gannaaw Yowaana teewalee ñaar-fukk ak ñeent junni ñaar-benn ñi ak mbooloo mu mag mi ci Peeñu ya, saraxal yu juróom-ñaar fukki waajur yaat yi juróom-ñaar ñaareel, mu xamle ubbi gi ci saraxal bi juróom-ñaareel te mujj bi. Saraxal bu mujj bi walla juróom-ñaareel bi mooy melokaan bu ñuy ubbee Peeñu Yeesu Kirist, te moom rekk mooy yeneen waxi yonent yi ci téereb Peeñu ya bi waroon a ubbi lu jiitu muccug xelub àtte bi. Saraxal bi juróom-ñaareel, juróom-ñaari dënn yi, ak Peeñu Yeesu Kirist ñoom ñépp a ngi doon misaal yu benn dëgg, moomu la ñuy ubbi lu jiitu muccug xelub àtte bi. Peeñu Yeesu Kirist di fésal ci kaw jikko Yeesu ak kàttanamug bind nit ak mbindéef ni mooy Alfa ak Omega. Juróom-ñaari dënn yi di wone jaar-jaar bi ñu sealée ci ñaar-fukk ak ñeent junni ñaar-benn ña, te saraxal bi juróom-ñaareel di wone tuurug Xel Mu Sell mi ci biir jaar-jaar ba ñaari seede ya dekkatiwaat te jot kàttanug bindkat gu “dëggu” Yàlla, gi jógé ci Baay bi, jëm ci Doom ji, jëm ci Gàbariyel, jëm ci yonent bi, ba ci ñiy tann a jàng, dégg, tey sàmm kàttan ga nekk ci biiram.</w:t>
      </w:r>
    </w:p>
    <w:p>
      <w:pPr>
        <w:pStyle w:val="ArticleScripture"/>
        <w:jc w:val="left"/>
      </w:pPr>
      <w:r>
        <w:rPr>
          <w:rFonts w:ascii="Times New Roman" w:hAnsi="Times New Roman" w:eastAsia="Times New Roman" w:cs="Times New Roman"/>
        </w:rPr>
        <w:t>Te bi mu ubbee juróom-ñaareel bi, nekk na noppi ci asamaan lu tollu ni genn waxtu gu ndaw. Te gis naa juróom-ñaari malaaka yi taxaw fa kanam Yàlla; te joxees na leen juróom-ñaari trompet. Te beneen malaaka ñëw, taxaw ci wetu saraxukaay bi, yor kuur gu wurus; te joxees na ko cuuraay gu bare, ngir mu jébbal ko ak ñaani ñépp ñi sell, ci kaw saraxukaay bu wurus ba nekk fa kanam gàngune bi. Te saxaaru cuuraay ga, ga àndoon ak ñaani ñi sell, yéeg na ca kanam Yàlla, jóge ci loxob malaaka ba. Te malaaka ba jël kuur ga, feesal ko ak safara saraxukaay ba, sànni ko ci suuf: te am ay baat, ak ay dënn-dënn yu doole, ak ay melax, ak yengu-yengu suuf. Peeñu Yuhanna 8:1–5.</w:t>
      </w:r>
    </w:p>
    <w:p>
      <w:pPr>
        <w:pStyle w:val="ArticleBody"/>
        <w:jc w:val="left"/>
      </w:pPr>
      <w:r>
        <w:rPr>
          <w:rFonts w:ascii="Times New Roman" w:hAnsi="Times New Roman" w:eastAsia="Times New Roman" w:cs="Times New Roman"/>
        </w:rPr>
        <w:t>Ci xëtu aaya yi, “juróom-ñaari malaaka” “tax nañu kanam Yàlla” ak “juróom-ñaari liit.” Ñaari malaaka yu liit yooyu, ci yoonu njàng mi ñu jàpp bu baax, dañu leen daan xam ne dañuy tegu mbugalu Yàlla ci kaw Room ngir ñu dooleel jaamu Dibéer. Room gu bokkoon ci xeeti réewi xasida, ci suufu Constantine, jàllal na njëkk yoonu Dibéer ci atum 321, te ci atum 330, nguuram séddoo na ci penku ak sowwu. Looloo la tax, booba ba noppi, ñaari liit yu njëkk yi tàmbalee jib, te dañuy tegu dooley taariix yi ñu indiloon nguuram, te ci atum 476, ñoo tax dëkku Room des ba faatulati ne am na beneen kilifa Room buy nguuru ca dëkk ba, mi doon misaalu doole ak màggalu Room. Bi paapaas bi jàllalee yoonu Dibéer ci Ndaje Orleans ci atum 538, Mohammed dekkaat nañu ko ngir yóbbu mbugal ci kaw kërkër gu Room, ni ko ñaari liit yu juróomeel ak yu juróom-benn ya tegu, te itam ñoo nekkoon njàqare yi njëkk ak ñaareel, te dañuy tegu Islam. Naka la yoonu xam-xam gu cosaan gi ci lu jëm ci liit yooyu di dëgg, waaye ci xët wi leen feeñalee ci Peeñu Yàlla juróom-ñeent, ñu tekki na leen ne ay “musiba.”</w:t>
      </w:r>
    </w:p>
    <w:p>
      <w:pPr>
        <w:pStyle w:val="ArticleScripture"/>
        <w:jc w:val="left"/>
      </w:pPr>
      <w:r>
        <w:rPr>
          <w:rFonts w:ascii="Times New Roman" w:hAnsi="Times New Roman" w:eastAsia="Times New Roman" w:cs="Times New Roman"/>
        </w:rPr>
        <w:t>Te yeneen nit ñi, ñi réyul woon leen ci musiba yooyu, tuubewuñu woon sax ci jëf yi seen loxo defoon, ba ñu bañ a sujjóot seytaane yi ak xérëm yu wurus, ak xaalis, ak xànjar, ak doj, ak bant; yu mënul a gis, walla dégg, walla dox. Tuubewuñu woon itam ci seen rey nit, mbaa ci seen njibar, mbaa ci seen njaaloo, mbaa ci seen sàcc. Peeñu 9:20, 21.</w:t>
      </w:r>
    </w:p>
    <w:p>
      <w:pPr>
        <w:pStyle w:val="ArticleBody"/>
        <w:jc w:val="left"/>
      </w:pPr>
      <w:r>
        <w:rPr>
          <w:rFonts w:ascii="Times New Roman" w:hAnsi="Times New Roman" w:eastAsia="Times New Roman" w:cs="Times New Roman"/>
        </w:rPr>
        <w:t>Matuggu bu mat mujj ci juróom-ñaari xut yi mooy juróom-ñaari musiba yu mujj yi ci Pëndum Yóoxanaa aaya fukk ak juróom-benn. Ndax sax benn seetaan bu néew ci melokaan yi Yàlla waxoon ci juróom-ñaari xut yi ci Pëndum Yóoxanaa aaya juróom-ñett dina wone ne dañuy yor melokaan yu méngoo ak juróom-ñaari musiba yu mujj yi. Ubbi gi ci juróom-ñaareel màndarga bi am na ci jaar-jaaru mbootaay mi bu àttey yégle bi di jeex ngir merum Yàlla, ni ko juróom-ñaari musiba yu mujj yi feeñale, di tuuru.</w:t>
      </w:r>
    </w:p>
    <w:p>
      <w:pPr>
        <w:pStyle w:val="ArticleBody"/>
        <w:jc w:val="left"/>
      </w:pPr>
      <w:r>
        <w:rPr>
          <w:rFonts w:ascii="Times New Roman" w:hAnsi="Times New Roman" w:eastAsia="Times New Roman" w:cs="Times New Roman"/>
        </w:rPr>
        <w:t>Bi Kirist, ni muy gaynde gi cosaanu Yuda, “ubbeekuñañ juróom-ñaareel bi,” malaaka am benn kaase bu wurus daldi ñëw taxaw ci saraxal ba; te ñu jox ko cuuraay bu bare, ngir mu jébbal ko ak ñaan yi yépp yu gaayi Yàlla yi ci saraxal bu wurus bi nekkoon kanam gàngune bi. Te saxaaru cuuraay ba, bi àndoon ak ñaan yi yu gaayi Yàlla yi, yéegoon na ca kanam Yàlla, jóge ci loxob malaaka ba.” Tuurug Xel mu Sell mi ca Pentekot ga, ñëwoonul lu jiitu ludul ñaan bu benn xel bu ñi gëm ñi dajaloo woon Yerusalem.</w:t>
      </w:r>
    </w:p>
    <w:p>
      <w:pPr>
        <w:pStyle w:val="ArticleScripture"/>
        <w:jc w:val="left"/>
      </w:pPr>
      <w:r>
        <w:rPr>
          <w:rFonts w:ascii="Times New Roman" w:hAnsi="Times New Roman" w:eastAsia="Times New Roman" w:cs="Times New Roman"/>
        </w:rPr>
        <w:t>“Yeesalug dëgg ci sunu biir mooy li gëna mag te gëna jëkk ci sunuy soxla yépp. Wut ngir am ko war na doon sunu njëkk liggéey. Fàww nit ñi jéem ak seen xol bépp ngir jot barkeb Boroom bi, du ndax Yàlla bëggul nu may barkeem, waaye ndaxte nun waxuma nu tegul sunu bopp ngir nangu ko. Sunu Baay bi ci kaw gëna bëgg a jox ñi koy ñaan Xelum Sellam, baay ak yaay yu àddina gënul a may seen doom ndono yu baax. Waaye sunu liggéey mooy, jaarale ko ci wax-adina, toroxlu, tuub, ak ñaan gu dëgër, matal xaalis yi Yàlla digoon na ci ne dina nu may barkeem. Yeesalug xel mën nañu ko séentu rekk ci tontu ñaan.” Selected Messages, book 1, 121.</w:t>
      </w:r>
    </w:p>
    <w:p>
      <w:pPr>
        <w:pStyle w:val="ArticleBody"/>
        <w:jc w:val="left"/>
      </w:pPr>
      <w:r>
        <w:rPr>
          <w:rFonts w:ascii="Times New Roman" w:hAnsi="Times New Roman" w:eastAsia="Times New Roman" w:cs="Times New Roman"/>
        </w:rPr>
        <w:t>Ubbitug fukk baat bi moom, mooy ngir xam buum mi ñuy tàcc ñaar-fukk ak ñeent junni nit. Tàcc boobu tambali na ci ñaan, waaye du rekk jëfandikoo ñaan ci yoon wu yaatu, waaye ci benn ñaan bu leer te mu xëy. Ñaan boobu bu leer, téereb Daniel moo ko wax, te moom itam, ci dëgg-dëgg, mooy téereb Peeñug Yàlla.</w:t>
      </w:r>
    </w:p>
    <w:p>
      <w:pPr>
        <w:pStyle w:val="ArticleBody"/>
        <w:jc w:val="left"/>
      </w:pPr>
      <w:r>
        <w:rPr>
          <w:rFonts w:ascii="Times New Roman" w:hAnsi="Times New Roman" w:eastAsia="Times New Roman" w:cs="Times New Roman"/>
        </w:rPr>
        <w:t>Yowaana ci Kàddug Peeñ gi ak Daaniyel ci téereem, dañuy melal ñaari téeméer ak ñeent-fukk ak ñeent-ñaar junni ñi ci “bés yu mujj yi.” Ci “bés yu mujj yi,” ñi war a nekk seede Yàlla yi bi xeexu asamaan bu njëkk di am, dinañu seedeel waxi wax jii ñu ubbi tuuti laata waxtu jéggal gi tëjje. Lii dees na ko melal ci ni mu nekk baat bu juróom-ñaareel bi ci ay aaya yi nu ngiy seet léegi. Ñaan yi ñëw ci malaaka mi yor “safaraas bu wurus” dees na leen melal ci ñaanu Daaniyel bi nekk ci saar gu juróom-ñenteel ci téereem. Ñaan boobu ñaan bu mat sëkk la, bi Muusaa tëraloon ci lëkkaloo ak waxi wax bi ci “juróom-ñaari waxtu.” Ñaan boobu ñaar-fànn la, te Daaniyel teg na mbirum ñaanam gu ñaar-fànn ci kàdduy “móolu yàq” ak “ngiñ” yu Muusaa. Téerey Daaniyel ak Peeñ benn téere lañu, te rëdd yu mel ni waxi wax yi nekk ci téereb Daaniyel lañuy jëlati ci téereb Peeñ.</w:t>
      </w:r>
    </w:p>
    <w:p>
      <w:pPr>
        <w:pStyle w:val="ArticleBody"/>
        <w:jc w:val="left"/>
      </w:pPr>
      <w:r>
        <w:rPr>
          <w:rFonts w:ascii="Times New Roman" w:hAnsi="Times New Roman" w:eastAsia="Times New Roman" w:cs="Times New Roman"/>
        </w:rPr>
        <w:t>Ñaan gi di indi tuurug safara sell bi ci yëngu-yëngu malaaka bu mag ba ci Peeñu 18, mooy ñaanu Daaniyeel bu “juróom-ñaari yoon.” Mooy ñaan ga taxoon malaaka Gàbiriyeel wàccé asamaan ngir leeral Daaniyeel kàdduy waxi yonent yi. Bi mu jeexalee ñaanam, mi ëmb tàngoor yi njëkk ak ñaar-fukk yi ci Daaniyeel 9, Gàbiriyeel wàcc na waxtu saraxu ngoon. Ñaan yi yéeg, yi malaaka mi yor ndab lu wurus di jot, ay ñaan la yu yéeg bi jant bi di so, ci ngoonug “bés yu mujj yi.”</w:t>
      </w:r>
    </w:p>
    <w:p>
      <w:pPr>
        <w:pStyle w:val="ArticleScripture"/>
        <w:jc w:val="left"/>
      </w:pPr>
      <w:r>
        <w:rPr>
          <w:rFonts w:ascii="Times New Roman" w:hAnsi="Times New Roman" w:eastAsia="Times New Roman" w:cs="Times New Roman"/>
        </w:rPr>
        <w:t>Bi may ma doon wax ak di ñaan, di confess sama bàkkaar ak bàkkaaru sama xeetu Israyil, te di joxe sama ñaan ci kanam Aji Sax ji, sama Yàlla, ngir tundu sellu sama Yàlla; waaw, bi may doon wax ci ñaan ga, góor ga Gàbriyel, ki ma gisoon ci peeñ ma ca njàlbéen ga, mi ñu tax mu niiw bu gaaw, laal ma ci waxtu saraxu ngoon gi. Daniel 9:20, 21.</w:t>
      </w:r>
    </w:p>
    <w:p>
      <w:pPr>
        <w:pStyle w:val="ArticleBody"/>
        <w:jc w:val="left"/>
      </w:pPr>
      <w:r>
        <w:rPr>
          <w:rFonts w:ascii="Times New Roman" w:hAnsi="Times New Roman" w:eastAsia="Times New Roman" w:cs="Times New Roman"/>
        </w:rPr>
        <w:t>Ñaanu Dañeel doonoon na nangug ay ay bàkkaaroom rekkul, waaye itam bàkkaar yi nit Yàlla yi def. Ñaanam mooy misaalu ñaanu tuub mi jokkoo ak “juróom-ñaari yoon yi” ci Leebit gu ñaar-fukk ak juróom-benn.</w:t>
      </w:r>
    </w:p>
    <w:p>
      <w:pPr>
        <w:pStyle w:val="ArticleScripture"/>
        <w:jc w:val="left"/>
      </w:pPr>
      <w:r>
        <w:rPr>
          <w:rFonts w:ascii="Times New Roman" w:hAnsi="Times New Roman" w:eastAsia="Times New Roman" w:cs="Times New Roman"/>
        </w:rPr>
        <w:t>Te ñi des ci yéen dinañu laxas ndax seeni tooñ ci réewi seeni noon; te itam, ci tooñi seeni baay, dinañu laxas ak ñoom. Bu ñu nangu seeni tooñ, ak tooñi seeni baay, ak seen moytoo gu ñu moytoo ma, te itam ne dox nañu ci lu juuyoo ak man; te ne man itam, juuyoo naa ak ñoom, ba indi leen ci réewu seeni noon; bu ko defee seen xol yu xarafalul suufeeku, te noonu ñu nangu mbugalu seen tooñ: Kon dinaa fàttaliku sama kóllëre ak Yanqóoba, te itam sama kóllëre ak Isaaxa, te itam sama kóllëre ak Ibraaima dinaa ko fàttaliku; te dinaa fàttaliku réew mi. Lewiit 26:39–42.</w:t>
      </w:r>
    </w:p>
    <w:p>
      <w:pPr>
        <w:pStyle w:val="ArticleBody"/>
        <w:jc w:val="left"/>
      </w:pPr>
      <w:r>
        <w:rPr>
          <w:rFonts w:ascii="Times New Roman" w:hAnsi="Times New Roman" w:eastAsia="Times New Roman" w:cs="Times New Roman"/>
        </w:rPr>
        <w:t>Gannaaw Muuse nettaliyee mbugal mi ñu boole ak “juróom-ñaari yoon yi,” bi mu ko tuddee ne mooy “xuloo” kàddug yàllay Yàlla, mu wax it li war a nekk jëfug askanu Yàlla su fekkee ne ñoom xam nañu ne ay jaam lañu nekk ci suuf su noon yi, ni Danyeel nekkoon. Waroon nañu, ni Danyeel tegtalee ko, confess seeni bàkkaar, te itam bàkkaar yu seeni baay.</w:t>
      </w:r>
    </w:p>
    <w:p>
      <w:pPr>
        <w:pStyle w:val="ArticleBody"/>
        <w:jc w:val="left"/>
      </w:pPr>
      <w:r>
        <w:rPr>
          <w:rFonts w:ascii="Times New Roman" w:hAnsi="Times New Roman" w:eastAsia="Times New Roman" w:cs="Times New Roman"/>
        </w:rPr>
        <w:t>Bu ñaan bu xóot bii, su ko ñiñu woo ngir nekk ñent-fukk ak ñeent junni ak ñeent-fukk ak ñeent ña, malaaka mi yor saafara gu wurus gi dina jël “ndab li,” te feesal “ko ak safara bànqaas bi, ba noppi sànni ko ci suuf si; te baat yu bare am, ak dënn-dënn yu mag, ak melax, ak yengu-yengu suuf bu mag.” Safara su sell si, si muy tektal xebaaru “dëgg” bi ci wàllu xebaaru “safara” bu fen bi, bi États-Unis ak Seytaane wàcce ci asamaan, di am ci waxtu “yengu-yengu suuf” bi, muy yoonu Dimaas.</w:t>
      </w:r>
    </w:p>
    <w:p>
      <w:pPr>
        <w:pStyle w:val="ArticleBody"/>
        <w:jc w:val="left"/>
      </w:pPr>
      <w:r>
        <w:rPr>
          <w:rFonts w:ascii="Times New Roman" w:hAnsi="Times New Roman" w:eastAsia="Times New Roman" w:cs="Times New Roman"/>
        </w:rPr>
        <w:t>Ci téere Sarxariya, ñu xamal nu ne Serubbabel moo sampu ndombootug kër Yàlla te moo teg itam doj wu njëkk ba, ci jaar-jaaru tabaxaat kër Yàlla ak Yerusalem gannaaw delluwaay bi jóge ci jaamukaay ga Dañeel bokkoon.</w:t>
      </w:r>
    </w:p>
    <w:p>
      <w:pPr>
        <w:pStyle w:val="ArticleScripture"/>
        <w:jc w:val="left"/>
      </w:pPr>
      <w:r>
        <w:rPr>
          <w:rFonts w:ascii="Times New Roman" w:hAnsi="Times New Roman" w:eastAsia="Times New Roman" w:cs="Times New Roman"/>
        </w:rPr>
        <w:t>Noonu mu tontu te wax ma ne, naan: Lii mooy kàddug Aji Boroom bi ci Zerubbabel, naan: Du ci doole, du ci kàttan, waaye ci sama Xel rekk, la Aji Boroom bu Mbooloom yi wax. Yaw kan nga, yow tundu bu mag bi? Ci kanamu Zerubbabel dinga nekk tàkk. Te moom dina génne doju bopp ba ak xaacu yu mag, di wax: Yërmande, yërmande ci moom. Te itam kàddug Aji Boroom bi dikk ci man, naan: Loxo yi Zerubbabel moo tabax tëriinu kër gii; ay loxoom itam dinañu ko matal; te dinga xam ne Aji Boroom bu Mbooloom yi moo ma yónni ci yéen. Ndax kan moo xeeb bésu mbir yu ndaw yi? Ndax dinañu bég, te dinañu gis plomb bi ci loxol Zerubbabel, ak ñaar-fukki juróom-ñaar yooyu; ñoomooy bët yu Aji Boroom bi, yiy daw fu nekk ci kaw suuf si bépp. Sekarya 4:6–10.</w:t>
      </w:r>
    </w:p>
    <w:p>
      <w:pPr>
        <w:pStyle w:val="ArticleBody"/>
        <w:jc w:val="left"/>
      </w:pPr>
      <w:r>
        <w:rPr>
          <w:rFonts w:ascii="Times New Roman" w:hAnsi="Times New Roman" w:eastAsia="Times New Roman" w:cs="Times New Roman"/>
        </w:rPr>
        <w:t>Serubaabel tekki “njuram Babilon”, te mooy màndarga yonnent bu ñaareelu malaaka bi, te buñu ko boole ak yégle Gémmiñu Guddi gi, mu samp “fondasioŋ” bi ci tàmbalig yëngu-yënguu Adavantis. Serubaabel itam day wone dellusi yégle bu ñaareelu malaaka bi ci mujjeefu yëngu-yënguu Adavantis, ci yëngu-yënguu Future for America, bi ñuy teg “batu kawe bi”.</w:t>
      </w:r>
    </w:p>
    <w:p>
      <w:pPr>
        <w:pStyle w:val="ArticleBody"/>
        <w:jc w:val="left"/>
      </w:pPr>
      <w:r>
        <w:rPr>
          <w:rFonts w:ascii="Times New Roman" w:hAnsi="Times New Roman" w:eastAsia="Times New Roman" w:cs="Times New Roman"/>
        </w:rPr>
        <w:t>Àddina bi bég ci ñaari seede yi ñu reyoon ci xuru yax yu dee, ci mbedd mi ñuy wax ne mooy “yoonu super highway bu xibaar.” Ba ñaari seede yooyu dekkalee, àddina tiit, te asamaan yi bég. Sakkariya, ni képp ku doon yonent, mooy wone “fan yu mujj yi” bi nit Yàlla yi di bég. Sakkariya xamal na nu ne dañuy bég ci ndekkiteg ñaari seede yi, bu ñu gis “ñaar-fukk ak juróom-ñaari yooyu.” “Ñaar-fukk ak juróom-ñaari yooyu” mooy benn baatub Ebrë bu ñu tekkiwoon ne “juróom-ñaari yoon” ci Léwítik ñaar-fukk ak juróom-benn. Yëngu-yëngub malaaka bu njëkk bi moo sampoon doj wiir wi ci juróom-ñaari yooni Muusaa, te “dëgg googu” itam war na ne mooy doj peppug yëngu-yëngub malaaka bu ñetteel bi, doonte dees na ko bañoon ci 1863.</w:t>
      </w:r>
    </w:p>
    <w:p>
      <w:pPr>
        <w:pStyle w:val="ArticleBody"/>
        <w:jc w:val="left"/>
      </w:pPr>
      <w:r>
        <w:rPr>
          <w:rFonts w:ascii="Times New Roman" w:hAnsi="Times New Roman" w:eastAsia="Times New Roman" w:cs="Times New Roman"/>
        </w:rPr>
        <w:t>Buñ ko xammee te matal ko, te jëfe ko ak ñaari ñaan yu jaadu yi mu war, safara dëgg ji dinañu ko sànni ci suuf, ni ko woon ca Bentikost.</w:t>
      </w:r>
    </w:p>
    <w:p>
      <w:pPr>
        <w:pStyle w:val="ArticleBody"/>
        <w:jc w:val="left"/>
      </w:pPr>
      <w:r>
        <w:rPr>
          <w:rFonts w:ascii="Times New Roman" w:hAnsi="Times New Roman" w:eastAsia="Times New Roman" w:cs="Times New Roman"/>
        </w:rPr>
        <w:t>Dina continuer di wax ci ubbi giiru juróom-ñaareel bi ci artik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Peñu Yeesu Kirist — Limu Fukk ak Ñent</dc:title>
  <dc:subject>Bëndu juróom-ñaareel</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