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Peeñu Yeesu Kirist — Nimeero Fukk ak Juróom-Ñett</w:t>
      </w:r>
    </w:p>
    <w:p>
      <w:pPr>
        <w:pStyle w:val="ArticleSubtitle"/>
        <w:jc w:val="left"/>
      </w:pPr>
      <w:r>
        <w:rPr>
          <w:rFonts w:ascii="Arial" w:hAnsi="Arial" w:eastAsia="Arial" w:cs="Arial"/>
        </w:rPr>
        <w:t>Bàkkaar yi Baay yi def</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Ci atum 1856, James ak Ellen White xamale nañ ne Adventisme Millerite bi, bi jëkk doon Philadelphia, dafa doon Laodicea. Gannaaw loolu James White tàmbalee yéglee waxu Laodicea ci yokkute gi jaarale ko ci Review and Herald. Ci benn bind mi, ci benn at mi itam, ñu joxe yokkuteg leer gu gën ci mbirum “juróom-ñaari yoon” yi ci Lévitique fanweeri benn, ci ab taxawaayu juróom-ñaari bind yu Hiram Edson, kooku mi White yi fonkoon lool ba tax ñu tuddee seen doom bu njëkk ci turam. Taxawaayu bind boobu mujje woon ak digeb ne dinañu ko matal ci kanam, waaye feeñatuwaatul mukk. Ci kër yéppoo gu yokkute gi, ba hareketu malaaka bu njëkk bi di jóge Philadelphia dem Laodicea, yokkute gi daanu ci kaw “juróom-ñaari yoon” yi ci Lévitique fanweeri benn, yi teewaloon boppam ginnaaw njàngat gu njëkk ci “kàddug yoon ci jamono” gi malaakay Yàlla yi jiite woon William Miller mu xam ko te yégle ko.</w:t>
      </w:r>
    </w:p>
    <w:p>
      <w:pPr>
        <w:pStyle w:val="ArticleBody"/>
        <w:jc w:val="left"/>
      </w:pPr>
      <w:r>
        <w:rPr>
          <w:rFonts w:ascii="Times New Roman" w:hAnsi="Times New Roman" w:eastAsia="Times New Roman" w:cs="Times New Roman"/>
        </w:rPr>
        <w:t>“Juróom-ñetti waxtu” mooy doju ndombo bu ëpp solo ci fondasiyoŋu kër-gu magu Millerite. Bépp misaal gu yonent buy wone fondasiyoŋ bu sell mooy misaalu Kirist, ndaxte kenn manul samp beneen fondasiyoŋ budul Kirist.</w:t>
      </w:r>
    </w:p>
    <w:p>
      <w:pPr>
        <w:pStyle w:val="ArticleScripture"/>
        <w:jc w:val="left"/>
      </w:pPr>
      <w:r>
        <w:rPr>
          <w:rFonts w:ascii="Times New Roman" w:hAnsi="Times New Roman" w:eastAsia="Times New Roman" w:cs="Times New Roman"/>
        </w:rPr>
        <w:t>Ndax kenn manul tëral beneen fondemaŋ bu dul bi ñu tëral ba noppi, te mooy Yeesu Kirist. 1 Corinthians 3:11.</w:t>
      </w:r>
    </w:p>
    <w:p>
      <w:pPr>
        <w:pStyle w:val="ArticleBody"/>
        <w:jc w:val="left"/>
      </w:pPr>
      <w:r>
        <w:rPr>
          <w:rFonts w:ascii="Times New Roman" w:hAnsi="Times New Roman" w:eastAsia="Times New Roman" w:cs="Times New Roman"/>
        </w:rPr>
        <w:t>Du Krista rekk mooy fondasiyoŋ bi, waaye itam mooy doj-u fondasiyoŋ bi ñi tabaxkat yi bañoon te gannaaw loolu ñu tëb ci moom. Moom mooy doj bi mujj di boppu xonq wi. Ci jaar-jaaru Millerite, “juróom-ñaari yoon yi” moo doon misaalu doj-u xonq woowu.</w:t>
      </w:r>
    </w:p>
    <w:p>
      <w:pPr>
        <w:pStyle w:val="ArticleBody"/>
        <w:jc w:val="left"/>
      </w:pPr>
      <w:r>
        <w:rPr>
          <w:rFonts w:ascii="Times New Roman" w:hAnsi="Times New Roman" w:eastAsia="Times New Roman" w:cs="Times New Roman"/>
        </w:rPr>
        <w:t>Kirist dafa dëggal kóllëre gi ak ñu bare ñeel benn ayu-bés. Tëralin wax jii ci “juróom-ñaari yoon” yi ñu teg woon ci bëj-gànnaar gi Israyil (yi Hiram Edson xamale woon ci juróom-ñetti maqaal yu matul) moo delloo benn tëralin bu yam ak ayu-bésu kàddu-yàlla bi Kirist dëggal kóllëre gi ci matalug Daniel saar 9, aaya 27. Ayu-bés bi Kirist doon dajale Israyil, mooy benn tëralin bu yam ak ayu-bés bi Kirist tasare Israyil. Tasaarug Israyil bu yàgg ma doon ñaar-fukki téeméeri ak juróom-ñaar-fukk at, te dajaleb Israyil buy xel mooy ñaar-fukki téeméeri ak juróom-ñaar-fukk fan. Moo dajale Israyil ngir dëggal kóllëre gi, te moo tasare Israyil ndax xulóo gi ci kaw kóllëreem. Ñu xàmme “juróom-ñaari yoon” yi ne ñooy doj wu njëkk wi kër-u Yàlla gu Millerite, lëpp ànd na bu baax ak ñu xàmme Kirist ne mooy doj wu njëkk wi. Ku bañ doj woowu, dafay bañ Kirist.</w:t>
      </w:r>
    </w:p>
    <w:p>
      <w:pPr>
        <w:pStyle w:val="ArticleBody"/>
        <w:jc w:val="left"/>
      </w:pPr>
      <w:r>
        <w:rPr>
          <w:rFonts w:ascii="Times New Roman" w:hAnsi="Times New Roman" w:eastAsia="Times New Roman" w:cs="Times New Roman"/>
        </w:rPr>
        <w:t>Bi Kirist, ci atum 1856, taxawal ci buntu Laodicea di bës bu jëkk ci jaar-jaaru taarixu kiristeen, dafa doon wut ngir jur yokkuteg xam-xam ci kaw doj wu teree, wi ñi tabaxkat yaa ngi doon bëgg a bàyyi. Juróom-ñaari at gannaaw loolu, walla nga wax, gannaaw ñaar-fukki junni ak téeméer ak ñaar-fukk fan yu misaal, Adventismu Laodicea tëj na bunt bi. Lu metti mooy ne Adventism bañ na gis yokkuteg xam-xam bi. Doj wu nga ci tëb mooy doj wu nga gisul, waaye ba tey mu ngi fa.</w:t>
      </w:r>
    </w:p>
    <w:p>
      <w:pPr>
        <w:pStyle w:val="ArticleScripture"/>
        <w:jc w:val="left"/>
      </w:pPr>
      <w:r>
        <w:rPr>
          <w:rFonts w:ascii="Times New Roman" w:hAnsi="Times New Roman" w:eastAsia="Times New Roman" w:cs="Times New Roman"/>
        </w:rPr>
        <w:t>Sama xeet dañuy yàqu ndax ñàkk xam-xam; gannaaw da nga bañ xam-xam, man it dinaa la bañ, ba du nga doon saraxalekat ci samaw bopp; gannaaw fàtte nga yoonu sa Yàlla, man it dinaa fàtte say doom. Ose 4:6.</w:t>
      </w:r>
    </w:p>
    <w:p>
      <w:pPr>
        <w:pStyle w:val="ArticleBody"/>
        <w:jc w:val="left"/>
      </w:pPr>
      <w:r>
        <w:rPr>
          <w:rFonts w:ascii="Times New Roman" w:hAnsi="Times New Roman" w:eastAsia="Times New Roman" w:cs="Times New Roman"/>
        </w:rPr>
        <w:t>Mbañum “juróom ñaari yoon” bi, ci kaw nguur gu bëj-gànnaaw gu Yuda, tàmbalee na ci 677 BC te jeex na ci 22 Oktoobar 1844, ànd ak ñaari junni ak ñetti téeméer at yi ci Daniel saar 8, aaya 14. “Juróom ñaari yoon” bi bokk na ci waxi yonent bi sax, biñu ràññee ni mooy “ndombo ak doxalin gu digg ba” bu yëngu-yëngu Advent bi. Ndombo ak doxalin gu digg ba bu Adventism bi mat na ci benn jamono ak yeneen waxi yonent yu bari. “Juróom ñaari yoon” bi, ñaari junni ak ñetti téeméer fan yi, Malaki saar 3, Daniel saar 7, aaya 13, ak léebu Matye 25 ci fukki janq yi, yépp mat nañu ci 22 Oktoobar 1844. Besub 22 Oktoobar 1844 mooy bes bu sampu yëngu-yëngu Advent bi, te ci lëkkalook bes boobu, am na benn rekk ndigël biñu ràññee.</w:t>
      </w:r>
    </w:p>
    <w:p>
      <w:pPr>
        <w:pStyle w:val="ArticleScripture"/>
        <w:jc w:val="left"/>
      </w:pPr>
      <w:r>
        <w:rPr>
          <w:rFonts w:ascii="Times New Roman" w:hAnsi="Times New Roman" w:eastAsia="Times New Roman" w:cs="Times New Roman"/>
        </w:rPr>
        <w:t>Malaaka mi ma gis a taxaw ci kaw géej gi ak ci kaw suuf si, yékkati na loxoom jëm asamaan, te giñ na ci Kiy dund ba fàww ak fàww, Mi bind asamaan ak li nekk ci biiram, ak suuf si ak li nekk ci biiram, ak géej gi ak li nekk ci biiram, ne waxtu du yokkati fenn. Apocalipsis 10:5, 6.</w:t>
      </w:r>
    </w:p>
    <w:p>
      <w:pPr>
        <w:pStyle w:val="ArticleBody"/>
        <w:jc w:val="left"/>
      </w:pPr>
      <w:r>
        <w:rPr>
          <w:rFonts w:ascii="Times New Roman" w:hAnsi="Times New Roman" w:eastAsia="Times New Roman" w:cs="Times New Roman"/>
        </w:rPr>
        <w:t>Sister White waxi malaakam bi nekk ci Revelasioŋ sarax 10, mi taxawoon ci suuf ak ci géej, ne mooy Yeesu Kirist.</w:t>
      </w:r>
    </w:p>
    <w:p>
      <w:pPr>
        <w:pStyle w:val="ArticleScripture"/>
        <w:jc w:val="left"/>
      </w:pPr>
      <w:r>
        <w:rPr>
          <w:rFonts w:ascii="Times New Roman" w:hAnsi="Times New Roman" w:eastAsia="Times New Roman" w:cs="Times New Roman"/>
        </w:rPr>
        <w:t>“Malaka bu am soloona Yowaana, kenn du kennul woon daraaja lu gëna magul Yesu Kirist mooyoon. Li mu teg ay tànkam yu ndeyjoor ci géej gi, ak bu càmmoñ bi ci suuf su wow, dafay won wàll wi Muy doxal ci njàlbéen yu mujj yi ci jëfandikoo gu mag ga ak Seytaane. Taxawaayam boobu di firndeel sañ-sañam ak ndiggëlam gu kawe gi ci suuf sépp.” The Seventh-day Adventist Bible Commentary, volume 7, 971.</w:t>
      </w:r>
    </w:p>
    <w:p>
      <w:pPr>
        <w:pStyle w:val="ArticleBody"/>
        <w:jc w:val="left"/>
      </w:pPr>
      <w:r>
        <w:rPr>
          <w:rFonts w:ascii="Times New Roman" w:hAnsi="Times New Roman" w:eastAsia="Times New Roman" w:cs="Times New Roman"/>
        </w:rPr>
        <w:t>Kirist dafa taxaw ci kaw géej gi ak suuf si ngir tekki sañ-sañam gu kawe gi. Gannaaw loolu mu yékkati ay loxoom te santaane ne “waxtu du amati.” Kirist dafa doon dugg ci kóllëre ak ñi doon Millerites yi, te mu jox leen benn ndigal, ni mu ko joxoon Ibraaima bi mu duggee ak moom ci kóllëre. Mu santaane Ibraaima ngir xaraf doom yu góor yi. Bi mu duggee ci kóllëre ak askan wu tànn wi ci jamonoy Muusaa, mu jox ndigal yu bare, te ndigal yooyu boole woon nañu sàrt ne saraxalekat yi rekk a war a laal gaal gu sell gi. Mu yékkati loxoom te waat ne ci 22 Oktoobar 1844, waxtuy yonent yi dootuñu bokkaat ci yonenti xel yi ci Biibël bi. Yeesu dafa woon wax ci mbirum “waxtu ak jamono” bi mu yégee asamaan ci ab niir, ànd ak malaaka yi, noonu di misaal yéegub ñaari seede yi ni màndarga gi. Li mu santaanee booba, ci “waxtu ak jamono” la jëm.</w:t>
      </w:r>
    </w:p>
    <w:p>
      <w:pPr>
        <w:pStyle w:val="ArticleScripture"/>
        <w:jc w:val="left"/>
      </w:pPr>
      <w:r>
        <w:rPr>
          <w:rFonts w:ascii="Times New Roman" w:hAnsi="Times New Roman" w:eastAsia="Times New Roman" w:cs="Times New Roman"/>
        </w:rPr>
        <w:t>Ba mu dajale woonoo nag, ñu laaj ko ne ko: “Sang bi, ndax ci jamono jii nga di delloo buurug Israayil?” Mu ne leen: “Doo leen yelloo xam waxtu yi walla jamono yi, yi Baay bi teg ci sañ-sañam bopp. Waaye dingeen jot kàttan, bu Xel mu Sell mi wàcce ci yéen; te dingeen nekk seede yi ma, ci Yerusalem ak ci bépp Yudee, ak ci Samari, ba ca ëpp sori ci suuf si.” Jëf ya 1:6–8.</w:t>
      </w:r>
    </w:p>
    <w:p>
      <w:pPr>
        <w:pStyle w:val="ArticleBody"/>
        <w:jc w:val="left"/>
      </w:pPr>
      <w:r>
        <w:rPr>
          <w:rFonts w:ascii="Times New Roman" w:hAnsi="Times New Roman" w:eastAsia="Times New Roman" w:cs="Times New Roman"/>
        </w:rPr>
        <w:t>Yeesu waxul ne amul jamono ak saa yi, ndaxte bi mu waxe jaarale ko ci Suleymaan, moo dëggaloon ne am na “jamono ak saa yi.”</w:t>
      </w:r>
    </w:p>
    <w:p>
      <w:pPr>
        <w:pStyle w:val="ArticleScripture"/>
        <w:jc w:val="left"/>
      </w:pPr>
      <w:r>
        <w:rPr>
          <w:rFonts w:ascii="Times New Roman" w:hAnsi="Times New Roman" w:eastAsia="Times New Roman" w:cs="Times New Roman"/>
        </w:rPr>
        <w:t>Lu mboolem am na jamono, te am na waxtu ngir bépp mébét ci suufu asamaan si: Ecclésiaste 3:1.</w:t>
      </w:r>
    </w:p>
    <w:p>
      <w:pPr>
        <w:pStyle w:val="ArticleBody"/>
        <w:jc w:val="left"/>
      </w:pPr>
      <w:r>
        <w:rPr>
          <w:rFonts w:ascii="Times New Roman" w:hAnsi="Times New Roman" w:eastAsia="Times New Roman" w:cs="Times New Roman"/>
        </w:rPr>
        <w:t>Am na “jamono ak waxtu yi” ci bindu Biibël bi, yu doon seede yu jëm ci Palmoni, “Ki Xayma lim”, waaye bu njëkk ci 22 Oktoobar 1844, nit ñi Yàlla dogal na leen ne duñu weeñati mukk yégleb gu yonent gu wéeru ci waxtu. Ndëggalu Yeesu bi mu wax taalibe yi lu jiitu ngir mu yéeg asamaan, mooy wone tarix bi jiitu lu sell ci nitam yu set di yéeg ngir nekk sañ-sañu xëy ci Peeñu gi, saar 11, te méngoo na ak ndigël bi mu joxe 22 Oktoobar 1844. Ci bés bu tëj aduna Adventism bi, Kirist dafa santaane ne dootu amati yeneen yégleb yu yonent yu sukkandiku ci waxtu, te ci yéegam asamaan, bi doon misaal yéeg gi ñaari seede yi ci Peeñu gi saar 11, mu delloo waat ndigël boobu.</w:t>
      </w:r>
    </w:p>
    <w:p>
      <w:pPr>
        <w:pStyle w:val="ArticleScripture"/>
        <w:jc w:val="left"/>
      </w:pPr>
      <w:r>
        <w:rPr>
          <w:rFonts w:ascii="Times New Roman" w:hAnsi="Times New Roman" w:eastAsia="Times New Roman" w:cs="Times New Roman"/>
        </w:rPr>
        <w:t>“Na sunu lëpp bokk yi ak rakk yi moytu ku nekk kuy teg waxtu ngir Boroom bi matal Ay kàdduam ci lu jëm ci ñëwam, walla ci lu jëm ci beneen digéem bu am solo. «Du seen war a xam jamono yi mbaa àddina yi, yi Baay bi tëral ci kàttanam moom ci boppam.» Jàngalekat yu dul dëgg mën nañu mel ni ñu am bëgg-bëgg bu réy ci liggéeyu Yàlla, te mën nañu joxe alal ngir yégle seen njàngale àddina ak mbooloom gëmkat yi; waaye ndaxte dañuy jaxase njuumte ak dëgg, seen yégleb gi yéglebu nax la, te dina yóbbu xol yi ci yoon yu dul dëgg. War nañu leen a jànkoo ak leen a weddi, du ndax ñoom nit ñu bon lañu, waaye ndax jàngalekati fen lañu te dañuy góor-góorlu ngir tëj fen ci màndargay dëgg.” Testimonies to Ministers, 55.</w:t>
      </w:r>
    </w:p>
    <w:p>
      <w:pPr>
        <w:pStyle w:val="ArticleBody"/>
        <w:jc w:val="left"/>
      </w:pPr>
      <w:r>
        <w:rPr>
          <w:rFonts w:ascii="Times New Roman" w:hAnsi="Times New Roman" w:eastAsia="Times New Roman" w:cs="Times New Roman"/>
        </w:rPr>
        <w:t>Serëñ bi White wax na leer ne duñu mukk am benn yégle buy joxe waxtu ngir xamle lenn lu am solo yu bees, du rekk ñëw gu ñaareelu Yàlla ji. Kàddug wax ju jëm ci waxtu, ji doon téeméeri jëfandikookat yi ci yëngu-yëngu Millerite bi, jeex na 22 Oktoobar 1844, te ndigal bi kenn rekk ci moom ak bésu tërali ga mooy ne duñu waratee jëfandikoo waxtu ci njàngaleeku yégleb Yàlla.</w:t>
      </w:r>
    </w:p>
    <w:p>
      <w:pPr>
        <w:pStyle w:val="ArticleBody"/>
        <w:jc w:val="left"/>
      </w:pPr>
      <w:r>
        <w:rPr>
          <w:rFonts w:ascii="Times New Roman" w:hAnsi="Times New Roman" w:eastAsia="Times New Roman" w:cs="Times New Roman"/>
        </w:rPr>
        <w:t>Ci tàmbali doxalin bu njëkk bi, ca wetu jéexital bi ci jàllale gu nekk diggante Philadelphia ak Laodicea, leer gu yokkuñu joxe nañu ci dëgg gu saxal te di sàmm yoonu jëfandikookat yi Millerite. Juróom-ñaari at gannaaw loolu, walla ñaar-fukki juróom-benn téeméeri ak ñaar-fukk fan yu misaal gannaaw loolu, walla gannaaw “àll bu mag”, ci atum 1863, doj wi di saxal “juróom-ñaari yoon” bi, tabaxkat ya bàyyi nañu ko wet.</w:t>
      </w:r>
    </w:p>
    <w:p>
      <w:pPr>
        <w:pStyle w:val="ArticleBody"/>
        <w:jc w:val="left"/>
      </w:pPr>
      <w:r>
        <w:rPr>
          <w:rFonts w:ascii="Times New Roman" w:hAnsi="Times New Roman" w:eastAsia="Times New Roman" w:cs="Times New Roman"/>
        </w:rPr>
        <w:t>Ci njëkk baatu bu mujj gi ci yëngu-yëngu malaaka bu ñetteel bi, ci wetu coppite gu dëgër ga jëm ci Laodicea ba Philadelphia, ñu joxe nattu bu ëmb nangu bàkkaar yi baay yi defoon. Nattu fondasyoŋ bi ñeel baay yi mooyoon “juróom-ñaar yoon,” te loolu mooyoon seen doj-u-sàs. Ndax yëngu-yëngu bu mujj bi dina xeeb ndigal bi kenn rekk tegtal ak bésu taariixu fondasyoŋ bi, ni seen baay yi xeeboon seen doj-u-sàs?</w:t>
      </w:r>
    </w:p>
    <w:p>
      <w:pPr>
        <w:pStyle w:val="ArticleBody"/>
        <w:jc w:val="left"/>
      </w:pPr>
      <w:r>
        <w:rPr>
          <w:rFonts w:ascii="Times New Roman" w:hAnsi="Times New Roman" w:eastAsia="Times New Roman" w:cs="Times New Roman"/>
        </w:rPr>
        <w:t>Waaw. Ñoo ko defoon wér-gi-yaram. Jëfandikoo nañu bàkkaar yi seen baay ya defoon.</w:t>
      </w:r>
    </w:p>
    <w:p>
      <w:pPr>
        <w:pStyle w:val="ArticleBody"/>
        <w:jc w:val="left"/>
      </w:pPr>
      <w:r>
        <w:rPr>
          <w:rFonts w:ascii="Times New Roman" w:hAnsi="Times New Roman" w:eastAsia="Times New Roman" w:cs="Times New Roman"/>
        </w:rPr>
        <w:t>Seen yu ñàkkul woon ci bésub dal bi, ndax ci yeneen mbir yu bari itam da ñu nekkoon Filadelfiyaan ci bésub dal boobu. Seen yu jigéen dañu lajj seen nattu gu dal bi ba ñu soppeeku nekk Laodise, te bañ “juróom-ñaari yoon” bi ak leer gu gëna yokk.</w:t>
      </w:r>
    </w:p>
    <w:p>
      <w:pPr>
        <w:pStyle w:val="ArticleBody"/>
        <w:jc w:val="left"/>
      </w:pPr>
      <w:r>
        <w:rPr>
          <w:rFonts w:ascii="Times New Roman" w:hAnsi="Times New Roman" w:eastAsia="Times New Roman" w:cs="Times New Roman"/>
        </w:rPr>
        <w:t>Seeni njuumte bu njëkk bi ñu amoon ci 1863, juróom-ñaar at la ko jiitu woon, di waxtaanu Kirist di bët ci bunt yi nekk ci seen xol yu Laodise. Juróom-ñaar at mooy misaal bu teewal “juróom-ñaar yoon” ak “màndiŋ ma.” Gannaaw “màndiŋ ma” gi doxale woon diggante 1856 ak 1863, ñu lajj seen nattu bu njëkk.</w:t>
      </w:r>
    </w:p>
    <w:p>
      <w:pPr>
        <w:pStyle w:val="ArticleBody"/>
        <w:jc w:val="left"/>
      </w:pPr>
      <w:r>
        <w:rPr>
          <w:rFonts w:ascii="Times New Roman" w:hAnsi="Times New Roman" w:eastAsia="Times New Roman" w:cs="Times New Roman"/>
        </w:rPr>
        <w:t>Ci njëkk ci jëfandikoo gu njëkk gu yàqoo ci yokkute malaaka bu ñetteel bi, askanu Yàlla bàkkaar nañu, ndaxte dañoo bañ ndigël mi kenn rekk laa boole ak bésu tàmbalee bu njëkk bi. Tànn nañu dugal waxu jamono ci yégleb kàddug yonent bi, fekk xamoon nañu ne waruñu ko def. Ci loolu, dañoo delloo bàkkaaru Musaa, bi mu xeebee xarafal doomam, ak bàkkaaru Uzzaa bi laaloon sandiiru kóllëre gi, te xamoon na ne terees na ko mu ko def. Yokkute malaaka bu ñetteel bi def nañu li ñu xamoon ne jubul! Su kenn bëggee muur dëgg boobu ak pentuur, kon na jëfandikoo li des ci bidon bi ngir sutural dëgg ne Musaa ak Uzzaa ñoom ñaar ñépp bàkkaar nañu te wone weddi bëgg-bëggu Yàlla, bi ñuy misaal yàqug gu njëkk gu mujj ga ci mboolem réew yi ñuy yeesal—rëw mi ñuy yeesal mi bépp rëw mi ñuy yeesal di ko jublu woon ci kanam. Misaal yi ci yàqug gu njëkk gu nekk ci rëy-rëyu yeesal yi yóbbu nañu firma Alpha ak Omega, te bind bi nekk foofa ngir njariñu askanu Yàlla la, sax su fekkee ne askanu Yàlla bëgguñu jariñoo ci loolu.</w:t>
      </w:r>
    </w:p>
    <w:p>
      <w:pPr>
        <w:pStyle w:val="ArticleBody"/>
        <w:jc w:val="left"/>
      </w:pPr>
      <w:r>
        <w:rPr>
          <w:rFonts w:ascii="Times New Roman" w:hAnsi="Times New Roman" w:eastAsia="Times New Roman" w:cs="Times New Roman"/>
        </w:rPr>
        <w:t>Yëngu malaaka bu njëkk bi ñu ko joxoon ab diirub juróom-ñaar at, te loolu mooy misaal bu màndiŋ ba buy tekki “juróom-ñaar yoon,” ngir nangu yégleb Laodise ak leerug “juróom-ñaar yoon.” Mbindeef mi ci “juróom-ñaar yoon” mooy mbindeef mu ñuy tufli génne ci gémmiñu Boroom bi. Ci atum 1863, ñoom dellu nañu def jëf ju Jeriko ñuy tabaxaat, te jëf jooju dafa yoroon “mbindeef.” Juróom-ñaar at yi tambalee ci 1856 ba 1863, ñooy misaal mu ndaw buy wone ngànnaayu baay yi ci Israyil gu njëkk, moom mi indi woon ci seen kaw mbindeefu “juróom-ñaar yoon.” Israyil bu jamono jii delloo na bàkkaar yi seen baay defoon ci 1863.</w:t>
      </w:r>
    </w:p>
    <w:p>
      <w:pPr>
        <w:pStyle w:val="ArticleBody"/>
        <w:jc w:val="left"/>
      </w:pPr>
      <w:r>
        <w:rPr>
          <w:rFonts w:ascii="Times New Roman" w:hAnsi="Times New Roman" w:eastAsia="Times New Roman" w:cs="Times New Roman"/>
        </w:rPr>
        <w:t>Yëngu ñetteel malaaka bi daanu na ci nattu njëkk yaakaar bu yàqu, ni ko wóor ni Muusa ak Uzza itam. Kon nag, ñu rey leen ci mbedd yi ngir ab jamono “àll bi” bu ñetti fan ak genn-wàll. Léegi dees na leen di bindaatu ay yaram jaarale ko ci baatub Boroom Dëfli. Baatub Boroom Dëfli bi, ci “baat” bi nekk ci àll bi la ñuy ko joxe, te léegi dees na leen di jëme ci nattu bi, du nattu sàkkal waxtu, waaye nattu “juróom-ñaari yoon yi.” Ñoom, ba noppi, daanu nañu ba noppi ci nattu sàkkal waxtu.</w:t>
      </w:r>
    </w:p>
    <w:p>
      <w:pPr>
        <w:pStyle w:val="ArticleBody"/>
        <w:jc w:val="left"/>
      </w:pPr>
      <w:r>
        <w:rPr>
          <w:rFonts w:ascii="Times New Roman" w:hAnsi="Times New Roman" w:eastAsia="Times New Roman" w:cs="Times New Roman"/>
        </w:rPr>
        <w:t>Ñoom dees nañu leen ngir xam ndax gëm nañu ne “juróom-ñaari yoon” mooy dëgg gu wér, ndaxte daan nañu joxe seede ne nangu nañu “juróom-ñaari yoon” ni ab waxu yonent gu wér. Wax nañu ne gëm nañu waxu yonent wi ci ñaari junni ak juróom-ñaar fukki at yi ci tasaaroo. Waaye man naa am ne xamuñu ne am na leer gu bees gu ñëw ci “juróom-ñaari yoon.” Ñu ngi taxaw fa seen baay ya taxawoon atum 1856. Leer gu bees gi mooy ne ñetti fan ak genn-wàll ci Peeñu 11, du rekk di joxe mandarga Révolusiyoŋ Faraas, waaye léegi mooy dëggu jamono jii.</w:t>
      </w:r>
    </w:p>
    <w:p>
      <w:pPr>
        <w:pStyle w:val="ArticleBody"/>
        <w:jc w:val="left"/>
      </w:pPr>
      <w:r>
        <w:rPr>
          <w:rFonts w:ascii="Times New Roman" w:hAnsi="Times New Roman" w:eastAsia="Times New Roman" w:cs="Times New Roman"/>
        </w:rPr>
        <w:t>Ndax ubbi gi ci nettali bu nëbbu bu juróom-ñaar ñi doon dënnu, ak ubbi gi ci juróom-ñetteel siil bi, ñoo dëgg-dëgg ñaari seede yu wone ne léeralu Yeesu Kirist bi léegi dañuy ubbi? Su fekkee ne noonu la, ndax dëgg la ne téereb Peeñug Yeesu Kirist bépp mi mi ngi wax ci fan yu mujj yi? Su loolu dëgg la, kon ndax ñetti fan ak genn-wàll day tekk jamono ju yéex ji ci léeboonu janq yi? Su fekkee ne noonu la, kon ndax paj mi ñuy wax ne “juróom-ñaar yoon” day dëgg-dëgg tekki ndigal lu war a matal ñi bokkoon ci yégle bu Nashville bi ca 18 Sulet 2020?</w:t>
      </w:r>
    </w:p>
    <w:p>
      <w:pPr>
        <w:pStyle w:val="ArticleBody"/>
        <w:jc w:val="left"/>
      </w:pPr>
      <w:r>
        <w:rPr>
          <w:rFonts w:ascii="Times New Roman" w:hAnsi="Times New Roman" w:eastAsia="Times New Roman" w:cs="Times New Roman"/>
        </w:rPr>
        <w:t>Wow! Am na la fiir! Ndax ñi yewwu te xam ne ñu ngi nekk ci waxtu bi ñuy xaar, dafa war ci ñoom nag ñu tuub seeni bàkkaar, ak bàkkaari seen baay, ci mujju ñetti fan ak genn-wàll? Ndax dëgg la ne bàkkaar la woon bañ a topp ndigal li waxoon ne buñu jëfandikoo waxtu ci ab yégle bu jëm ci kanam?</w:t>
      </w:r>
    </w:p>
    <w:p>
      <w:pPr>
        <w:pStyle w:val="ArticleBody"/>
        <w:jc w:val="left"/>
      </w:pPr>
      <w:r>
        <w:rPr>
          <w:rFonts w:ascii="Times New Roman" w:hAnsi="Times New Roman" w:eastAsia="Times New Roman" w:cs="Times New Roman"/>
        </w:rPr>
        <w:t>Ñi nga xam ne ñu jëfandikoo taxawaayu ne wax ju bàyyikoo ci Nashville am na woon benn yoon wu muy mbir mu Yàlla bëgg, te gannaaw loolu ñu di jéem a taxawal kàddu googu, dama yokk benn seetlu wu beneen, bu weesu bàkkaaru jëfandikoo waxtu ci yeneeni Yàlla. Li xewoon ak wax ju dul dëgg ci Nashville, nekkul woon rekk woney ñàkk déggal ci ndigalu Kirist ci 1844, waaye moo nekkoon jëf ju wax ñi nekk bitim Adventisme ne yeneen yi nekk ci Ruumu Kàddug Yonent bi am nañu ay njuumte. Loolu doon na toroxal bindi yi ci Ruumu Kàddug Yonent bi. Mu ngi jox àtteb firnde ñi nekk ci àddina ne bindi Ellen White am nañu solo ni bindi Joseph Smith, walla yu Nostradamus. Kàddu yu tedd yu Ellen White dañu leen yaxal ak kàddu yu bon yu sunu ngànnaay. Nekkoonul rekk ngànnaay ci Kirist, mi di Kàddug Yàlla, waaye ci benn waxtu la nekkoon it ngànnaay ci Ruumu Kàddug Yonent bi. Yowaana dafa nekkoon ci fitna ci dunu bi ñuy wax Patmos, du ndax dafa teg ay xalaatam yu nit ci kaw Biibël ak Ruumu Kàddug Yonent bi, waaye ndax dafa déggal woon ñaari seede yooyu.</w:t>
      </w:r>
    </w:p>
    <w:p>
      <w:pPr>
        <w:pStyle w:val="ArticleScripture"/>
        <w:jc w:val="left"/>
      </w:pPr>
      <w:r>
        <w:rPr>
          <w:rFonts w:ascii="Times New Roman" w:hAnsi="Times New Roman" w:eastAsia="Times New Roman" w:cs="Times New Roman"/>
        </w:rPr>
        <w:t>Man maa di Yowaana, seen bokk ci mbokk yi te bokk ci tiis, ci nguur gi ak muñug Yeesu Kirist, nekkoon naa ca dunu bi ñuy wax Patmos, ndax Kàddug Yàlla ak seedeel Yeesu Kirist. Peeñu 1:9.</w:t>
      </w:r>
    </w:p>
    <w:p>
      <w:pPr>
        <w:pStyle w:val="ArticleBody"/>
        <w:jc w:val="left"/>
      </w:pPr>
      <w:r>
        <w:rPr>
          <w:rFonts w:ascii="Times New Roman" w:hAnsi="Times New Roman" w:eastAsia="Times New Roman" w:cs="Times New Roman"/>
        </w:rPr>
        <w:t>Nu defaatwaat sunuy baay Musaa ci sunu njàqare gu jëkk, te war na nu wax dëgg gi ci loolu. War na nu wax dëgg gi ci loolu ndaxte léegi nu ngi ci 1856. Léegi am na leer gu bees ci mbirum “juróom-ñaari yoon,” ni mu meloon booba. Léegi nu ngi ci jéego bi dëkkante Laodise ak Filadelfi, ni yoonu tàmbali ga nekkoon ci jéego bi dëkkante Filadelfi ak Laodise ci atum 1856. Ci 1856, sunuy maam taxawal nañu mbind mi ngir yokk xam-xam bi jëm ci mbirum “juróom-ñaari yoon.” Amaana sunu maneesul a taxawal mbindum leer googu, waaye lu wóor mooy man na nu ubbiwul buntuy sunuy xol ci kanamam leer googu. Man na nu naaféq, ni tabaxkat yu njëkk yu Seventh-day Adventist defee, ne doj wa nekkoonul fa dëgg-dëgg, te kontine a dummóoyu ci kawam. Sunu jafe-jafe mooy ne amunu lu ëpp ab téeméeri at ngir suul sunuy bopp ci suuf, ndaxte àttey Yàlla tàmbali nañu ba noppi.</w:t>
      </w:r>
    </w:p>
    <w:p>
      <w:pPr>
        <w:pStyle w:val="ArticleBody"/>
        <w:jc w:val="left"/>
      </w:pPr>
      <w:r>
        <w:rPr>
          <w:rFonts w:ascii="Times New Roman" w:hAnsi="Times New Roman" w:eastAsia="Times New Roman" w:cs="Times New Roman"/>
        </w:rPr>
        <w:t>Bu nu may jox ko Alpha ak Omega jàngal nu ak mbind mi ne njàlbéenu mbir dafa feeñ ci njàlbéenu beneen mbir, kon man nanu gis bu yomb ne Alpha ak Omega di wone ne yégleb Nashville gi sunuy baay yi moo ko melaloon. Su nu nangu dëgg gii, kon dunu juróom ak dëgg ne gannaaw yégleb gi, bépp jéego ngir sos benn xeetu xelal nit ngir sàkku lay ci yégleb bu amuloon njariñ, du woon ludul xob-u fig. Noonu itam dunu gis ne Yàlla nekkoonul di dox ak nun bi nu nekkee ci réewum noon bi. Mu nga fa woon, waaye ci melokaan rekk ne doon bës ci buntuy xol yi, di seet a dugg. Su xob-u fig bu xelalu nit woon deñee, kon man nanu itam gis ne weddi gi, walla xelal nit bu amul yoon bi nu jëfandikoo ngir sàkku lay ci yégleb Nashville gi, seede la ne nu doon dox ju jëmul ci Kirist.</w:t>
      </w:r>
    </w:p>
    <w:p>
      <w:pPr>
        <w:pStyle w:val="ArticleBody"/>
        <w:jc w:val="left"/>
      </w:pPr>
      <w:r>
        <w:rPr>
          <w:rFonts w:ascii="Times New Roman" w:hAnsi="Times New Roman" w:eastAsia="Times New Roman" w:cs="Times New Roman"/>
        </w:rPr>
        <w:t>Ci atum 1856, Adwentismu Filadelfi bi soppi Laodise, te ñoom xamoon nañu ko. Boroom bi dëggal na ko jaarale ko ci waxi jigeenu yonent bi ak jëkkëram. Kris, taxaw ca buntuy xolu Laodise yooyu, moo leen jox sarax ngir dugge ca seen biir te lekk ak ñoom. Dundu bi Mu indiw ngir reerandoo ci mooy doxalin wu njëkk wi ci “juróom-ñaari yoon.” Ñoom nag bañ nañu ko.</w:t>
      </w:r>
    </w:p>
    <w:p>
      <w:pPr>
        <w:pStyle w:val="ArticleBody"/>
        <w:jc w:val="left"/>
      </w:pPr>
      <w:r>
        <w:rPr>
          <w:rFonts w:ascii="Times New Roman" w:hAnsi="Times New Roman" w:eastAsia="Times New Roman" w:cs="Times New Roman"/>
        </w:rPr>
        <w:t>Ci atum 2023, yëngu mujj gi mujj gu mujj gi muy demb bi jéggi léegi nekk ci Laodicea ba agsi ci Philadelphia, ndaxte jàkka ju juróom-ñaarel ji bokk na ci juróom-ñaari jàkka yi. Boroom bi, Alfa ak Omeega, dëggal na ko jaarale ko ci Kàddugam gu “dëgg.” Kirist mooy taxaw léegi ci bunt yu ngeen xam ne ñoom ñooñu mel ni yax yu wow tey ñu bees a dee, di leen jox ndigal ngir dugg te lekk ak ñoom; te lekk bi Mu bëgg a bokk ak ñoom mooy benn lekk bi Mu doon jéem a bokk ak seen baay yi ca atum 1856. Du rekk jumtukaay ak sàrt yi ci njàngaleem “juróom-ñaari yoon,” ni mu nekkoon ci seen baay yi ca 1856. Déedéet, mooy paj mu metti mi “juróom-ñaari yoon,” te paj boobu dafa soxla noonu suufeel gu mel ne lu bari jëfandikoo ngir meññ ko.</w:t>
      </w:r>
    </w:p>
    <w:p>
      <w:pPr>
        <w:pStyle w:val="ArticleScripture"/>
        <w:jc w:val="left"/>
      </w:pPr>
      <w:r>
        <w:rPr>
          <w:rFonts w:ascii="Times New Roman" w:hAnsi="Times New Roman" w:eastAsia="Times New Roman" w:cs="Times New Roman"/>
        </w:rPr>
        <w:t>Kàddu Boroom bi ñëwatal ci man ne ma: Yow, doomu nit ki, waxal buuru Tir bi ne ko: Nii la Boroom Yàlla bi waxe: Ndax sa xol réy na, te wax nga ne, “Yàlla laa; toogu naa ci njël Yàlla, ci biir géej yi”; waaye nit nga, doo Yàlla, doonte da nga def sa xol ni xolu Yàlla. Xoolal, gëna xam-xam nga Dañeel; amul kumpa bu ñu man a la nëbb. Ezekiel 28:1–3.</w:t>
      </w:r>
    </w:p>
    <w:p>
      <w:pPr>
        <w:pStyle w:val="ArticleBody"/>
        <w:jc w:val="left"/>
      </w:pPr>
      <w:r>
        <w:rPr>
          <w:rFonts w:ascii="Times New Roman" w:hAnsi="Times New Roman" w:eastAsia="Times New Roman" w:cs="Times New Roman"/>
        </w:rPr>
        <w:t>Xeyna ñi bokk yi bokkoon ci kàddu gu njëkk gu Nashville ñoo gëna xam-xam Daniel?</w:t>
      </w:r>
    </w:p>
    <w:p>
      <w:pPr>
        <w:pStyle w:val="ArticleScripture"/>
        <w:jc w:val="left"/>
      </w:pPr>
      <w:r>
        <w:rPr>
          <w:rFonts w:ascii="Times New Roman" w:hAnsi="Times New Roman" w:eastAsia="Times New Roman" w:cs="Times New Roman"/>
        </w:rPr>
        <w:t>Ci njëkk atamug buur, man maa, Daniyel, xam naa ci téere yi limu at yi, yi Kàddug Boroom bi dikkaloon Yeremiya yonent bi ne, dina matal juróom-ñaar-fukk at ci yàqub Yerusalem. Noonu jublu naa sama kanam ci Boroom bi Yàlla, ngir wut ko ci ñaan ak ñaaxaan, ak woor, ak yéré yu ay xaaf, ak dóom. Te maa ngi ñaan Boroom bi sama Yàlla, di wax sama bàkkaar, naan: Éy Boroom bi, Yàlla ju mag te ragal-ku, di sàmm kóllëre ak yërmande ngir ñi koy bëgg ak ñi di sàmm ay ndigalam; nun def nanu bàkkaar, te tooñ nanu, te jëf lu bon nanu, te bàkkaar nanu ci sa kaw, ba dëddu sa ndigël yi ak sa àtte yi. Te itam déggu nanu sa jaam ñi di yonent, ñi waxoon ci sa tur ak sunu buur yi, ak sunu kilifa yi, ak sunu baay yi, ak mboolem nit ñi ci réew mi. Éy Boroom bi, njub ga, yaw a ko moom; waaye nun, rus ak torox kanam mooy sunu cér, ni mu mel tey jii; ngir nit yi ci Yuda, ak waa dëkk Yerusalem, ak mboolem Israayil, ñi jege ak ñi sori, ci mboolem réew yi nga leen tasare, ndax seen moytu gi ñu moytu woon ci sa kaw. Éy Boroom bi, rus ak torox kanam mooy sunu cér, ngir sunu buur yi, ak sunu kilifa yi, ak sunu baay yi, ndax bàkkaar nanu ci sa kaw. Yërmande ak njéggël yi, Boroom bi sunu Yàlla moo leen moom, doonte nu ko weddi woon. Te déggu nanu baatub Boroom bi sunu Yàlla, ngir dox ci ay yoonam, yi mu defoon sunu kanam jaarale ko ci ay jaamam yonent yi. Waaw, mboolem Israayil dëddu na sa yoon, ba dëdduwoon ngir bañ a dégg sa baat; moo tax mbugël mi tuur na ci sunu kaw, ak giñ ga bindees ci yoonu Musaa, jaamub Yàlla, ndax bàkkaar nanu ci sa kaw. Te dëggal na ay waxam, yi mu waxoon ci sunu kaw, ak ci sunuy àttekat yi doon sunu àtte, ci indi ci sunu kaw njàqare ju mag; ndax amul lu mel noonu defees ci suuf si yépp, ci suuf asamaan sépp, ni li ñu def ci Yerusalem.</w:t>
      </w:r>
    </w:p>
    <w:p>
      <w:pPr>
        <w:pStyle w:val="ArticleScripture"/>
        <w:jc w:val="left"/>
      </w:pPr>
      <w:r>
        <w:rPr>
          <w:rFonts w:ascii="Times New Roman" w:hAnsi="Times New Roman" w:eastAsia="Times New Roman" w:cs="Times New Roman"/>
        </w:rPr>
        <w:t>Ni, ni ñu bind ko ci yoonu Musaa, mboolem bon boobu dikk na ci sunu kaw; waaye ñuñu deful sunuy ñaan ci kanam Aji Sax ji sunu Yàlla, ngir nu dëddu sunuy bàkkaar, te xam sa dëgg. Moo tax Aji Sax ji wottu woon ci bon boobu, ba indi ko ci sunu kaw; ndaxte Aji Sax ji sunu Yàlla jub na ci mboolem ay jëfam yu mu di def, te nun déggul woon baatam. Léegi nag, Éy Aji Sax ji sunu Yàlla, yaa génne sa xeet ci réewu Misra ak loxo bu am doole, te amal sa bopp tur wu mag, ni mu mel tey jii; nu bàkkaar nañu, nu def lu bon. Éy Aji Sax ji, ci sa mboolem njub, maa ngi lay ñaan, na sa mer ak sa xadar dëddu sa dëkk Yerusalem, sa tundu sell; ndaxte ndax sunuy bàkkaar ak ndax sunuy bàkkaar yu sunuy baay, Yerusalem ak sa xeet nekk nañu ay toroxte ci ñépp ñi nu wër. Léegi nag, Éy sunu Yàlla, déggal ñaanu sa jaam ak ay ñaanam yu bare, te nga leeral sa kanam ci sa kër gu sell gi yàqu, ngir turu Boroom bi. Éy sama Yàlla, tegul sa nopp ba dégg; ubbil sa bët yi, gis sunuy alxuraan ak dëkk ba ñuy woowe sa tur; ndaxte du sunuy njub yi tax nu di joxe sunuy ñaan ci sa kanam, waaye ndax sa yërmande yu mag. Éy Aji Sax ji, déggal; Éy Aji Sax ji, baalal; Éy Aji Sax ji, déglu te jëf; bu yéexul, ngir sa bopp, Éy sama Yàlla; ndaxte sa tur lañuy tudd sa dëkk ak sa xeet. Bi ma doon wax, di ñaan, di confess sama bàkkaar ak bàkkaaru sama xeet Israel, di joxe sama ngirël ci kanam Aji Sax ji sama Yàlla ngir tundu sellu sama Yàlla; waaw, bi ma doon wax ci ñaan ga, Góor ga Gabriyel, ki ma gisoon ci peeñ mi ca njàlbéen ga, di ñëw ci gaaw gu bare, laal ma ca waxtuw saraxu ngoon ga. Mu xamal ma, wax ak man, ne ma: Éy Daniyel, léegi génn naa ngir jox la xel mu xam ak dégg. Daniel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Peeñu Yeesu Kirist — Nimeero Fukk ak Juróom-Ñett</dc:title>
  <dc:subject>Bàkkaar yi Baay yi def</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