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Lan mooy Dëgg? – Ñaareel bi</w:t>
      </w:r>
    </w:p>
    <w:p>
      <w:pPr>
        <w:pStyle w:val="ArticleSubtitle"/>
        <w:jc w:val="left"/>
      </w:pPr>
      <w:r>
        <w:rPr>
          <w:rFonts w:ascii="Arial" w:hAnsi="Arial" w:eastAsia="Arial" w:cs="Arial"/>
        </w:rPr>
        <w:t>Bul bañ waxin waxi kàddu yi ci yëgleb téere bii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Wonees na ne, jaar-jaaru 11 Ut, 1840 ba 22 Oktoobar, 1844 mooy jaar-jaaru gi ñu tegtal ci juróom-ñaari dénd yu ñu téj ba lu jiitu tëggaayu waxtu jébbale bi. Ci mbind mi, dinaa tàmbali ci xoolaat yenn ci li nu xamale ci simbolis bu juróom-ñaari dénd yi. Nu ngi jëfandikoo rëdd yi ci kaw rëdd yu jaar-jaar ngir wone dëgg yii. Am na ñeenti màndargay yëgle ci diggante 11 Ut, 1840 ak 22 Oktoobar, 1844 te boole ko itam: dooleel yégleb malaaka bu njëkk bi, ñàkk yaakaar bu njëkk bi, Yuuxu Diggante Guddi, ak Ñàkk Yaakaar gu Mag gi.</w:t>
      </w:r>
    </w:p>
    <w:p>
      <w:pPr>
        <w:pStyle w:val="ArticleBody"/>
        <w:jc w:val="left"/>
      </w:pPr>
      <w:r>
        <w:rPr>
          <w:rFonts w:ascii="Times New Roman" w:hAnsi="Times New Roman" w:eastAsia="Times New Roman" w:cs="Times New Roman"/>
        </w:rPr>
        <w:t>11 Awuut 1840 dañoo meloon ci Musaa ca garab gu taal ga. Jéxital bu njëkk ba amoon ci bëj-gànnaaru atum 1844, dañoo meloon ci jabaru Musaa, Sipporah, ba mu xolli ak tiit xarafal seen doom. “Midnight Cry” bi tambalee woon ca ndaje màggu Exeter bi diggante 12 ak 17 Awuut, dañoo meloon ci ñëwu Musaa ci Misra ak waareem wu njëkk ci mbiru deeŋu taawub njëkk yi ci Misra. “Great Disappointment” bi 22 Oktoobar 1844, dañoo meloon ci Héber yi ca Géeju Xonq ba.</w:t>
      </w:r>
    </w:p>
    <w:p>
      <w:pPr>
        <w:pStyle w:val="ArticleBody"/>
        <w:jc w:val="left"/>
      </w:pPr>
      <w:r>
        <w:rPr>
          <w:rFonts w:ascii="Times New Roman" w:hAnsi="Times New Roman" w:eastAsia="Times New Roman" w:cs="Times New Roman"/>
        </w:rPr>
        <w:t>Ci jamono Buur Daawuda, 11 ut Awwiile 1840 moo nekkoon misaal ci Filisten ya dellusi gaalug Yàlla gi. Njàqare gu njëkk ga ci bëj-gànnaarug atum 1844 moo nekkoon misaal ci Ussa bi mu laal gaalug Yàlla gi. Yuuxu Guddi gi tambalee ca ndaje daara Exeter bi diggante 12 ba 17 ut Awwiile, moo nekkoon misaal ci Daawuda bi mu yóbbu gaal gi dugal ko Yerusalem. Njàqare gu mag gi ci 22 ut Oktoobar 1844 moo nekkoon misaal ci Mikal, jabaru Daawuda, ni mu xeeb Daawuda ndaxte mu dugg Yerusalem ak gaal gi.</w:t>
      </w:r>
    </w:p>
    <w:p>
      <w:pPr>
        <w:pStyle w:val="ArticleBody"/>
        <w:jc w:val="left"/>
      </w:pPr>
      <w:r>
        <w:rPr>
          <w:rFonts w:ascii="Times New Roman" w:hAnsi="Times New Roman" w:eastAsia="Times New Roman" w:cs="Times New Roman"/>
        </w:rPr>
        <w:t>11 Awuut 1840 ñu meloone ko ci sóobu Almasi bi. Jëfandikoo bu njëkk bi ci bëg-guddi gu noonu ci tundu gu 1844 meloone na ci naqaru deeji Lasaar. Yuuxu Diggante Gudd gi, mi tàmbalee ca ndaje màkkaanu Exeter ba 12 ba 17 Awuut, meloone na ci dugg gu ndamug Almasi ci Yerusalem. Naqar gu mag gi ci 22 Oktoobar 1844 meloone na ci naqaru bant ba.</w:t>
      </w:r>
    </w:p>
    <w:p>
      <w:pPr>
        <w:pStyle w:val="ArticleBody"/>
        <w:jc w:val="left"/>
      </w:pPr>
      <w:r>
        <w:rPr>
          <w:rFonts w:ascii="Times New Roman" w:hAnsi="Times New Roman" w:eastAsia="Times New Roman" w:cs="Times New Roman"/>
        </w:rPr>
        <w:t>Nuñu wone nañu ne ñeenti waymark yii dañuy tegtal rekk ab xaaj bu doyadi ci tabax gu mat sëkk gu bépp yëngu-yëngu yeesal. Ñu ngi jëfandikoo ñatti waymark yii ni seede yu jaar-jaar gi tàmbalee ci 11 Septembre 2001. Benn ci melokaan yu wax ci kanam bu nekk ci ñeenti rëdd yi, mooy ne waymark yi nekk ci rëdd bu nekk am nañu benn wér-gu nekk ci moom.</w:t>
      </w:r>
    </w:p>
    <w:p>
      <w:pPr>
        <w:pStyle w:val="ArticleBody"/>
        <w:jc w:val="left"/>
      </w:pPr>
      <w:r>
        <w:rPr>
          <w:rFonts w:ascii="Times New Roman" w:hAnsi="Times New Roman" w:eastAsia="Times New Roman" w:cs="Times New Roman"/>
        </w:rPr>
        <w:t>Ci Musaa, ñaari fukk ak ñent yu waymarks yi yépp dañoo jëm ci liggéeyu Yàlla ci dugg ci kóllëre ak askan wu Tànn ngir matal kàddug wax ju Abraham jotoon. Ci sàrtu yeesal bu Buur Daawuda, ñaari fukk ak ñent yu waymarks yi yépp dañoo bokk ak àrk-u Yàlla. Ci sàrtu Almasi bi, ñaari fukk ak ñent yu waymarks yi yépp dañoo bokk ak dee ak dekki.</w:t>
      </w:r>
    </w:p>
    <w:p>
      <w:pPr>
        <w:pStyle w:val="ArticleBody"/>
        <w:jc w:val="left"/>
      </w:pPr>
      <w:r>
        <w:rPr>
          <w:rFonts w:ascii="Times New Roman" w:hAnsi="Times New Roman" w:eastAsia="Times New Roman" w:cs="Times New Roman"/>
        </w:rPr>
        <w:t>11 Ut 1840 nekkoon nañ nebboonub benn bëccëg ngir at. Ñàkk yaakaar bu jëkk ba amoon ci bëj-gànnaaru 1844, ndax jëfandikoo bu baaxul woon ci kawe yoonu benn bëccëg ngir at. Baatu Samuel Snow, mooy yëgleb “Yuuxu Diggante Gudd gi,” moo doon saxalug njubbal ak mataleg jëfandikoo ba àndul woon ci yoonu benn bëccëg ngir at. Baat bu ñu njubbaloon moomu dafa sukkandiku woon ci yoonu benn bëccëg ngir at, te mat na ci 22 Oktoobar 1844. Ñeenti màndarga yi yépp dañuy wone yoonu benn bëccëg ngir at.</w:t>
      </w:r>
    </w:p>
    <w:p>
      <w:pPr>
        <w:pStyle w:val="ArticleBody"/>
        <w:jc w:val="left"/>
      </w:pPr>
      <w:r>
        <w:rPr>
          <w:rFonts w:ascii="Times New Roman" w:hAnsi="Times New Roman" w:eastAsia="Times New Roman" w:cs="Times New Roman"/>
        </w:rPr>
        <w:t>Rakk bu jigéen White xamale nu ne juróom-ñaari dënn yi dañuy tekki xew-xew yi amoon bi yégleb malaaka bu njëkk ak bu ñaareel bi doon waxtaan; waaye moom itam jàngale ne juróom-ñaari dënn yi dañuy itam tekki “xew-xew yu ëllëg yi dees leen ubbil ci seen toftale.” Juróom-ñaari dënn yi dañuy tekki ñeenti xew-xewu waxu Yàlla yu tàmbalee 11 Ut 1840 te jeex 22 Oktoobar 1844, te ñeenti màndarga yu màgg yooyu dañuy dellusi sunu jamono ci noonu lañu leen toonalee.</w:t>
      </w:r>
    </w:p>
    <w:p>
      <w:pPr>
        <w:pStyle w:val="ArticleBody"/>
        <w:jc w:val="left"/>
      </w:pPr>
      <w:r>
        <w:rPr>
          <w:rFonts w:ascii="Times New Roman" w:hAnsi="Times New Roman" w:eastAsia="Times New Roman" w:cs="Times New Roman"/>
        </w:rPr>
        <w:t>11 Septembar 2001 dafa mel ni August 11, 1840, te ñaari bés yooyu ñépp am nañu jokkook Islam, ba tax ñu boole ndoortel Adventism ak mujjug Adventism. Benn benn ci August 11, 1840 ak 11 Septembar 2001 dafa doon dëggalug sàrtu yëgle gu njëkk gi ci seen xibaaru jamono yu wuute.</w:t>
      </w:r>
    </w:p>
    <w:p>
      <w:pPr>
        <w:pStyle w:val="ArticleBody"/>
        <w:jc w:val="left"/>
      </w:pPr>
      <w:r>
        <w:rPr>
          <w:rFonts w:ascii="Times New Roman" w:hAnsi="Times New Roman" w:eastAsia="Times New Roman" w:cs="Times New Roman"/>
        </w:rPr>
        <w:t>Bés bu 11 septembre 2001, malaaka bi nekk ci Apocalipse fukk ak juróom-ñett wàcc na; te bés bu 11 août 1840, malaaka bi nekk ci Apocalipse fukk wàcc na. Jëfandikukat yi Future for America, seen njëkk yëq ngir ndimbal gu amul njariñ moo doon ab wax yoon wu jubul woon ci mbirum Islam ci bés bu 18 juillet 2020. Baat bi ñu ubbi, ni ko doon Waxu Guddi gi ci Exeter ci nooru atum 1844, ab jubbanti la bu wax yoon wi jubulul woon, wi ñu joxoon lu jiitu. Ci Millerites yi, jubbanti gi dafa jëm ci jëfandikoo gu jubadiwoon bu pexeelu benn bés muy at, bi ñuy xamale 1843 ne mooy jamono ji Boroom bi di dellusi. Léegi, jubbanti gi, gi ndaw Millerites yi diir ci Waxu Guddi gi di firndeel, war na nekk ab màndarga-yoon buy tegu ci Islam, ndaxte ñaari màndarga-yoon yi jiitu itam noonu lañu doon. Jubbanti gi liggéeyu Samuel Snow di misaalal, nekku woon ngir bàyyi wax yoon wi jubulul woon lu jiitu, waaye ngir settantal ak wéral ko bu baax, moom mi dëgërul woon lu jiitu.</w:t>
      </w:r>
    </w:p>
    <w:p>
      <w:pPr>
        <w:pStyle w:val="ArticleScripture"/>
        <w:jc w:val="left"/>
      </w:pPr>
      <w:r>
        <w:rPr>
          <w:rFonts w:ascii="Times New Roman" w:hAnsi="Times New Roman" w:eastAsia="Times New Roman" w:cs="Times New Roman"/>
        </w:rPr>
        <w:t>“Ñi ñu amoon yaakaar bu amul njariñ dajale ci Mbind mi ne ñoom nekk nañu ci jamono ji yàgg, te war nañu muñ ak patience xaar matug vision bi. Benn firnde bu mel ni mooyoon tax ñu xool seeni Boroom ci 1843, mooy it tax ñu yaakaaroom Ko ci 1844.” Early Writings, 247.</w:t>
      </w:r>
    </w:p>
    <w:p>
      <w:pPr>
        <w:pStyle w:val="ArticleBody"/>
        <w:jc w:val="left"/>
      </w:pPr>
      <w:r>
        <w:rPr>
          <w:rFonts w:ascii="Times New Roman" w:hAnsi="Times New Roman" w:eastAsia="Times New Roman" w:cs="Times New Roman"/>
        </w:rPr>
        <w:t>Tey, bataaxal bi ñu melale ak bataaxal bi jóge woon ci ndaje kaŋ Exetër, dina doon matug yégle bi jiitu woon te mu lajj. Njàqare gu mag gi ci jaar-jaaru Millerite dafa tegtal njàqare gu mag gu xew ci yoonu Dibéer, waaye dina nekk ci mbirum yégle gu jëm ci Islaam. Bataaxalu Samuel Snow mooyoon sàkku bés bu wér. Bés ba woon na bu jub, waaye xew-xew bi moom du woon bi waroon. Bataaxal bi tey, bi ñu tegtal ak bataaxalu Snow, dina doon bataaxalu Islaam buy matale bataaxal bi lajjoon ci njàqare bu njëkk ba ci 18 Sulet 2020.</w:t>
      </w:r>
    </w:p>
    <w:p>
      <w:pPr>
        <w:pStyle w:val="ArticleBody"/>
        <w:jc w:val="left"/>
      </w:pPr>
      <w:r>
        <w:rPr>
          <w:rFonts w:ascii="Times New Roman" w:hAnsi="Times New Roman" w:eastAsia="Times New Roman" w:cs="Times New Roman"/>
        </w:rPr>
        <w:t>Léegi amul waxtu walla bés yu ci nekk tey, ndaxte li dale ci 22 Oktoobar 1844, tëral waxtu dootu doxatiwul bokk ci yégleb kàddu yonent bu Yàlla.</w:t>
      </w:r>
    </w:p>
    <w:p>
      <w:pPr>
        <w:pStyle w:val="ArticleScripture"/>
        <w:jc w:val="left"/>
      </w:pPr>
      <w:r>
        <w:rPr>
          <w:rFonts w:ascii="Times New Roman" w:hAnsi="Times New Roman" w:eastAsia="Times New Roman" w:cs="Times New Roman"/>
        </w:rPr>
        <w:t>“Boroom bi won na ma ne, ne bataaxalu ñetteelu malaaka bi war na dem, te yégle ko ci doom yi Boroom bi tasaaroo yi, te warul nañu koo wéttali ci jamono; ndaxte jamono du doon nattukaayati benn yoon. Gis naa ne ñenn da ñuy am bànneex bu dul dëgg, miy jóge ci waareel jamono; te bataaxalu ñetteelu malaaka bi gën na doole jamono. Gis naa ne bataaxal bii man na taxaw ci sampam bu moom, te soxlawul jamono ngir dëgëral ko, te dina dem ak kàttan gu réy, te def liggéeyam, te dees na ko gàttal ci njub.” Experience and Views, 48, 49.</w:t>
      </w:r>
    </w:p>
    <w:p>
      <w:pPr>
        <w:pStyle w:val="ArticleBody"/>
        <w:jc w:val="left"/>
      </w:pPr>
      <w:r>
        <w:rPr>
          <w:rFonts w:ascii="Times New Roman" w:hAnsi="Times New Roman" w:eastAsia="Times New Roman" w:cs="Times New Roman"/>
        </w:rPr>
        <w:t>Ñenteel bu juróom-ñeentel ci sunu jaar-jaari nettali mooy yoonu Dibéer, ndaxte jaar-jaari sell yi yépp ci xët yépp yu yeesal, boolees leen benn ci beneen, ak njàngale gu feeñ ci jaar-jaari yooyu jaarale ko ci Xel mu Yàlla solal, wóor na ne yoonu Dibéer mooy juróom-ñeentel bu jaar-jaari nettali gannaaw malaaka mu mag ma wàcce ci sunu jaar-jaari nettali. Juróom-ñeentel bu jaar-jaari nettali ci nettali gi ci juróom-ñaari dënn yi di “mbir yu ngiy ñëw te dees na leen wone ci seen toftale” war na jokkoo ak Lislaam, sukkandiku ci ne benn téeméer rekk moo sax ci benn ñenti màndarga yi ci bépp yëngu-yëngu yeesal.</w:t>
      </w:r>
    </w:p>
    <w:p>
      <w:pPr>
        <w:pStyle w:val="ArticleBody"/>
        <w:jc w:val="left"/>
      </w:pPr>
      <w:r>
        <w:rPr>
          <w:rFonts w:ascii="Times New Roman" w:hAnsi="Times New Roman" w:eastAsia="Times New Roman" w:cs="Times New Roman"/>
        </w:rPr>
        <w:t>Lislaam dina bokk ci xew-xew yu yónent yi ci yoonu Dibbeeru ga ngir ñaareelu sabab. Yeesu, Gaynde gi ci xeetu Yuda, jël na ci lu leer jaar-jaaru ñeenti xew-xew yooyu te tëral leen ne dañoo doon misaal bu bokk seen bopp. Misaal boobu mooy juróom-ñaari dënn-dënn yi. Am na yeneen tegn yu safaraat ci bépp yëngu-yëngub yeesal buy am itam lu jiitu ak lu topp ñeenti tegn yi Gaynde gi ci xeetu Yuda mooy wax ne ñooy juróom-ñaari dënn-dënn yi. Naka misaal bu bokk seen bopp, njëlbéen tegn bi ci jaar-jaar bu misaal boobu, bi ëmb ñeenti tegn yooyu, teewoon na xeexu Lislaam ci kàllaamaat Yiwu Askani si bésub 11 Sàttumbar 2001. Li Alpha ak Omega jëfandikoo ngir won ne mujj gi tënk na ak njàlbéen gi, tax na Lislaam nekk ci yoonu Dibbeeru ga, ndaxte njëlbéen bi ci ñeenti tegn yooyu mooyoon xeexu Lislaam ci bésub 11 Sàttumbar 2001; kon nag ñeenteel bi ak mujj bi war na itam nekk xeexu Lislaam ci kàllaamaat Yiwu Askani.</w:t>
      </w:r>
    </w:p>
    <w:p>
      <w:pPr>
        <w:pStyle w:val="ArticleBody"/>
        <w:jc w:val="left"/>
      </w:pPr>
      <w:r>
        <w:rPr>
          <w:rFonts w:ascii="Times New Roman" w:hAnsi="Times New Roman" w:eastAsia="Times New Roman" w:cs="Times New Roman"/>
        </w:rPr>
        <w:t>Mën na am ne, yoonu Dibeer bi mooy yeneen bëgg-bëggu Islaam ci dëkk bu New York, te loolu dina tax mu tollu ci mujj gu ñu xam ci njàlbéenam; waaye bu gën a néew sax, dina doon weeru ndaje ci Islaam, ni ko waxoon yégleb bésu 18 Sulet 2020.</w:t>
      </w:r>
    </w:p>
    <w:p>
      <w:pPr>
        <w:pStyle w:val="ArticleBody"/>
        <w:jc w:val="left"/>
      </w:pPr>
      <w:r>
        <w:rPr>
          <w:rFonts w:ascii="Times New Roman" w:hAnsi="Times New Roman" w:eastAsia="Times New Roman" w:cs="Times New Roman"/>
        </w:rPr>
        <w:t>Nun ngeen na itam ne Alfa ak Omega dafa woon dëxal itam benn jaar-jaar ci biir ñaari jaar-jaar yooyu. Ci dëgg-dëgg, jaar-jaar gu nëbbu gu biir googu mooy benn yëgle gu mag, te léegi dees na ko génne ànd ak ndigël li ne: “bul tëj waxi kàddu-yëgleb téereb Peeñ gi.” Jaar-jaar gu biir gu nëbbu googu dees na ko xam bu nu gisee ci biir ñeenti waymark yi, yi juróom-ñaari dënnu yi di wone, ne am na benn waxtu ci biir ñeenti waymark yi, buy tàmbalee ak benn naqar te mu jeexee ak benn naqar. Dale ca ñëwug malaaka ñaareel ba ca ñëwug ñetteel ci jaar-jaaru Millerite bi, am na benn jaar-jaar bu xóot bu di màndarga wu taxaw ci boppam. Mu tàmbalee ak yëgleb benn malaaka buy wara ñammee, noonu di màndargaal waxtu wi muñ ak xaar ci léeboonu fukki janq yi. Gannaaw loolu, mu xamle Yuuxu Digg-Bëccëg bi, miy itam yëgleb bu war a ñammee, te noonu jëmé ko ca ñëwug ñetteelu yëgleb bi buy wara ñammee.</w:t>
      </w:r>
    </w:p>
    <w:p>
      <w:pPr>
        <w:pStyle w:val="ArticleBody"/>
        <w:jc w:val="left"/>
      </w:pPr>
      <w:r>
        <w:rPr>
          <w:rFonts w:ascii="Times New Roman" w:hAnsi="Times New Roman" w:eastAsia="Times New Roman" w:cs="Times New Roman"/>
        </w:rPr>
        <w:t>Rëddi biir bu nëbbu ci biir rëddi juróom-ñaar ñatti dëgg-dëggi yu rëy ya, ñu firndeel ko ci waxu yonent yi, du rekk ci ne tàmbali bi dafa tegu ci ab naqar, ak ñëwu malaaka ak ab yégle ngir lekk, te gannaaw loolu ñu dellu koy waxaat ci biir naqar bu mag ba, waaye itam ñu firndeel ko ci “dëgg gi.”</w:t>
      </w:r>
    </w:p>
    <w:p>
      <w:pPr>
        <w:pStyle w:val="ArticleBody"/>
        <w:jc w:val="left"/>
      </w:pPr>
      <w:r>
        <w:rPr>
          <w:rFonts w:ascii="Times New Roman" w:hAnsi="Times New Roman" w:eastAsia="Times New Roman" w:cs="Times New Roman"/>
        </w:rPr>
        <w:t>Baata Ebraayik bi ñuy tekki ne “dëgg” ci Kàddug Yàlla gu Mag ga, moom a ngi sosu ndax jëfandikoo araf bu jëkk bi ci alifbe Ebraayik, topp ca araf bu fukk ak ñett ba ci alifbe ba, te mu jeexee ci araf bu mujj bi ci alifbe ba, ngir taxawal baat bi ñuy tekki ne dëgg. Won nañu ne araf yooyu dañuy tegtal pexeem ndigalu wax jëkk wi, di pexe bi ñuy xamalee mujj mi dale ko ca njàlbéen ga. Araf bu jëkk bi mooy araf “alpha”. Araf bu digg bi mooy araf bu fukk ak ñett bi ci alifbe Ebraayik, te mu tegtal bañ. Araf bu mujj bi mooy bu mujj bi, mujj mi, “omega”. Won nañu ne ñetti araf yooyu dañuy tegtal ñetti jéego yi ci xibaaru xol ba fàww, ni ko ay rëdd yu bare yu waxi yonent yi dëggal.</w:t>
      </w:r>
    </w:p>
    <w:p>
      <w:pPr>
        <w:pStyle w:val="ArticleBody"/>
        <w:jc w:val="left"/>
      </w:pPr>
      <w:r>
        <w:rPr>
          <w:rFonts w:ascii="Times New Roman" w:hAnsi="Times New Roman" w:eastAsia="Times New Roman" w:cs="Times New Roman"/>
        </w:rPr>
        <w:t>Mboolem ñetti bataaxal yooyu, dafa tolloo ak tekkiinu benn-benn yégle yu ñetti malaaka yi. Mboolem ñetti bataaxal yooyu it, dafa tolloo ak yoonu sellalug ñi xam-xam ak ñi bon ñi ci Daniel fukki ñaar benn fukk ay saar, ñi ñuy sellal, weexal te jéem. Ñetti bataaxali Ebrë yooyu ñooñu dajaloo ngir sos baat bi “dëgg,” te dañuy yor màndargay Alpha ak Omega; te ñetti jéego yi ñuy màndargaal ci yégleb malaaka bi njëkk, dees na ko wax xebaar bu baax bu dul jeex. Ñetti jéego yi bataaxal yooyu di tegtal, itam dañuy tegtal liggéeyu Xel mu Sell mi, ni ko Yowaana fukki juróom-benn benn-wàccale yi tëral.</w:t>
      </w:r>
    </w:p>
    <w:p>
      <w:pPr>
        <w:pStyle w:val="ArticleScripture"/>
        <w:jc w:val="left"/>
      </w:pPr>
      <w:r>
        <w:rPr>
          <w:rFonts w:ascii="Times New Roman" w:hAnsi="Times New Roman" w:eastAsia="Times New Roman" w:cs="Times New Roman"/>
        </w:rPr>
        <w:t>Bu ñëw na, dina yedd adina ci bàkkaar, ak ci njub, ak ci àtte: ci bàkkaar, ndaxte gëmuwuñu ma; ci njub, ndaxte dem naa ca sama Baay, te dootuleen maa gis; ci àtte, ndaxte buur bu adina bii ñu àtte na ko. Yowaana 16:8–11.</w:t>
      </w:r>
    </w:p>
    <w:p>
      <w:pPr>
        <w:pStyle w:val="ArticleBody"/>
        <w:jc w:val="left"/>
      </w:pPr>
      <w:r>
        <w:rPr>
          <w:rFonts w:ascii="Times New Roman" w:hAnsi="Times New Roman" w:eastAsia="Times New Roman" w:cs="Times New Roman"/>
        </w:rPr>
        <w:t>Ñàkk mi njëkk, dañu ko tegtal ni bàkkaar, ni ko seedeelé ci Musaa, Uzzaa, Mary ak Marta, ak ñi doon Millerite yi; ndaxte, ni Yowaana 16 waxe liggéeyu Xelu Mi Sell mi ci yeddal nit ci “bàkkaar,” moo nekkoon ndaxte “gëmulñu.” Bépp misaal yi nu fii jëkk a tudd di tegtal ñàkk mi njëkk, te seen jaar-jaar yépp seede ne, ñàkk boobu moo juddoo ci bàkkaaru bañ a gëm lu ñu leen woon wax ba noppi. Jéego bu njëkk bi mooy yeddal ci bàkkaar. Jéego bu njëkk bi mooy bataaxalu njëkk bu alifba ebrëw ba.</w:t>
      </w:r>
    </w:p>
    <w:p>
      <w:pPr>
        <w:pStyle w:val="ArticleBody"/>
        <w:jc w:val="left"/>
      </w:pPr>
      <w:r>
        <w:rPr>
          <w:rFonts w:ascii="Times New Roman" w:hAnsi="Times New Roman" w:eastAsia="Times New Roman" w:cs="Times New Roman"/>
        </w:rPr>
        <w:t>Ñaareel ñaareelu jaar-jaari bi ci nettali bu nëbbu mooy njub, te foofa la woneb katanu Yàlla di feeñ ci njub gi ñiy yëngu ak yégle bu Yuuxu Guddi gi. Ñoom dañuy feeñal njub gi Yàlla ci mujje ga baat bi yàgg, ndax Yowaana fukk ak juróom-benn wax na ne Almasi dem na ca Baayam, te gisatuñu Almasi. Almasi dafa yàgg woon balaa njub gi feeñ. Ci yoon wi Millérite yi jaar, ba Almasi jële woon loxoom, njuumte ga xamfu na. Noonu téereb yégle gi ñu jubal woon jur na ñaari xeetu way-jaamu. Benn xeet feeñal na njub, ndax amoon nañu diwlin, te beneen xeet feeñal na ànd ak fippu gi araf fukk ak ñettelu alifbe Ebre bi di màndargaal.</w:t>
      </w:r>
    </w:p>
    <w:p>
      <w:pPr>
        <w:pStyle w:val="ArticleScripture"/>
        <w:jc w:val="left"/>
      </w:pPr>
      <w:r>
        <w:rPr>
          <w:rFonts w:ascii="Times New Roman" w:hAnsi="Times New Roman" w:eastAsia="Times New Roman" w:cs="Times New Roman"/>
        </w:rPr>
        <w:t>“Ñiñ yuññu yi taxaw ci wetu Boroom bi moom mi Boroom suuf sépp, am nañu bérab ba ñu mas a jox Seytaane ngir mu nekk kerub bu muuru. Jaarale ko ci bindu sell yi wër gànguneem, Boroom bi di saxal jokkoo ju dëgër ak waa suuf. Diw wurus wi mooy melokaanug yiw wi Yàlla di dundeel lampe yi way gëm ñi, ngir bañ a tàccu te fay. Bu dul woon ne diw sell jii ñuy tuur ci asamaan ci yégle yi Xelum Yàlla, doxalin yu bon yaa di am kilifteef gu mat ci kaw nit ñi.</w:t>
      </w:r>
    </w:p>
    <w:p>
      <w:pPr>
        <w:pStyle w:val="ArticleScripture"/>
        <w:jc w:val="left"/>
      </w:pPr>
      <w:r>
        <w:rPr>
          <w:rFonts w:ascii="Times New Roman" w:hAnsi="Times New Roman" w:eastAsia="Times New Roman" w:cs="Times New Roman"/>
        </w:rPr>
        <w:t>«Yàlla dañu koy wone yedd nde suñu jotul ci yégle yi mu nu di yónnee. Noonu lanu gàññee diwur wurus ga mu bëgg a tuuru ci sunuy xol ngir ñi nekk ci lëndëm jot ci moom. Bu woote bi agsee ne: “Xoolleen, boroom céet bi ngi ñëw; génnleen ngir dajeek moom,” ñi jotul diwur ju sell ji, ñi sàmmul yiwug Almasi bi ci seen xol, dinañu gis, ni jigéen yu ñàkk xel ya, ne waajalewuñu ngir dajeek seen Boroom. Amuñu ci seen bopp kàttan gu ñuy manee jële diwur ji, te seen dund dañu yaxu. Waaye suñu ñaan Yàlla Xelam mu Sell mi, suñu koy ñaan ak ñaan gu dëgër, ni Muusaa waxe woon ne: “Won ma sa ndam,” mbëggeelu Yàlla dina fees ci sunuy xol. Jaarale ko ci tubey wurus yi, diwur wurus ji dina ñëw ci nun. “Du ci doole, du ci kàttan, waaye ci Sama Xel la, loolu la Boroom Mbooloomi Asamaan yi wax.” Ci jot leer gu tàll gu Jàntub Njubté gi, doom Yàlla yi dañuy leer ni lamp yi ci àddina si.» Review and Herald, July 20, 1897.</w:t>
      </w:r>
    </w:p>
    <w:p>
      <w:pPr>
        <w:pStyle w:val="ArticleBody"/>
        <w:jc w:val="left"/>
      </w:pPr>
      <w:r>
        <w:rPr>
          <w:rFonts w:ascii="Times New Roman" w:hAnsi="Times New Roman" w:eastAsia="Times New Roman" w:cs="Times New Roman"/>
        </w:rPr>
        <w:t>Xamleel ne ñi nangu yégleb Wuuxaayu Guddi gi, Musaa moo leen misaalaloon ci paxu Ooreb, bi mu doon ñaan Yàlla ngir Mu won ko ndamam. Ñaari xeeti nit ñooñu sàkk nañu woon seeni jikko yu mujj laata Wuuxaayu Guddi gi, ca waxtu bi yoroon.</w:t>
      </w:r>
    </w:p>
    <w:p>
      <w:pPr>
        <w:pStyle w:val="ArticleScripture"/>
        <w:jc w:val="left"/>
      </w:pPr>
      <w:r>
        <w:rPr>
          <w:rFonts w:ascii="Times New Roman" w:hAnsi="Times New Roman" w:eastAsia="Times New Roman" w:cs="Times New Roman"/>
        </w:rPr>
        <w:t>“Léegi nu ngi dund ci jamono ju gëna nguy fitna, te kenn ci nun warul yàgg ci seet waajal ngir ñëwug Kirist. Bu kenn topp mukk misaalu jigéen yu ñàkk xel ya, te xalaat ne dana wóor ngir muñ ba jeexital bi ñëw, bala muy am waajalug jikko ngir taxaw ci waxtu woowu. Dina yam ci biir yiw wu jafe ngir seet njubtey Kirist bu ñu woowee gan yi te natt leen. Léegi moo di waxtu wi ñuy sol njubtey Kirist,—solukaayu céet ga dina la yellaale ngir dugg ci reeru céetu xàttug Xaritu-Mburu mi. Ci léebu bi, jigéen yu ñàkk xel ya, dañu leen wone ni ñuy ñaan diw, te duñu ko jot ci seen ñaan. Loolu mooy misaal bu fësal ñi waajalul seen bopp ci yokk jikko ju leen manal taxaw ci jamonoy jeexital.” The Youth’s Instructor, January 16, 1896.</w:t>
      </w:r>
    </w:p>
    <w:p>
      <w:pPr>
        <w:pStyle w:val="ArticleBody"/>
        <w:jc w:val="left"/>
      </w:pPr>
      <w:r>
        <w:rPr>
          <w:rFonts w:ascii="Times New Roman" w:hAnsi="Times New Roman" w:eastAsia="Times New Roman" w:cs="Times New Roman"/>
        </w:rPr>
        <w:t>Ci waxtu guddi neexee, benn xeet amoon na diw wu war a nekk, te beneen bi amu ko woon. Ñaareelu jéego mooy feeñug njub mbaa lu jubulwul ci mujju waxtu bi ñu yéexee, “ndaxte” boroom céet gi dem na “ca” baayam, te “dungeen ma gisati.” Ñaareelu jéego mooy ñetteelu arafu alfabee Ebraayik bi. Ñetteelu jéego ci jaar-jaaru nettali bu nëbb bi mooy àtte ak réccu bu mag bi ak araf bu mujj ci alfabee bi.</w:t>
      </w:r>
    </w:p>
    <w:p>
      <w:pPr>
        <w:pStyle w:val="ArticleBody"/>
        <w:jc w:val="left"/>
      </w:pPr>
      <w:r>
        <w:rPr>
          <w:rFonts w:ascii="Times New Roman" w:hAnsi="Times New Roman" w:eastAsia="Times New Roman" w:cs="Times New Roman"/>
        </w:rPr>
        <w:t>Jaar-jaaru bi nekk ci biir juróom-ñaari dënn-dënn yu mag yi, kàddu “dëgg” seede na ko, te itam ñàkk ci yaakaar bu njëkk ba tax ñu xàm ñàkk ci yaakaar bu mujj bi, ak itam ndawsi yonnent bu agsi ak benn bataaxal ci tàmbali ak ci mujj. Jaar-jaaru bu nëbbu bii, ñi ko war a xàm rekk mooy ñiy nangu ndigali xam-xamu jàngat Biibël yi, yi Kañ ku gën a màgg joxe. Sàrtu Miller ci tàmbali bi, ak “Prophetic Keys” ci mujj bi.</w:t>
      </w:r>
    </w:p>
    <w:p>
      <w:pPr>
        <w:pStyle w:val="ArticleBody"/>
        <w:jc w:val="left"/>
      </w:pPr>
      <w:r>
        <w:rPr>
          <w:rFonts w:ascii="Times New Roman" w:hAnsi="Times New Roman" w:eastAsia="Times New Roman" w:cs="Times New Roman"/>
        </w:rPr>
        <w:t>Ci jaar-jaari juróom ñaari xumb yi, ni nu ko bëggalee léegi, am na fi benn njàngale bu war a delluñu ci te fàttaliku ko. Jëfandikukat bu njëkk ci bépp tolluwaay gu bees mooy bañ a yëg dëgg gu ñu tabax ba noppi. Muusaa fàtte na bëñ-saafara doomam, doonte moo nekkoon màndarga gu sax gu Kóllëre gi yonent Ibraayma di fésal. Uzzaa fàtte na ne sarxalekat yi rekk a waroon a laal gaal ga. Mariya ak Elisabet seedeel nañu ci nettali Lasaar ne xamoon nañu woon bés bu jiitu dooley ndekkitey Almasi bi. Bi ñu sossee tàllal 1843 ba, njiit yi (peer pressure) dajalees nañu ci Baay Miilër ngir mu bàyyi li mu daan wax saa su ne jëm ci atum 1843. Ñu dëgërloo nañu ko mu soppi seedeem bu saxoon, bi daan bàyyi pax bu néew ba noppi jëm ci bésub 1843, ngir mu ne mooy seen yëgle ne fanweeri ñaari téeméer ak ñett fukki fan yi dinañu mat. Seede Si Miilër wone na ne peer pressure bi njiit yeneen yi ci yëngu-yëngu boobu indi moo tax mu bàyyi waxam bu néewoon ci matug bésub yonent bi, ba noppi wax bu leer ne dina mat ci 1843.</w:t>
      </w:r>
    </w:p>
    <w:p>
      <w:pPr>
        <w:pStyle w:val="ArticleBody"/>
        <w:jc w:val="left"/>
      </w:pPr>
      <w:r>
        <w:rPr>
          <w:rFonts w:ascii="Times New Roman" w:hAnsi="Times New Roman" w:eastAsia="Times New Roman" w:cs="Times New Roman"/>
        </w:rPr>
        <w:t>Ak Future for America, xamoon na ne du amul benn yeneen bataaxal buy “wéeru ci waxtu.” Future for America dafa jàngaloon ci yeneen yoon yu bari ne dëgg boobu, ci biir jaar-jaaru yëngu-yëngu bi. Njàqare gu njëkk moom, dafa sax ci kaw bañ a jëfandikoo dëgg gu natte bu sampu woon. Dëgg la ne, moo doon bañ gu am bàkkaar ci benn dëgg, waaye lu gën a am solo mooy ne, moo doon bañ gu am bàkkaar ci sàrtu njëkk bu William Miller, bi ñu woon a xamle bu leer ne dafa jeex ci 1844.</w:t>
      </w:r>
    </w:p>
    <w:p>
      <w:pPr>
        <w:pStyle w:val="ArticleScripture"/>
        <w:jc w:val="left"/>
      </w:pPr>
      <w:r>
        <w:rPr>
          <w:rFonts w:ascii="Times New Roman" w:hAnsi="Times New Roman" w:eastAsia="Times New Roman" w:cs="Times New Roman"/>
        </w:rPr>
        <w:t>Te malaaka ma ma gisoon ne taxaw ci kaw géej gi ak ci kaw suuf si, yékkati na loxoom jëm asamaan, te waat na ci Kiy Dund ba fàww ak ba fàww, mooy Ki bind asamaan ak li nekk ci biiram, ak suuf si ak li nekk ci biiram, ak géej gi ak li nekk ci biiram, ne waxtu du yàggatiatiwul. Peeñu Yowaan 10:5, 6.</w:t>
      </w:r>
    </w:p>
    <w:p>
      <w:pPr>
        <w:pStyle w:val="ArticleBody"/>
        <w:jc w:val="left"/>
      </w:pPr>
      <w:r>
        <w:rPr>
          <w:rFonts w:ascii="Times New Roman" w:hAnsi="Times New Roman" w:eastAsia="Times New Roman" w:cs="Times New Roman"/>
        </w:rPr>
        <w:t>Malaaka mi taxawoon ci suuf ak géej gi, ci ni ko Rakku jigéen White waxe, mooy woon “du ku gënul deret ak Yeesu Kirist.” Future for America bañ na sant bu juboo bu jóge ci Yeesu Kirist! Ci sama bopp, am naa laaj ak jëfandikoo ak tuuti nit ñi ma bokkoon ak ñoom balaa 18 Sulet 2020. Ñaar rekk ci ñoom ñooñu, te kenn ci ñaar ñooñu mi ngi léegi nelaw ci Yeesu, laa jàngaloon ak seetluoon li jóge ci Kàddu Yàlla niki muy jëm ci xew-xewu 18 Sulet 2020. Waaye sukkandiku ci taariixu Millerite, mi di tambali bi nu nekk muy mujj, wóor na ma ne am na tey ñeneen ñi nekkoon ci yoonu sàkku ga ca jamono jooju, te ñu ngiy sax ci sos jëfe-jëf yu wax ci waxu Yàlla yu “wéeru ci waxtu.” Amul lu bees ci suuf si.</w:t>
      </w:r>
    </w:p>
    <w:p>
      <w:pPr>
        <w:pStyle w:val="ArticleBody"/>
        <w:jc w:val="left"/>
      </w:pPr>
      <w:r>
        <w:rPr>
          <w:rFonts w:ascii="Times New Roman" w:hAnsi="Times New Roman" w:eastAsia="Times New Roman" w:cs="Times New Roman"/>
        </w:rPr>
        <w:t>Jamono dafa gatt ngir kontine ak noonu xeexu yéglebuy wax ju mel ni jóg ci xol rekk, waaye na ku nekk wóor bu baax ci xelam bopp. Te na ku nekk ci góor ñi jël taxawaay ci wet gi diiwante ak jamono, xam ne Future for America dafa bañ mboolem jëfandikookat yooyu, ndaxte duñu dara ludul naxari Seytaane.</w:t>
      </w:r>
    </w:p>
    <w:p>
      <w:pPr>
        <w:pStyle w:val="ArticleBody"/>
        <w:jc w:val="left"/>
      </w:pPr>
      <w:r>
        <w:rPr>
          <w:rFonts w:ascii="Times New Roman" w:hAnsi="Times New Roman" w:eastAsia="Times New Roman" w:cs="Times New Roman"/>
        </w:rPr>
        <w:t>Rëddug yëgu yéego bi nekk ci biir ñaari mën-a xamadi yu nëbbu yi nekk ci biir ñeenti màndarga yi di samp juróom-ñaar ñiir yi, mooy li Léeb bu askanu Yuda di léegi ubbi. Mbiriib xët wii nag ab delluwaat rekk la ci li nu waxoon ci kàddu Ebrë “’ĕmeṯ” bi ñuy tekki ne dëgg. Jëfandikoo wul lépp li nu conkoon waaye njariñu delluwaat boobu mooy wone ne Yowaana saar 16, aaya 8 dafa déggoo bu baax ak misaal bu yéegu yéego bi nu di jox ngir rëddug yëgu yéego bi nëbbu te nekk ci biir juróom-ñaar ñiir yi.</w:t>
      </w:r>
    </w:p>
    <w:p>
      <w:pPr>
        <w:pStyle w:val="ArticleBody"/>
        <w:jc w:val="left"/>
      </w:pPr>
      <w:r>
        <w:rPr>
          <w:rFonts w:ascii="Times New Roman" w:hAnsi="Times New Roman" w:eastAsia="Times New Roman" w:cs="Times New Roman"/>
        </w:rPr>
        <w:t>Am naxul tuuti gu gën a seetaat la soxla ngir nu agsi ci ab dogal bu nu di jël ci benn waxtaan bu ci topp.</w:t>
      </w:r>
    </w:p>
    <w:p>
      <w:pPr>
        <w:pStyle w:val="ArticleScripture"/>
        <w:jc w:val="left"/>
      </w:pPr>
      <w:r>
        <w:rPr>
          <w:rFonts w:ascii="Times New Roman" w:hAnsi="Times New Roman" w:eastAsia="Times New Roman" w:cs="Times New Roman"/>
        </w:rPr>
        <w:t>Bulul waxi kàddu yi ci yëgleb téere bii, ndaxte waxtu wi jege na: ku jubadi, na dox ci jubadi ba tey; ku sobe, na dox ci sobe ba tey; ku jub, na dox ci njubam ba tey; te ku sell, na dox ci sellaayam ba tey. Te xoolleen, maa ngi ñëw gaaw; te sama pey ak man la, ngir fey kenn ku nekk ni ay jëfam di deme. Man maa di Alfa ak Omega, tambali bi ak mujj gi, ki jëkk ki ak ki mujj. Peeñu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 mooy Dëgg? – Ñaareel bi</dc:title>
  <dc:subject>Bul bañ waxin waxi kàddu yi ci yëgleb téere bii</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