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第四十节个隐秘历史——第二十二号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以西结书第三章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2026-08-08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以西结係喺十四万四千人受印个时期做祭司.第一章里,以西结拨带进圣所.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三十年,四月初五日,我勒迦巴鲁河边同被掳个辰光,天开了,我看见上帝个异象.初五日,正是约雅斤王被掳第五年,耶和华个话明明白白临到祭司布西个儿子以西结;彼时勒迦勒底人之地、迦巴鲁河边,耶和华个手按勒伊身上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我望出去,看见有一阵旋风从北方来,一大片云,同火自相缠卷,四围有光辉;从火当中又显出好像光亮铜金个颜色.再从其中出来四个活物个形像.伊拉个样子是介：有个人个形像.各各有四张脸面,各各有四只翅膀.伊拉个脚是直个脚,脚掌像牛犊脚掌个样子,闪烁像磨亮个铜.伊拉四边个翅膀下面都有人的手;伊拉四个都有脸面同翅膀.伊拉个翅膀彼此相接;行走个辰光并勿转身,各各一直向前行.论到伊拉脸面个形像,四个个右边都有人的脸同狮子个脸;左边四个都有牛个脸;四个也都有鹰个脸.伊拉个脸面就是介样;伊拉个翅膀向上展开,各各有两只翅膀彼此相接,还有两只遮盖身体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拉一只只向前头直行;灵要到啥地方去,伊拉就到啥地方去;伊拉行个辰光,并弗转身.至于该些活物个形状,伊拉个样子像烧着个火炭,又像火把个样子;火在活物当中上上下下,来来去去;该火明亮,火里头还发出闪电.活物奔跑来回,好像闪电一闪个样子. 我看活物个辰光,看哪,活物旁边个地上有一只轮子,对着伊拉四个脸.轮子个样子同伊拉个作法,好像水苍玉个颜色;四只轮子都一个样式;伊拉个样子同伊拉个结构,好像轮中套轮.轮子行个辰光,向四面都能行;行个辰光,并弗转向.至于轮辋,高得叫人害怕;四只轮辋周围都满了眼睛. 活物行个辰光,轮子也在旁边同走;活物从地上升起个辰光,轮子也升起.灵要到啥地方去,伊拉就到啥地方去;伊拉个灵也要到该地方去;轮子都随着伊拉升起,因为活物个灵就在轮子里.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末嗰些行,搿些也行;伊末嗰些立定,搿些也立定;伊末嗰些从地浪升起,轮也对着伊末一淘升起,因为活物个灵在轮中.活物头顶浪穹苍个形像,好像可畏个水晶个颜色,张开在伊末头顶之上.穹苍之下,伊末个翅膀直伸,彼此相向;每一个有两只遮身这边,每一个也有两只遮身嗰边.伊末行走个辰光,我听见伊末翅膀个响声,好像大水个响声,像全能者个声音,像喧哗个声音,又像军队个响声;伊末立定个辰光,就垂下翅膀.伊末立定、垂下翅膀个辰光,在伊末头顶以上个穹苍之中有声音.伊末头顶以上个穹苍之上,有宝座个形像,看上去像蓝宝石;在宝座个形像以上,又有一位个形像,看上去好像人个样子,在宝座之上.我看见有一种像光耀金精个颜色,又像火个样子包围在其中;从伊腰以上,看上去有火个样子,周围都有光辉;从伊腰以下,我也看见有火个样子,周围也有光辉.周围个光辉个样子,好像落雨天云中彩虹个样子.搿就是耶和华荣耀形像个显现.我一看见,就俯伏在地,也听见有一位说话个声音.以西结书 1:1–28.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以西结,个哀哭流亡个先知,勒迦勒底人之地,蒙赐异象,教导同样个功课,就是要信靠以色列大能个上帝.当伊立勒迦巴鲁河边个辰光,看见仿佛有旋风从北方来,‘有一朵大云,有火在其中旋绕,四围有光辉;从其中间显出好像光耀个精金.’又有若干样貌奇异、彼此交错个轮子,受四个活物推动.勒这一切之上高高个所在,有‘宝座个形像,看去像蓝宝石个样子;勒宝座个形像以上,又有仿佛人形个显现,坐勒其上.’‘至于活物个形像,伊拉个样貌好像炽燃个火炭,又好像火把个样子;火勒活物中间上去下来;其火明亮,从火中发出闪电.’‘基路伯个中间,还显出人手个形状,勒伊拉个翅膀底下.’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有轮子套勒轮子里向,安排交关复杂,起先一眼望去,㑚叫以西结看得像是一切侪混乱了.弗过,等伊拉动起来个辰光,动作却端正美好,丝毫弗差,且完全和谐.天上个活物推动此些轮子;并且,尤其勒荣耀个蓝宝石宝座浪,坐着永恒个主;宝座四围有环绕个虹,做恩典搭慈爱个表记.以西结给此景象可畏个荣光压倒了,就扑倒勒地;个辰光,有声音吩咐伊起来,听耶和华个话.随后,就有一篇警告以色列个信息赐给伊.”«证言»,751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乌西雅王崩个年辰,我看见主坐勒宝座浪,崇高又被高举,伊个衣摆充满圣殿.撒拉弗侪立勒伊上头;逐个侪有六只翅膀：用两只遮面,用两只遮脚,用两只飞.彼个向此个呼叫,说：圣哉！圣哉！圣哉！万军之耶和华;遍地侪满了伊个荣耀.因呼喊者个声音,门槛根基震动,殿里充满了烟雾. 我就说：祸哉我！我灭亡了;因为我是嘴唇勿洁净个人,又住勒嘴唇勿洁净个百姓当中;因为我个眼睛看见了大君王,万军之耶和华.随后有一个撒拉弗飞到我这里,手里拿着红炭,是用火剪从坛浪取下来个;伊拿伊沾我个口,说：看啊,这个已经沾着侬个嘴唇;侬个罪孽便除掉了,侬个罪过也得了洁净. 我又听见主个声音说：我好差遣哪个？哪个肯替我众人去呢？我就说：我勒此地,请差遣我.以赛亚书 6:1–8.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</w:t>
      </w:r>
      <w:r>
        <w:rPr>
          <w:rFonts w:ascii="SimSun-ExtB" w:hAnsi="SimSun-ExtB" w:eastAsia="SimSun-ExtB" w:cs="SimSun-ExtB"/>
        </w:rPr>
        <w:t>𠲎</w:t>
      </w:r>
      <w:r>
        <w:rPr>
          <w:rFonts w:ascii="Microsoft YaHei" w:hAnsi="Microsoft YaHei" w:eastAsia="Microsoft YaHei" w:cs="Microsoft YaHei"/>
        </w:rPr>
        <w:t>个异象,系上帝拨以西结个辰光赐拨伊个;其辰光,伊心里充满了阴惨个预感.伊看见伊列祖个地荒凉撂勒.向来人烟稠密个城,已经呒没啥人居住.欢笑个声音搭赞美个歌声,墙垣里向也再听勿着.先知自家也做客勒异乡;勒迭搭,无边个野心搭凶残个暴虐执掌权柄.伊所看见、所听见个人间强暴搭不义,叫伊心灵忧伤;伊日日夜夜痛苦悲哭.弗过,勒基巴河边摆勒伊面前个奇妙表号,启示出一种统辖一切个权能,比地上掌权者个权势还要大.高过亚述搭巴比伦骄傲残酷个君王,施怜悯搭真实个上帝坐宝座掌权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先知看起来卷勒介许多纷乱里向转轮一样个复杂情形,侪受着一只无限个手个引导.上帝个灵向伊面前显明,为推动并指挥介些转轮个,弗和谐从纷乱中带出来;阿是乎,普天下侪勒伊个掌管之下.千万荣耀化个生灵随时听候伊个命令,能制伏恶人个权势搭计谋,并为伊忠心个人带来益处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照样个辰光,上帝快要向所亲爱个约翰启示教会将来世代个历史个辰光,借着显现一个‘好像人子个’,行走勒灯台当中,来叫伊确信救主对自家百姓个关切搭看顾;该个灯台,就是象征七个教会.约翰望见教会同地上权势末后个大争战个同时,也蒙准许得见忠信之人最后个得胜搭蒙拯救.伊望见教会拨兽搭伊个像带进致命个冲突里向,且对该兽个敬拜也勒死亡个威吓之下受着强迫.只是伊越过战场个烟雾搭喧嚣望出去,就望见一班人同羔羊立勒锡安山浪,伊拉额角浪写个勿是兽个印记,乃是‘父个名’.再者,伊又望见‘胜了兽、兽个像、兽个印记,并伊名个数目个’人,‘立勒玻璃海浪,拿着上帝个琴’,唱摩西个歌搭羔羊个歌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迭眼教训是为着我伲个益处.阿拉需要把信心稳稳当当地安置勒上帝身浪,因为摆勒阿拉前头,正有一段辰光要试炼人个心灵.基督勒橄榄山浪,重述了伊第二次降临以前所要先来到个可怕审判：‘侬要听见打仗同打仗个风声.’‘民要攻打民,国要攻打国;多处必有饥荒、瘟疫、地震.迭一切,不过是灾难个起头.’迭些预言虽则勒耶路撒冷被毁个辰光有过一部分应验,却更加直接是指向末后个日子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阿拉正立勒重大而庄严个大事门槛浪.预言快快勒应验.主已经到门口浪.勿久就要勒阿拉面前展开一段叫一切活着个人都极其关切个时期.过去个争论要再度兴起;新个争论也要发生.将要勒阿拉个世界里上演个景象,人还连做梦也勿曾想到.撒但正借着人个机构做工.那些设法更改宪法、并要取得一条强迫守礼拜日个法律个人,极少晓得结果将会是啥.危机就要临到阿拉身浪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弗过,上帝个仆人㬟弗应当勒眼下阿拉介大紧要关头里靠自家.勒赐拨以赛亚、以西结搭约翰个异象里,阿拉看见天庭搭地上所发生个事体联络到啥个样亲密,也看见上帝对一切向伊忠心个人关顾有多大.世界并弗是呒没统治者.将要来到个诸般事体个安排掌握勒主个手里.天上个至尊,把列国个命运,以及伊教会个事务,也都亲自担负勒伊自家个看顾之下. 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阿拉做主个工体,常常允许自家心里挂虑、烦难搭迷惘忒过分.有限个人,勿是留拉来独自担负责任个重担.阿拉需要信靠上帝,相信伊,向前行.天上使者勿知疲倦个儆醒,搭伊拉为着地上众生所尽个不停息职分,显明上帝个手正在引导轮中套轮.神圣个训诲者对伊工作里个每一个作工个人讲,正像伊古时对古列所讲个一样：‘我曾束你个腰,虽然你勿曾认识我.’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“㕷以西结个异象里, 神个手摆㕷基路伯个翅膀底下.迭是为着教训伊个仆人：赐得伊拉成功个,乃是神圣个权能.若是伊拉肯除去罪孽,心里搭生活变做清洁,伊就会搭伊拉同工.”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“阿活物当中来去个明亮光,快得像闪电一样,表明这项工作末后推进到完成个速度.</w:t>
      </w:r>
      <w:r>
        <w:rPr>
          <w:rFonts w:ascii="SimSun-ExtB" w:hAnsi="SimSun-ExtB" w:eastAsia="SimSun-ExtB" w:cs="SimSun-ExtB"/>
        </w:rPr>
        <w:t>𠊎</w:t>
      </w:r>
      <w:r>
        <w:rPr>
          <w:rFonts w:ascii="Microsoft YaHei" w:hAnsi="Microsoft YaHei" w:eastAsia="Microsoft YaHei" w:cs="Microsoft YaHei"/>
        </w:rPr>
        <w:t>个主总弗打盹,常常为成就伊自家个旨意做工,能够和谐一致地推进伊个大工.凡是对有限个人心思看上去纠缠复杂个事,主个手都能够保守得极其整齐有序.伊能设立办法同手段,拦阻恶人个图谋;凡是设计加害伊百姓个人个计策,伊都要使其归于混乱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兄弟姊妹,眼今弗是悲哀失望个辰光,也弗是向疑惑搭勿信服低头个辰光.基督眼今弗是躺勒约瑟新坟里个救主,坟门用一块大石头关牢,还盖了罗马个印;阿拉有一位已经复活个救主.伊是王,是万军个主;伊坐勒基路伯中间;就在列国争战扰攘之中,伊还一直看顾伊个百姓.统管诸天个那一位,就是阿拉个救主.各样试炼,伊都量过.那必须试验每一个灵魂个火炉烈焰,伊都看守.等到列王个营垒要被推翻,等到上帝忿怒个箭要射穿伊仇敌个心,伊个百姓必安稳勒伊手里.”«证言»卷五,752–754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表明那些有望列入十四万四千人个候选者,伊个圣所里向个经历,一行接一行,搭以赛亚搭约翰勒圣所里向个经历相合一致.阿拉现今正处勒圣殿个试验当中,这是印封十四万四千人个三个试验里向第二个.迭段时期,就是照玛拉基书第三章所应验、由立约个使者所成就个洁净.迭个由三个试验组成个洁净过程,就是玛拉基所讲、要“试验各人灵魂”个火热“炉子”.当第三位天使勒1844年10月22日来到辰光,立约个使者忽然来到伊个圣殿,领迭段历史里向个聪明童女进入至圣所,为着印封伊个忠心之人;只是迭段历史里向个童女背叛了,到1856年,非拉铁非个米勒派运动已经变成老底嘉个米勒派运动,并且勒1863年成为老底嘉个基督复临安息日会教会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初三位天使,忽然来勒1844年10月22日,勒1863年撤脱伊个临在,后来又勒2001年9月11日转来.过脱二十五年,彼个由1844年10月22日所预表个圣殿试验,如今又重新上演.二十五,象征性里是二百五十个先知性十一奉献;二百五十,又是«但以理书»第十一章第十一节到第十五节所代表个历史个象征.二百五十同二十五,是«以西结书»圣所异象当中个轮.二十五,是智慧个人同邪恶个人分开个象征,正应验了由立约个使者所完成个洁净工作里所表明个三步试验过程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马太福音»二十五章内中有三则比喻,逐一比喻都指出,在十四万四千人受印额个辰光,智慧个同恶人个分开.章里所表明上帝子民个盼望,是望伊拉成为聪明个童女,手里有半夜呼声信息个油.伊拉个盼望,是望伊拉在各人恩典宽容个时期里,管理所交托伊拉个特别才干,尽忠于此等管家职分,末后受审判个辰光,被断为忠心个仆人.伊拉个盼望,是望伊拉被断为上帝草场里个羊,坐勒伊个右边,弗是坐勒伊左边个山羊.二十五乃是十四万四千人受印额个辰光,智慧个同恶人个分开个表号.二十五是以西结轮中个一个轮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伲人被掳去个第二十五年,年头,月初十,城子受击破后第十四年,正到该日,耶和华个手临到我身浪,带我到该埭.以西结书 40:1.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被掳个第二十五年,是表明十月二十二日,也就是表明一个时代之门个关闭.到了一八四四年十月二十二日,一扇门开了,一扇门关了,两个等类也就分开来了.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写信拨非拉铁非教会个使者,说：个位圣洁个、真实个,执有大卫个钥匙个,伊开了,就呒没人关得来;伊关了,也呒没人开得来.阿拉晓得侬个行为：看哪,阿拉拨侬摆了一扇开着个门,呒没人关得来;因为侬气力虽则有点小,却守了阿拉个道,也呒没否认阿拉个名.启示录 3:7, 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基督对非拉铁非个使者讲,伊晓得伊拉个作为;伊也摆勒非拉铁非教会面前一扇开着个门.迭扇门是凭“大卫个钥匙”打开个,就是摆勒以利亚敬身上个迭把钥匙.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迭日,我必召我个仆人,希勒家个儿子以利亚敬.我必拿侬个袍子给伊穿,拿侬个带子给伊束紧,也必把侬个政权交勒伊手里;伊必做耶路撒冷居民并犹大家个父.大卫家个钥匙,我必放勒伊肩膀浪;伊开,就呒没啥人关得脱;伊关,就呒没啥人开得脱.以赛亚书 22:20–22.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以利亚敬蒙召格日子,伊就同恶人舍伯那分开哉.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主万军之耶和华是格样讲：去,去见该个管库格,就系掌管家务格舍伯那,对伊讲：侬勒哴有啥？侬勒哴有啥人,乃至侬勒哴为自家凿坟墓,像人勒高处凿坟墓,又勒磐石中为自家镌住处？看哪,耶和华必要大力将侬掳去,也必要严严实实遮盖侬.伊必要猛力将侬卷起、抛来抛去,像球一样抛到宽阔之地;侬要死勒该面,侬荣耀格车辇也要成作侬主人家格羞辱.以赛亚书 22:15–18.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应验示巴拿同以利亚敬之比喻个聪明童女搭愚拙童女个分开,乃应验于一八四四年十月二十二日,也应验于约雅斤被掳第二十五年,就是主前五七三年十月二十二日.于«以西结书»第八章里,复临信仰中个恶人,由耶路撒冷所预表,乃由二十五个人向太阳下拜所表明.耶路撒冷个毁灭预表星期日法,这也就是结束十四万四千人受印时期个路标.该受印时期起首于二〇〇一年九月十一日;耶稣既是阿拉法,也是假使嘎玛,所以二〇〇一年九月十一日作为受印个起头,也说明了终局,就是于星期日法之时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2001年9月11号,预表得是1888年明尼阿波利斯格聚会;因为怀姊妹指出,纽约格大楼㧻勒脱落勒9/11辰光,启示录18:1–3就应验了.阿个辰光,像1888年一样,伊指出启示录第十八章格天使降下来,用伊格荣耀照亮全地.1888年格背叛,伊拿伊对齐到可拉、大坍、亚比兰格背叛;伊拉也有二百五十个有名望格人一同加入伊拉格叛道.古以色列起头历史里,可拉搭伊格同党格背叛当中格二百五十个叛徒,预表古以色列末了辰光向太阳下拜格二十五个人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拉俄底嘉复临主义个二十五个领袖向星期日法拜倒,搭二百五十个向九一一拜倒,显明了盖印个辰光;用二十五个象征,（就系智慧个人搭邪恶个人分开个象征）来标出盖印辰光个开头搭收尾.无论系摩西辰光个二百五十个悖逆个人,还系以西结书第八章里个二十五个人,抑或马太福音第二十五章里三样分开个见证,抑或以西结书第四十章里被掳个第二十五年;凡属二十五个象征之一切显现,侪搭三段各二百五十年、分别到公元前207年、313年搭2026年告终个时期,相互对齐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二十五好比一根车轴,伊使一切二十五个脉络都归于完全.伊成为赐拨彼得个天国先知性钥匙之一,为要将第四十节隐藏个历史显明出来.已经一再凭着超过三个见证确立：但以理书十一章第十节到第十五节,代表一条涵盖自一九八九年直到星期日法令个历史线,也就是第四十节隐藏个历史.犹大支派个狮子,如今正当伊开启这段隐藏历史个辰光,解开以西结轮子个印封;这段历史将要完成末后日子半夜呼声个信息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阿拉后头几篇文章里,還要繼續辨明以西結个輪子;伊拉表明末后日子里眾人之間錯綜複雜个相互作用.本文開頭所列个«以西結書»第一章,並第五卷«證言»里相陪个一段話,當阿拉繼續寫這幾篇文章个辰光,總要作為阿拉持續參照个根據.等到這些輪子照伊拉應當个地位擺明,並照伊拉同先知歷史里其餘輪子所當有个交接關係一併擺出,阿拉就要證明：那在1840年8月11日賦予第一位天使能力个三百九十一年並十五日,也同樣由以西結表明為三百九十年,並同耶路撒冷被圍困一年半連結;而這一道先知性亮光个來到,也指明了那十四萬四千人之旌旗被舉起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从1299年7月27号到1337年,乃是«启示录»第九章第十节所讲那一百五十年（五个月）开头个三十八年.该一百五十年,同第十五节所讲个三百九十一年零十五日相连.故此,这两段时期个起头,合成一条预言个线,直到约西亚·利奇于1838年同1840年所发之预告应验时告终,并标明米勒派运动个兴起同得着能力.此段历史,在复临信仰起头之时,表明十四万四千人于星期日法令来到之前,作为一面旌旗而兴起.故此,以西结所讲个三百九十年,并耶路撒冷被围困之一点五年（1.5）,标明那条始于1299年个预言线之终点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下篇文章以前,先来思想«Testimonies»第五卷里个该段话,实在是值得个.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第四十节个隐秘历史——第二十二号</dc:title>
  <dc:subject>以西结书第三章</dc:subject>
  <dc:creator>Jeff Pippenger</dc:creator>
  <cp:keywords/>
  <dc:description>Generated by ArticleDigger from hidden_history\22_hidden_history.json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