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第四十节个隐秘历史——第二十四号数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以西结书第五章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2026-08-10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咾个来阵我伲连着看了几篇«证言»第五卷里向个一段经文;其中告知了赐拨以西结、以赛亚搭约翰个圣殿异象：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迭些教训是为着我伲个益处.阿拉需要把信心安安稳稳搁勒上帝身浪,因为就勒阿拉眼门前,有一段辰光要试炼人个心灵.基督勒橄榄山浪,重述了伊第二次降临以前所要先来到个可怕审判：‘侬要听见打仗同打仗个风声.’‘民要攻打民,国要攻打国;到处要有饥荒、瘟疫、地震.迭一切不过是灾难个起头.’当耶路撒冷毁灭个辰光,迭些预言曾有一部分应验;但是伊对末后个日子,有更直接个应用.”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阿弗月初九日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提莎·贝阿夫,希伯来话个意思是“阿夫月初九”,是犹太人记念巴比伦人在公元前586年毁坏第一圣殿,以及提多在公元70年毁坏第二圣殿个日子.两次毁灭侪发生勒同一个历法日期——希伯来历阿夫月初九（照公历通常落勒七月或八月）.当怀姐妹把耶路撒冷个毁灭对应到末后“那试炼人心个时候”辰光,伊就是指出两次毁灭;这两次毁灭侪表明那快要来到个星期日法令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但以理书»第十一章十六节所表明个就系阿个星期日法,也同四十一节相对应.«以西结书»里,用耶路撒冷个毁灭来说明到了星期日法辰光,智慧个童女同愚拙个童女个分开.以西结当年身在巴比伦作俘虏,后来蒙神迹带到耶路撒冷,亲眼去看第八章到第十一章里所显明个阿个分开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嘞第六年、第六月、初五日,阿拉坐勒自家屋里,犹大个长老坐勒我面前个辰光,主耶和华个手落勒阿拉身浪.阿拉就看见,阿有一个形像,样子像火;从伊腰以下是火,从伊腰以上有光辉个样子,像琥珀个颜色.伊伸出一只手个形状,揪牢阿拉头发一绺;灵就把阿拉提起来,悬勒地与天之间,勒神个异象里带阿拉到耶路撒冷,来到朝北个内门门口;该搭就是惹动忌邪个忌邪偶像所在个座位.以西结书 8:1–3.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八到第十一章四章,乃是对分离个过程个描述;怀爱伦姊妹在评讲«以西结书»第九章辰光,非但指出其所讲个印记,正是«启示录»第七章同一样个印记,并且还指明,耶路撒冷乃是末后日子老底嘉个基督复临安息日会教会个表号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“凡自家灵性退落弗觉伤痛,也弗为别人个罪过哀哭个人,终归得弗着 神个印记.主差遣伊个使者,就是手里拿着杀戮兵器个人,说：‘跟牢伊从城里经过,击杀;眼睛弗要顾惜,也弗要怜悯：要将老个、少个、童女、婴孩同妇女,尽都杀灭;只是凡身上有记号个人,侬弗可挨近;并且要从我个圣所起首.’于是伊拉就从殿前个老年人起首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㑚里阿拉看见,教会——主个圣所——是头一个碰着上帝震怒之击个.那些老年人,就是上帝曾经赐拨伊拉大光、也曾立拉做百姓灵性利益守望个人,辜负了伊拉所受个托付.伊拉竟然摆出一种讲法,说我伲弗必像从前日子里向神迹同上帝权能明显显现去指望.时代变了.此等说话坚固了伊拉个弗信,伊拉就讲：主弗会行善,也弗会行恶.伊个怜悯忒大,弗会用审判临到伊个百姓.阿拉故此,‘平安稳妥’就成了那些人个呼声;这些人再也弗会像号筒一样扬起声音,向上帝个百姓指出伊拉个过犯,向雅各家指出伊拉个罪.此等哑狗,弗肯吠叫个,正是要感觉被触怒之上帝公义报应个人.男人、少女同小囡一齐灭亡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忠信个人为之叹息哀哭个那些可憎之事,侪不过是有限个人眼睛所能够看出来个;但其中顶恶个罪,就是惹动纯洁圣洁个上帝忌邪个那些罪,却还呒没显露出来.监察人心个大主,晓得一切作孽个人暗中所犯个罪.此等人因自家个诡诈,渐渐觉得安稳;又因主长久忍耐,就讲主看弗见,于是行事好像伊已经离弃此地一样.然则,伊必要查出伊拉个假冒,并要当众揭开伊拉曾经百般小心遮掩个那些罪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无论是位分高低、尊荣体面,还是属世智慧;也无论身居何等圣职,一旦任凭人自家诡诈个心,就保勿牢人弗去牺牲原则.那些曾经拨看作配得、义正个人,倒证明是背道个领头人,也成了冷淡懈怠并滥用上帝恩慈个样板.渠对伊拉邪恶个行径,再也弗肯容忍;到渠发怒个辰光,待伊拉总是全无怜悯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主总归是弗情愿离开伊个同在,离开格些蒙受过大光、并且在服事别人辰光亲身尝着道个能力个人.伊拉从前原是主忠心个仆人,蒙主个同在搭指导所眷顾;不过伊拉背离了伊,也领别人走入错谬,所以就落在上帝个弗喜悦之下.”«Testimonies»卷5,211、212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全书个背景,侪是耶路撒冷个毁灭.勒以西结个见证里,尼布甲尼撒围困一年半个事体,特别拨标明;不过,耶稣勒«马太福音»二十四章里个警告,其“更直接个应验”,乃是勒末后个日子.勒«以西结书»里,这一条真理个线索,是勒二十四章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公元前588年1月15日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又㑚第九年、第十月、初十日,耶和华个话临到我讲：人子啊,侬要记下今朝个日子,就系今朝此日;巴比伦王就在今朝此日来攻打耶路撒冷.以西结书 24:1, 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㖑一日子,也有别样«圣经»见证所立定,十八个月个围困就起头了.耶和华到㖑一日子临到以西结个话,包含血城个比喻;㖑比喻用一口滚沸个锅来显明,后头还跟着一场大火.㖑比喻明明白白是表明对耶路撒冷个审判;同一章后头,又记着以西结个妻子忽然遭击打而安息,做个预兆,表明那末后要毁坏圣所个围困,已经起头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耶和华个话又临到我,讲：“人子啊,倷看,我要一下子夺去倷眼目所爱个;只是倷弗可哀伤,弗可啼哭,也弗可流泪.只可暗暗叹息,弗可为死人办哀丧;头巾要包勒头浪,鞋要穿勒脚浪,嘴唇弗可遮盖,也弗可吃人送丧个饼.” 我早起对百姓讲了;到夜里,我妻子就死了.第二天早晨,我就照所吩咐我个去行.以西结书 24:15–18.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迭个辰光,以西结四围个百姓问伊：迭个比喻搭伊妻子个死,到底是啥个意思.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众百姓对我讲：“侬做个些事体,到底对阿拉有啥个意思,侬弗肯告诉阿拉么？” 我就回答伊拉讲：“耶和华个话临到我,说：‘侬去对以色列家讲,主耶和华个话是介样：看啊,我要玷污我个圣所,就是侬拉势力个荣美、侬拉眼目所恋慕个、侬拉心里所怜惜个;并且侬拉所留下个儿子、女儿,要倒在刀下.’” 以西结书 24:19–21.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经文里向以西结个妻子搭圣所,两样都称作“侬眼睛里个所爱”.据圣经史学家所考定,围城一共持续十八个月;而自公元六十六年到公元七十年,塞斯提乌同提多个围困则持续了四年.若仔细计算,自塞斯提乌第一次围困起,到毁灭为止,是三年半;但若照“包摄算法”来算——此乃«圣经»中最常采用个算法——便是四年.晓得这两种算法都有效,就使我伲看见：从塞斯提乌到提多,既是三年半,也同样是四年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阿拉有两重关于星期日法令个见证,就勒耶路撒冷两番毁灭里向;而且两段历史个各样细节,侪要应用到将快来到个星期日法令——到辰光,老底嘉要从主个口里吐出去.尼布甲尼撒围困个开头,是用以西结个妻子个死来做记号个.伊死脱个辰光,以西结奉命弗可公开哀哭,因为伊就是犹太人要被掳去、带到囚 captivity 里向个预兆.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六六年至七〇年个四年时期之起头,系以“那行毁坏可憎个事”为记号;此记号就是耶路撒冷里向个基督徒应当逃走个记号.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所以,倘若侬看见先知但以理所讲个“荒凉个可憎之物”立勒圣地,（读个人,总要会意：）到辰光,勒犹太个,要逃到山里向去.马太福音 24:15,16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两场围困分明互相对照,而两场围困开始个辰光侪包含一个“兆头”.当以西结讲明伊妻子个死搭伊自家弗举哀是啥个意思个辰光,伊讲解仔,随后就记载道：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介时,以西结要作侬个预兆：照伊所行个一切,侬也要恁般行;到仔个事临到个辰光,侬就会晓得我就是主耶和华.以西结书 24:24.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以西结妻子之死个预兆,乃是表明耶路撒冷并圣殿弗久将遭毁灭,以及随后被掳到巴比伦.先知但以理所讲个“那行毁坏可憎个”预兆,乃是叫人逃脱这毁灭个警告;不过,两次围困在起头辰光侪有一个预兆.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毋没几日就要来到个礼拜日法令以前,会有一场预言性个围困;以西结个妻子之死,乃是个表号,指明老底嘉个基督复临安息日会已经彻底被越过;而以西结乃是一十四万四千人个表号,也就是围困起头辰光所竖起个旌旗个表号.以西结是巴比伦受围困起头辰光一十四万四千人个旌旗;起头辰光那“行毁坏可憎之事”个记号,就是罗马个“记号”.一个记号是关乎内部个警告,另一个是关乎外部个警告.公元六十六年,对基督徒确实有过警告,不过那警告个记号是罗马.巴比伦毁灭中个记号,是以西结个妻子.罗马是领受兽印记个那一等人;以西结则是领受上帝印记之人个记号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兩個末後時期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头一趟围困延续十八个月,第二趟围困延续四年.两趟围困,到末后日子里,侪有伊拉“更加直接”个应验;并且两趟围困,侪直接连牢«启示录»九章十五节里所载三百九十一年并十五日个预言.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启示录»第九章第十节所讲个五个月个起头,包有一段历史,标明一段三十八年个时期;伊个终局是一场四年个围困,搭三十八个数字相联系,并且指明了伊斯兰个兴起.迭场四年个围困,㑚其对应个历史里也寻得着;迭段历史开始于（五个月）一百五十年结束、以及三百九十一年零十五日开始个辰光.伊开始于1449年7月27日,四年之后,伊斯兰对君士坦丁堡发动了一场五十五日个围困,并于1453年5月29日告终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當起首於1449年7月27號个辰光預言,到1844年8月11號煞脫个辰光,1840到1844年頭一位同第二位天使運動个四年,就同1333到1337年个四年圍困,也同1449到1453年个四年辰光,相對齊一.箇三個見證,攏總直接屬於同一條預言个線路,表明一个象徵个四年辰光：1840到1844年頭一位同第二位天使个運動,會在第三位天使運動个歷史當中重複出現.箇三個見證,預表十四萬四千人歷史當中个一場四年圍困.箇四年辰光,也藉着66年同70年耶路撒冷个圍困得着說明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主后66年西提乌斯发动个四年围困起头,随后主后70年提多结束伊,就对迭四年个时期形成了一个阿尔法个表号搭一个欧米伽个表号.同一段时期也表示作三年半,而伊又同教皇罗马践踏圣所个三个半预言年相符合.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只是殿外向个院子,要撇脱,弗消量伊;因为已经交拨外邦人哉.伊拉要践踏圣城四十二个月.我要拨权柄拨我两个见证人,伊拉要穿麻衣讲预言一千二百六十日.启示录 11:2, 3.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伊拉要倒勒刀口之下,也要拨掳到万国去;耶路撒冷要给外邦人践踏,直到外邦人个日期满足.路加福音 21:24.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务必要看明白：我正在把“包容计数”同“排除计数”两样法度,一并用到由 Cestius 个 alpha 记号所表明个时期,直到 Titus 个 omega 记号.格就指出：同一段历史里头,表明了两种时间个应用.前头阿拉已经讲过格个圣经原则,阿是在阿拉考察（好多篇文章之前）耶稣到 Caesarea-Philippi (Panium) 去个访问,同伊上变化山个行程之间个时段辰光个辰光辰光个辰光.两位圣经作者记载六日,一位记载八日.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过了六日,耶稣带着彼得、雅各同雅各个兄弟约翰,暗暗里领伊拉上了一座高山.马太福音 17:1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过了六日,耶稣带着彼得、雅各、约翰,私下领伊拉到高山浪向;伊勒形像当伊拉面前变了.马可福音 9:2.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讲过闲话以后,约莫过了八日,耶稣带了彼得、约翰同雅各,上山去祷告.路加福音 9:28.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耶路撒冷个毁灭,对末后辰光有一个“更直接”个应用;并且个毁灭,有两个见证来表明,就是巴比伦搭罗马.两个见证互相符合,弗过为仔把真理放大,提供仔各自不同而又要紧个预言特征.罗马个围困（66到70年）一共四年,也代表三年半.三年半,搭异教主义搭教皇主义所成就个践踏圣所搭军旅相连.教皇主义个践踏,持续仔三年半个预表年数,正如罗马围困所预表个字面三年半一样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介四年个围困,也搭着预言线里向个四年时期,有关;介条线指出伊斯兰教个高举,随后又有头一个、第二个,再到第三个天使运动个高举.Cestius 到 Titus,交会于教皇罗马个轮子,也交会于伊斯兰个轮子.罗马个轮子并 Cestius 和 Titus 个三年半,也交会于教皇罗马象征性个三年半,由此表明异教罗马并教皇罗马介两个实体.伊斯兰个轮子,也由同一段历史相连,并且是照四年来理解;不过,正像罗马个轮子于该段历史当中一样,伊斯兰也关联着一个受伊斯兰之轮所辖个第二势力——就是复临运动.三年半个时期,代表罗马于伊个两个阶段;四年个时期,代表伊斯兰并复临运动.异教罗马并教皇罗马,于预言上弗能分开;伊斯兰并复临运动,也同样弗能分开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迭就喺先知预表个要求之下,阿拉思量巴比伦个围困辰光,务必要看见：十八个月个围困图像里向,应当有两种辰光个理解.罗马所带来个围困里向有两种辰光个表明,从先知预表上讲,也就要求尼布甲尼撒所带来个围困里向,同样有两种辰光个表明.尼布甲尼撒个十八个月围困,也可以理解成功一又二分之一年个象征.十八个月就是一又二分之一年,而一又二分之一也可以表明为1.5年.尼布甲尼撒个围困,既是十八个月,也是1.5年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十八个月所指向个,是那要践踏耶路撒冷个权势;一又二分之一年所指向个,是伊斯兰.识别十八个月个先知性算轮,也识别巴比伦;另一只先知性算轮则识别伊斯兰.阿拉目前还弗曾摆出说明,讲清爽阿拉是阿拉啥体样把一又二分之一年应用到伊斯兰身浪去个;不过应当注意,在罗马所带来个毁灭当中,有两种时间个计算：一种是同罗马个先知性算轮相连个（弗论异教个还是教皇制个）,另一种是同伊斯兰个先知性算轮相连个.这些特征,在耶路撒冷阿尔法同欧米伽两次毁灭当中,统统寻得着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耶路撒冷喺西斯提烏同提多之下个四年圍困,表明一條預言線个終結;該條線起自一段三十八年个時期,而該時期以一場四年圍困告終,象徵伊斯蘭个高舉;而就喺同一條線之中,末了个四年時期,則表徵十四萬四千人之旌旗个高舉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阿拉下篇文章里向还要继续讲这些事体.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第四十节个隐秘历史——第二十四号数</dc:title>
  <dc:subject>以西结书第五章</dc:subject>
  <dc:creator>Jeff Pippenger</dc:creator>
  <cp:keywords/>
  <dc:description>Generated by ArticleDigger from hidden_history\24_hidden_history.json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