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第四十节个隐秘历史——第二十五号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以西结书第六篇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2026-08-11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我一直援引«证言»里一段话,该段就以西结、以赛亚同约翰在圣所里个经历,提出了若干真理个线索.约翰在«启示录»第一章里转过身去,要看背后向伊讲闲话个声音.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主个日子里,吾搭圣灵里向,听见背后有个大声音,像号筒个声音,讲：我是阿拉法,我也是俄梅戛;我是首先个,我也是末后个.侬所看见个,要写勒书上,差拨亚细亚个七个教会：以弗所、士每拿、别迦摩、推雅推喇、撒狄、非拉铁非、老底嘉.吾就转身,要看是啥人个声音搭我讲话.转过身来,就看见七个金灯台.启示录 1:10–12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自拔摩海島起,繼而進入天上聖所,約翰所見基督个異象,就是懷愛倫姊妹告訴我儂个,也就是但以理在佢書卷第十章裏所看見个同一異象.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『喺啲辰光,我但以理愁苦了整整三个礼拜.我弗吃美味个饼,肉搭酒也弗曾入口,也一点弗曾用油抹身……后来我举目一看,看哪,有一个人身穿细麻衣,腰间束着乌法个精金.伊个身体好像水苍玉,面貌如同闪电,眼目像火把,膀臂搭脚像擦亮个铜,伊说话个声音好像众人个声音.』（但以理书 10:2–6）」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“迭个描写,佮约翰勒拔摩海岛浪主基督向伊显现辰光所看见个描写相像.显现拨但以理个,正是上帝个儿子本身.晤拉个主偕同另一个天浪使者来,教导但以理后头个日子里所要发生个事.”«成圣个生活»,49.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前九节指出,耶稣基督个启示是勒人类恩典时期将要结束个辰光拨开启个.该启示是上帝赐拨耶稣个,耶稣再交拨加百列,加百列再交拨约翰,并且委派约翰把信息送拨七个教会.以赛亚勒第六章也领受了同样个差遣,以西结勒第二章搭第三章也领受了同样个使命.约翰领受差遣个辰光是个囚犯;以西结搭但以理是被掳勒巴比伦;以赛亚则活勒犹大恶王亚哈斯个历史时期里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有轮里向还有轮,安排交关复杂,乍一眼看,叫以西结觉得像是全然紊乱.但等伊拉动起来辰光,就显出美丽个精准,同绝对个和谐.天上个活物推动仔这些轮子;顶要紧个是,荣耀个蓝宝石宝座浪,坐勒永恒者;宝座四围,有环绕个彩虹,是恩典搭慈爱个表记.以西结给这景象可畏个荣耀压倒,就伏勒面浪;正当辰光,有声音吩咐伊起来,听耶和华个话.随后,就有一篇警告以色列个信息赐拨伊.” «证言»,751.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我还听见主个声音讲：“我好差遣啥人？啥人肯替我伲去？”我就讲：“我在此地;差遣我.”以赛亚书 6:8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「該個異象賜俾以西結个辰光,正當伊心裡向滿滿攏是陰沉个預感.伊看見伊列祖个土地荒涼敗落……」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“照样,当上帝将要向蒙爱个约翰启示教会将来世代个历史辰光,伊先借着显现‘一位好像人子个’,行走勒灯台当中,来叫伊确知救主对伊子民个眷顾搭看顾;迭些灯台,就是象征该七个教会.……”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“格些教训是为着倷我个益处.倷我需要把信心安稳地立勒上帝身上,因为勒倷我眼前正有一段辰光,要试炼人个灵魂.……”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阿拉正立勒重大而庄严个事件门槛浪向.预言快快地应验起来哉.主已经到门口哉.眼门前就要向阿拉展开一段叫一切活人都极其关切个时期.过去个争端要重新兴起;新个争端也要发生.要勒阿拉个世界浪上演个场面,人到今朝还连做梦也弗曾想到.撒但正借着人个器皿做工.那些竭力想改宪法、并要立法强迫人遵守礼拜日个人,几乎一点也弗晓得结果会是啥个.危机已经临到阿拉眼前哉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弗过,上帝个仆人勒此等重大个危急关头,弗可倚靠自家.勒赐拨以赛亚、以西结同约翰个异象里,倪看见天庭同地上所发生个事体是何等密切相连,也看见上帝对向彼些忠于伊个人,怀有何等深切个眷顾.世界并非无有掌权者.将来要发生个事体个安排,乃勒主个手里.天上个至尊,弗但将列国个命运,也将伊教会个事务,亲自担负看管.……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“搿以西结个异象里, 神个手摆勒基路伯个翅膀下面.此节是要教导伊个仆人：叫伊拉得着成功个,乃是神圣个权能.伊若是肯除去罪孽,心里同生活变做清洁,伊就会同伊拉一淘做工. 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「喺活物当中来回运行、明亮如闪电个光,表明此项工作末后推进到完成个速度,要快得像闪电一样.……」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弟兄姊妹,今朝弗是悲伤绝望个辰光,也弗是向疑惑搭弗信屈服个辰光.基督如今弗是停勒约瑟个新坟里、给一块大石头封牢、又盖仔罗马印记个救主;阿拉有一位已经复活个救主.伊是王,是万军之耶和华;伊坐勒基路伯当中;列国纷争扰攘之间,伊仍旧看顾保护伊个子民.统治诸天个那一位,就是阿拉个救主.每一种试炼,伊都量度.那必须试验每一个灵魂个炉火,伊都看顾.到列王个营垒要给推翻个辰光,到上帝忿怒个箭要射透伊仇敌心肠个辰光,伊个子民总归安稳勒伊手里.”«证言»卷五,752–754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有四个圣经里的见证,证明耶稣基督启示个信息,是赐拨那些由这些先知在圣所里个经历所预表个人.只有当倷进入天上个圣所辰光,倷才领受倷所奉命去宣讲个信息.试炼“每一个灵魂”个“炉中个火”,就是«玛拉基书»第三章里个炉火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弗是伊来临个日脚,阿里能够存立？伊显现个辰光,阿里能够站得牢？因为伊像炼净个火,又像漂布人个碱;伊必坐定,像炼净银子、洁净银子个人;伊要洁净利未个子孙,熬炼伊拉,像金像银,叫伊拉得以按公义献供物拨耶和华.到辰光,犹大同耶路撒冷个供物,必蒙耶和华悦纳,像古时个日脚,像上古个年岁一样.玛拉基书 3:2–4.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炼银个匠人晓得,银子摆勒炉堂里向辰光对头个辰光,就是银子纯净到会照出炼银人自家面孔个辰光.古时候炼银个这桩事实,搭但以理第十章里所看见个使动动词“marah”是相合个.勒这末后个日子里,主正引导伊个百姓进入圣所,试验、洁净并除净那些候选之人,好叫伊拉成为十四万四千人旗号个一部分.勒这段时期当中,“伊会搭”阿拉“同工”,倘若阿拉“肯除去罪孽,并且心里并生活都成为清洁.”有些人像但以理第十章里个那些人一样,从这番经历里逃避;然而那些由但以理所表号、得见耶稣基督启示之大镜异象个人,必要像以赛亚所说明个一样,嘴唇被祭坛上个炭所触着,并且要被洁净、被预备,去向一个背道个教会,随后也向世界,传扬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个信息系传拨拨拉圣所里向许忠心个灵魂.利未记二十三章,当佢搭配五旬节个时令来看辰光,原系为着反映至圣所里个约柜.借着信心,本章信息个结构指出圣史当中三个界标,显明火炉个试验已经完成.神圣而深奥——第二十三章个预言结构,容许研习预言个人,喺第一章第一节定位以西结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到咾第三十年,四月初五日,我㑚迦巴鲁河边,佮俘囚一淘个辰光,天开咾,我看见上帝个异象.初五日,也就係约雅斤王被掳第五年.以西结书 1:1, 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作个祭司,喺十四万四千人受印个时候,以西结乃勒第十七个禧年循环个第三十年;离开尼布甲尼撒公元前五八七年对耶路撒冷三次围困当中第三次,还有五年.经文里向个第三十年,是旧约历史上最大复兴以后个三十年;并且是在第五年五月初五日,因此把数字五印勒以西结个见证浪.开头两节经文里,三十出现一趟,数字五提起三趟.照利未记二十三章个结构,若与五旬节个时期相对齐,个由三十所表个第二个试验,一直达到吹角节;五日到基督升天;再五日到赎罪日;再五日到个路标,表明前雨（五旬节）并后雨（住棚节）两样.个结构先摆出三十,随后是三个五个步骤.以西结勒圣殿里,利未记二十三章个结构就是约柜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历史证明,以西结当时正处勒一个象征性围困之前五年;这个围困收场所预表个,就是快要来到个星期日法,正如耶路撒冷个毁灭所表明个一样.“五”这个数字,是«利未记»二十三章结构设计里个一个主要要素,像“三十”这个数字也一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迭篇文章已经显明：当本章头二十二节同末二十二节相对应摆列,再将迭两条各二十二节个线同五旬节个时期并排相合辰光,玛拉基书里所讲个炉火,就是迭个三步试验个过程,便清清楚楚地显明出来.迭三步里,头一步同第三步各自具有阿拉法同俄梅戛;而迭个阿拉法同俄梅戛,乃是由四个界标连成一系列,作为一步个表征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逾越节,随后是除酵节,随后是大麦初熟之献祭,其后“五”日直到除酵节终了.此四个路标构成第一次试验,而耶稣总是以起头说明结局;第三次试验也同样由四个路标构成：吹角节,其后是基督升天,继而是赎罪日;再过五日,五旬节与住棚节二者同到.五旬节乃前雨之表号,住棚节乃后雨之表号.在利未记二十三章的模型中,五旬节与住棚节彼此对齐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所以,锡安个子民啊,侬要欢喜,来勒耶和华——侬个上帝里向快乐;因为伊照应时赐拨侬秋雨,也要为侬降下雨水,就像头一场个雨,也像末一场个雨,侪勒正月里降下.约珥书 2:23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末后个试验搭洁净个过程,是从2023年12月31号开始个.头一道试验,就是基础个试验;伊是由“你百姓中个强暴人”个争端所预表个,因之把先前曾因2020年7月18号个失望受过试炼个群体分开了.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“勒历史搭预言里, 上帝个道把真理搭谬误之间长久弗断个争战描写出来.迭场争战还勒进行.先前有过个事体还要重演.旧个争论要再兴起,新个道理也要不断出来.不过 上帝个子民,因着伊拉所信个,并勒预言个应验里头,对于第一、第二、第三位天使信息个传扬曾经担过一分责任,晓得自家立勒啥个所在.伊拉有一种经历,比精金还要宝贵.伊拉应当稳稳立定,像磐石一样,把起初个确信坚守到底.” Manuscript Releases, volume 1, 47.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利未记二十三章里,头一个试验是借着一种预言性的组合来表明个：先是三个,五日后接着无酵饼节个结束.逾越节是第一日,无酵饼节是第二日,初熟果子个献祭是第三日.五日之后,无酵饼节结束.三个试验里头第一个试验个预言结构,也在第三个也是末后个试验里得到表明.勒第三个界标里,乃是由三个界标随后再接一个界标所组成：吹角节是第一日,五日之后是基督升天;再过五日,随后是赎罪日;再过五日,五旬节同住棚节一道标明将要来到个星期日法,这件事在以西结书里被表明为耶路撒冷个毁灭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无酵节结束到吹角节之间,有三十日;此三十日弗但表明祭司个预表,也表明神圣图画里所显明三重试验当中个第二重试验.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个洗礼,显明逾越节、无酵饼并初熟果子个三个路标,因为者三个路标乃代表基督个死、葬脱复活.者三个步骤,后头隔仔五日,到第四个步骤,就系无酵饼节个终结所代表个.洗礼乃当约翰替伊个弥赛亚施洗个辰光,于一个短促个时刻里,把者三个步骤一并显明出来.春季个节期将者三个步骤逐日分开,每一步隔一日;秋季个节期却将者三个步骤隔开五日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当我拉运用春季诸节期个第一重试验个辰标结构,就是三个辰标,后头过五日再来一个辰标;再运用秋季诸节期个结构,就是三个辰标,过五日再来一个辰标;就设立了一种预言性个结构：先是一个阿尔法辰标,由“三”后接“五日”所构成;随后再接“三十日”;再后是秋季诸节期个第三重试验,也就是一个“三”后接“五日”个辰标.介个结构表明：第一重试验总共覆盖五日;随后是第二重试验,历时三十日,直到第三个“五日”个辰标.五加三十,再加五,就是四十（5 + 30 + 5 = 40）.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基督受洗之后,紧接着就是四十日,末了以三样试探作结.利未记二十三章个结构,若同五旬节时节合起来看,还可以认出更多个意义;不过在另一个层面上,此章乃是表明至圣所里个约柜.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«利未记»二十三章里个春季同秋季节期,安置勒两個安息日当中.迭两個安息日,预表两個遮掩个基路伯;同«利未记»二十三章相对齐个五旬节时期个路标,预表约柜并两個遮掩个基路伯. «以西结书»第一章里,以西结被带进圣所;伊被带到该处个辰光,正当围困之前五日.迭场围困后来引到耶路撒冷个毁灭,预表将要快到个星期日法令.迭個星期日法令,在«利未记»二十三章里,由五旬节同住棚节来表明. 以西结处勒第三十年;三十,乃是构成«玛拉基书»第三章火炉之火个三重试验当中第二重试验个时期.第二重试验由三十日来预表,正如以西结正处勒第十七個禧年循环个第三十年;迭個循环,乃是从约西亚个大逾越节开始个,正如历史家所称呼个一样. 以西结处勒围困之前五年;迭场围困持续十八個月.伊又勒圣殿当中;圣殿,正是洁净并筛除余民个最后三重试验当中个中央一重.彼得曾勒该撒利亚·腓立比（帕尼乌姆）;伊同样也处勒三重试验个中央一重当中,正如帕尼乌姆（该撒利亚·腓立比）、变像山同十字架所预表个一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主前592年,以西结受上帝超自然个作为“哑巴”,只有当上帝开伊个口辰光,伊才讲闲话.迭种景况一直持续到主前585/586年耶路撒冷倾覆为止.围城开始个日脚,也就是伊“眼目所喜爱个”死脱个辰光,上帝曾叫伊讲闲话;不过,直到耶路撒冷——以色列“眼目所喜爱个”——倾覆以后,伊才蒙准许自由开口.耶路撒冷个倾覆,预表快要来到个星期日法;也正是在迭里,施洗约翰个父亲,一个第八班次个祭司,在圣殿里供职辰光被作为哑巴;而以西结（在异象中）所在个所在,也就是圣殿.伊也作为哑巴约九个月.到约翰出世以后第八日,约翰受割礼个辰光,伊才蒙准许讲话.两个申言者在圣所里成为哑巴.第三个在圣所里观看基督辰光成为哑巴个申言者,是但以理.在第十章里,但以理在圣所中;正当伊在三次被摸当中第二次受摸辰光,伊就成为哑巴.在当中个点上,但以理成为哑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伊对我讲了这些话辰光,我就面朝地下,变成哑口无言.看哪,有一位像人子模样个,碰着我个嘴唇;我就开口讲话,对立勒我面前个那位讲：“我主啊,因了这异象,我个愁苦临到我身上,我一息力气也存勿牢.”但以理书 10:15, 16.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讲话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“讲闲话”个表号,要到快要来到个礼拜日法令辰光就显明出来;彼辰光美国像龙一样开口讲闲话,巴兰个驴子开口讲闲话,哈巴谷个异象也开口讲闲话,并弗讲谎.三个在圣所里向来哑口个先知,及到耶路撒冷毁灭个辰光,也开口讲闲话.撒迦利亚也一样,伊开口,是为着证明伊儿子个新名字实在是对个;阿末就预表腓拉铁非亚个信徒,因为伊拉也领受一个新名字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得胜个,我要叫伊做我上帝殿里个柱石;伊决弗再出去.我也要写我上帝个名勒伊身浪,并我上帝城个名,就是从天浪对我上帝那里降下来个新耶路撒冷;我还要写我个新名勒伊身浪.启示录 3:12.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撒迦利亚得着一块牌子,写落约翰个新家姓.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第八日,佢拉来替个囡孩行割礼;佢拉照伊阿爹个名字,想叫伊撒迦利亚.伊娘回答讲：“勿是;伊应当叫约翰.”佢拉对伊讲：“侬亲眷里向来呒没一个叫个名字.”佢拉就向伊阿爹打手势,问伊要替囡孩起啥名字.伊讨一块写字板,写下讲：“伊个名字是约翰.”众人侪觉稀奇.伊个口随时开了,舌头也松开了,就讲起话来,赞美 神.路加福音 1:59–64.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约翰个新名号咾费拉铁非教会相合,撒迦利亚个名号咾老底嘉相合;老底嘉就系借着撒迦利亚对第三位天使信息个不信来表明个.众先知所讲个侪是末后个日子,而末后个日子就是第三位天使个历史.故此,带来该信息个天使必定就是第三位天使.撒迦利亚勿肯明白,主会越过老底嘉个基督复临安息日会教会.关于这些先知里声音恢复个事体,还有得讲;不过我伲还要继续往前,来明白约西亚个预言线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约西亚个轮盘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已经讲着自公元前622年约西亚逾越节起首个第十七个禧年周期,阿约西亚个线索实在远早过公元前622年就开始了.以色列个悖逆,致使扫罗登上王位,做以色列头一个王,标明了扫罗王所统治个四十年;随后是大卫王所统治个四十年;再随后是所罗门所统治个四十年.如此触犯先知撒母耳、并弃绝上帝个事,发生勒公元前1097年,并由此开始一条先知性个悖逆线,直到十字架个辰光方才终结;彼时犹太人宣告说,除了该撒,阿拉并无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佢拉喊叫：「除脱伊！除脱伊！钉伊十字架！」彼拉多对伊拉讲：「我该当把倷个王钉十字架么？」祭司长回答讲：「除该撒以外,阿拉呒没王.」约翰福音 19:15.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到公元前1097年起,三個王各自掌權四十年,一直到所羅門於公元前977年去世;到該辰光,國就分裂成功北兩國.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后来伊拉想要一个王;上帝就把便雅悯支派个一男人,基士个儿子扫罗,赐拨伊拉做王,历四十年.使徒行传 13:21.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大卫登基个辰光,年纪三十岁;伊一共作王四十年.伊勒希伯仑统治犹大七年零六个月;勒耶路撒冷统治全以色列搭犹大三十三年.撒母耳记下 2:4, 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所罗门登基始于主前971年;圣殿个根基,是安拉第四年（主前967年）奠定个.建造历时七年（«列王纪上»6:37–38）,到所罗门十一年八月,圣殿方才告成.正式奉献是在七月（即以他念月）举行,正当住棚节辰光（«列王纪上»8;«历代志下»5–7）.君王、圣殿并国民,在历史里各有一个四百九十年个时期,清清楚楚标明一个先知性个时期,分别对应于君王、圣殿,或国民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但以理系主前607年被掳去个,虽讲大多数«圣经»年代学家阿拉认定系主前605年.历史个记载必须搭预言个见证相符合,而自从主前1097年人想要立王起头个历史线浪、那些有历史记号个事件所带个表号意义,也向几位预言见证提出要求,证明主前607年才是准确个应用,并弗是主前605年.主前607年标明王个线路浪四百九十年个终结,不过伊同时也开启了该线当中三个主要“七十年”表征之一.主前607年标明了七十年个终结;这七十年系从主前677年玛拿西被掳起头个.四百九十年个表号头一重表征（其在线内有三个见证）,正结束勒其中一个“七十年”见证终了个所在,同时另一个“七十年”见证也开始;数学结构个见证说明主前607年,弗顾有人讲但以理系主前605年被掳去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1097 BC 到 607 BC 辖王个辰光里向,含有一个四百九十年个时期;同样,从所罗门圣殿献殿,到被掳归回后所罗巴伯于 516 BC 献殿个圣殿,也是一段四百九十年.迭四百九十年,是由所罗门在伊第十一年献殿起个四百二十年,加上圣殿在被掳期间荒凉个七十年,总共正好四百九十年.亚达薛西个第三道谕旨,在五十九年后个 457 BC 发出,标明那为上帝子民“定下”（截断,Daniel 9:24）个四百九十年个起头;迭段时期到 34 年司提反被石头打煞辰光结束.当然,在迭条预言个线里向,还有许多深刻个年代见证;迭条线,是从 1097 BC 弃绝上帝同预言之灵个根基性背道起首,一直到司提反看见基督立勒上帝右边个辰光结束.勒迭个见证当中,倷看见约西亚个预言之轮.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讲“根基个背道”,因为这条线个开头指出了以色列是啥辰光因着想要一个属世个王,就弃绝了上帝作伊拉个王,从而标明了以色列人间君主制个根基.阿拉也为约西亚个轮子写这段话;“约西亚”个意思是“上帝个根基”,伊乃是上帝子民个根基并根基性背道两者个象征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所罗门死脱以后,十二个支派分裂成功北两国;耶罗波安把假冒个敬拜制度立定辰光,受着弗顺从个先知责备;伊个责备里向,也含有预言,说后来要来一个王,名叫约西亚.勒耶罗波安搭北方十个支派根基上个背道辰光,就已经预先讲着约西亚个预言,并伊个复兴;伊个复兴,是以公元前622年个大逾越节做记号个.此番复兴,是因着发现摩西个书卷,并宣告上帝百姓因为长久不断个背道所该受个审判,才带出来个.等到摩西书卷里个话念拨约西亚王听,便生发出旧约历史里最大个一次复兴.关于后来要生一个囡仔、名叫约西亚个预言,里向也包含着弗顺从个先知向耶罗波安王所发出、针对根基上背道个先知性定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但以理所讲个摩西咒诅,就是«利未记»二十六章个“七倍”,伊也变成威廉·米勒个根基性发现;威廉·米勒乃是复临主义根基真理个表号.米勒信息于1840年8月11号得着能力,乃是借着“约西亚”·利奇1838年并1840年个工作而成.到1863年,这些根基被搁开,“七倍”也就变成弗拉铁非米勒派根基真理个表号,弗单单如此,也成了老底嘉米勒主义背叛根基个表号.头一位并第二位天使个米勒派历史,具备“约西亚”个表号;这表号将要在十四万四千人个历史里,一字弗差地重演.约西亚个轮子,一直往回伸到扫罗王个邪术,再一直伸到礼拜日法令时老底嘉第七日复临教会被吐出去.以西结书里约西亚个轮子,如今正在被开封个过程当中,作为十四万四千人受印封达到顶点个高潮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倷会勒下一篇文章里向续讲解这些事.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第四十节个隐秘历史——第二十五号</dc:title>
  <dc:subject>以西结书第六篇</dc:subject>
  <dc:creator>Jeff Pippenger</dc:creator>
  <cp:keywords/>
  <dc:description>Generated by ArticleDigger from hidden_history\25_hidden_history.json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