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第四十节个隐秘历史——第二十八号</w:t>
      </w:r>
    </w:p>
    <w:p>
      <w:pPr>
        <w:pStyle w:val="ArticleSubtitle"/>
        <w:jc w:val="left"/>
      </w:pPr>
      <w:r>
        <w:rPr>
          <w:rFonts w:ascii="Microsoft YaHei" w:hAnsi="Microsoft YaHei" w:eastAsia="Microsoft YaHei" w:cs="Microsoft YaHei"/>
        </w:rPr>
        <w:t>以西结书第九章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2026-08-22</w:t>
      </w:r>
    </w:p>
    <w:p>
      <w:pPr>
        <w:pStyle w:val="ArticleBody"/>
        <w:jc w:val="left"/>
      </w:pPr>
      <w:r>
        <w:rPr>
          <w:rFonts w:ascii="Microsoft YaHei" w:hAnsi="Microsoft YaHei" w:eastAsia="Microsoft YaHei" w:cs="Microsoft YaHei"/>
        </w:rPr>
        <w:t>照默示讲,讲到默示个辰光,“每一桩事实侪有伊个关系”,而且“每一条原则侪有伊个关系.”</w:t>
      </w:r>
    </w:p>
    <w:p>
      <w:pPr>
        <w:pStyle w:val="ArticleScripture"/>
        <w:jc w:val="left"/>
      </w:pPr>
      <w:r>
        <w:rPr>
          <w:rFonts w:ascii="Microsoft YaHei" w:hAnsi="Microsoft YaHei" w:eastAsia="Microsoft YaHei" w:cs="Microsoft YaHei"/>
        </w:rPr>
        <w:t>«圣经»里向有男人人生所需要明白个一切原则,叫伊拉无论系为今生,抑是为将来个生命得着预备.并且,这些原则人人侪能明白.凡有心赏识其教训个人,读«圣经»里随便一段,侪弗会得弗着一点有帮助个意思.但«圣经»里顶宝贵个教训,弗是靠偶然个、零碎个研读就能得着个.其广大真理个体系,并弗是这样摆出来,叫匆忙个抑是粗心个读者一眼就看得出.其间许多宝藏,深藏勒表面之下,只有靠殷勤查考并继续弗懈个努力,方能得着.构成这大整体个诸般真理,必须寻出来,亦且收聚起来,“这里一点,那里一点.”以赛亚书 28:10.</w:t>
      </w:r>
    </w:p>
    <w:p>
      <w:pPr>
        <w:pStyle w:val="ArticleScripture"/>
        <w:jc w:val="left"/>
      </w:pPr>
      <w:r>
        <w:rPr>
          <w:rFonts w:ascii="Microsoft YaHei" w:hAnsi="Microsoft YaHei" w:eastAsia="Microsoft YaHei" w:cs="Microsoft YaHei"/>
        </w:rPr>
        <w:t>“像介样仔细查考并汇拢起来个辰光,就会看出伊拉实在是彼此完全相配.每一卷福音都是对别卷个补充,每一则预言都是对另一则个阐明,每一项真理都是由别项真理发展出来个.犹太制度里个预表,借着福音就得着明白.上帝圣言里个每一条原则,各有伊个地位;每一件事实,各有伊个指向.并且,整个完整个结构,无论在设计或实行上,都为伊个作者作见证.像介样个结构,除脱无限者个心思以外,绝无任何心思能够构想或造成.”«教育论»,123.</w:t>
      </w:r>
    </w:p>
    <w:p>
      <w:pPr>
        <w:pStyle w:val="ArticleBody"/>
        <w:jc w:val="left"/>
      </w:pPr>
      <w:r>
        <w:rPr>
          <w:rFonts w:ascii="Microsoft YaHei" w:hAnsi="Microsoft YaHei" w:eastAsia="Microsoft YaHei" w:cs="Microsoft YaHei"/>
        </w:rPr>
        <w:t>事实是,希伯来文词组“ereb boqer”阿勒«圣经»里向出现八趟.除脱«但以理书»8:14拨伊译作“日子”以外,伊总是译作“夜里同早晨”.照着默示,第十四节是“复临信仰个根基同中央支柱”.</w:t>
      </w:r>
    </w:p>
    <w:p>
      <w:pPr>
        <w:pStyle w:val="ArticleScripture"/>
        <w:jc w:val="left"/>
      </w:pPr>
      <w:r>
        <w:rPr>
          <w:rFonts w:ascii="Microsoft YaHei" w:hAnsi="Microsoft YaHei" w:eastAsia="Microsoft YaHei" w:cs="Microsoft YaHei"/>
        </w:rPr>
        <w:t>喺眾聖經經文當中,作為復臨信仰根基並中心柱石个,乃是這一句宣告：「到二千三百日,聖所就必潔淨.」［但以理書 8:14.］«善惡之爭»,409.</w:t>
      </w:r>
    </w:p>
    <w:p>
      <w:pPr>
        <w:pStyle w:val="ArticleBody"/>
        <w:jc w:val="left"/>
      </w:pPr>
      <w:r>
        <w:rPr>
          <w:rFonts w:ascii="Microsoft YaHei" w:hAnsi="Microsoft YaHei" w:eastAsia="Microsoft YaHei" w:cs="Microsoft YaHei"/>
        </w:rPr>
        <w:t>所以,事实就是：此节经文里个“日子”,是希伯来个表达法“七次”所用着个第八回.并且,上帝借着先知性引导«钦定本»译者个圣经现象,故意把“八是七里个一个”个圣经奥秘,联结到第八章里代表两样异象之一个那节经文.第八章里有一个词译作“异象”,是希伯来文“chazon”,另一个是“mareh”.“Mareh”个意思是显现,而“mareh”个异象,就是基督在上帝先知性个圣言当中显现个异象.Daniel 8:14 个“mareh”异象指明,基督要显现,并且突然来到祂个殿,就在 1844 年 10 月 22 日.以上这一切真理侪是事实,并且对那节作为中心柱石个经文有其关系;而中心柱石并不是一条在 1844 年 10 月 22 日应验个教义,也不是一则预言;事实乃是：那节经文本身就是基督,中心柱石.</w:t>
      </w:r>
    </w:p>
    <w:p>
      <w:pPr>
        <w:pStyle w:val="ArticleScripture"/>
        <w:jc w:val="left"/>
      </w:pPr>
      <w:r>
        <w:rPr>
          <w:rFonts w:ascii="Microsoft YaHei" w:hAnsi="Microsoft YaHei" w:eastAsia="Microsoft YaHei" w:cs="Microsoft YaHei"/>
        </w:rPr>
        <w:t>“当我陷勒恁种灰心丧气个光景里向,我做了一只梦;该只梦对我心里向印象极深.我梦见一座圣殿,有许多人纷纷向该里奔去.到辰光一终结个辰光,单单避难进该圣殿个人,方能得救;凡仍旧留勒外头个,要永远沉沦.外头许多照各人自家路数来去个人,反倒讥诮、嗤笑进圣殿个人,对伊拉讲,该种保全个法子乃是一种狡猾个迷惑,实在讲,并呒没啥个危险需要逃避.伊拉甚至还伸手捉牢几个人,要拦阻伊拉赶紧奔进墙垣里向. ”</w:t>
      </w:r>
    </w:p>
    <w:p>
      <w:pPr>
        <w:pStyle w:val="ArticleScripture"/>
        <w:jc w:val="left"/>
      </w:pPr>
      <w:r>
        <w:rPr>
          <w:rFonts w:ascii="Microsoft YaHei" w:hAnsi="Microsoft YaHei" w:eastAsia="Microsoft YaHei" w:cs="Microsoft YaHei"/>
        </w:rPr>
        <w:t>“我怕拨人笑话我,就想等到众人散开了,或者等到我好偷偷地进去,勿让伊拉看见.哪晓得,人非但呒没减少,反倒越聚越多;我又怕去得太晚,就匆匆离开了屋里,挤过人群.因为我心里急煞了,要赶到圣殿去,就呒没留心,也呒没顾到围牢我个那一大群人.</w:t>
      </w:r>
    </w:p>
    <w:p>
      <w:pPr>
        <w:pStyle w:val="ArticleScripture"/>
        <w:jc w:val="left"/>
      </w:pPr>
      <w:r>
        <w:rPr>
          <w:rFonts w:ascii="Microsoft YaHei" w:hAnsi="Microsoft YaHei" w:eastAsia="Microsoft YaHei" w:cs="Microsoft YaHei"/>
        </w:rPr>
        <w:t>“我一走进该个建筑,就看见那宏大个圣殿是靠一根极大个柱子撑勒起,而且有一只羔羊绑勒上头,遍体受创,鲜血淋漓.到场个我拉,像是都晓得,这只羔羊是为着我拉个缘故受撕裂、受压伤.凡走进圣殿个人,必须来到伊面前,承认自家个罪.羔羊前头有高起个座位,上头坐着一班看上去十分欢喜个人.天上个光像是照勒伊拉个面孔上;伊拉赞美上帝,唱出欢喜感谢个诗歌,听上去像天使个乐声.此辈就是那些曾来到羔羊面前、承认自家个罪、领受赦免,而今正欢欢喜喜盼望某件快乐之事个人. ”</w:t>
      </w:r>
    </w:p>
    <w:p>
      <w:pPr>
        <w:pStyle w:val="ArticleScripture"/>
        <w:jc w:val="left"/>
      </w:pPr>
      <w:r>
        <w:rPr>
          <w:rFonts w:ascii="Microsoft YaHei" w:hAnsi="Microsoft YaHei" w:eastAsia="Microsoft YaHei" w:cs="Microsoft YaHei"/>
        </w:rPr>
        <w:t>“即使我已经走进了该座屋宇,一阵恐惧还是临到我身上,又有一种羞惭之感,觉得我必须在这些人面前自卑;然而我仿佛被催逼着继续向前,正缓缓绕过那根柱子,为要面对那羔羊;就在这时候,号筒响了,圣殿震动了,聚集的圣徒发出得胜的呼喊,一种可畏的光辉照亮了那建筑,随后一切都归于极深的黑暗.那些欢乐的人都随着那光辉一同消失了,只留下我独自一人,在黑夜无声的恐怖之中.</w:t>
      </w:r>
    </w:p>
    <w:p>
      <w:pPr>
        <w:pStyle w:val="ArticleScripture"/>
        <w:jc w:val="left"/>
      </w:pPr>
      <w:r>
        <w:rPr>
          <w:rFonts w:ascii="Microsoft YaHei" w:hAnsi="Microsoft YaHei" w:eastAsia="Microsoft YaHei" w:cs="Microsoft YaHei"/>
        </w:rPr>
        <w:t>“我㑚心里痛苦中醒过来,几乎难得叫自家相信不过是做仔一场梦.勒我看来,我个命运已经定脱;主个灵已经离开我,再也勿会回来.”«Experience and Teachings»,24, 25.</w:t>
      </w:r>
    </w:p>
    <w:p>
      <w:pPr>
        <w:pStyle w:val="ArticleBody"/>
        <w:jc w:val="left"/>
      </w:pPr>
      <w:r>
        <w:rPr>
          <w:rFonts w:ascii="Microsoft YaHei" w:hAnsi="Microsoft YaHei" w:eastAsia="Microsoft YaHei" w:cs="Microsoft YaHei"/>
        </w:rPr>
        <w:t>阿拉现在正受试验,看阿拉肯勿肯进圣殿,并且嗣后承认自家个罪,得着伊称义个福气.末后一遍进圣殿个呼召,四围有阻挡,拦住阿拉各人个进入;不过倘若阿拉现在踌躇,阿拉就会“独自留勒夜里无声个惊怖当中.”不过这还勿是我唯一个意思.</w:t>
      </w:r>
    </w:p>
    <w:p>
      <w:pPr>
        <w:pStyle w:val="ArticleBody"/>
        <w:jc w:val="left"/>
      </w:pPr>
      <w:r>
        <w:rPr>
          <w:rFonts w:ascii="Microsoft YaHei" w:hAnsi="Microsoft YaHei" w:eastAsia="Microsoft YaHei" w:cs="Microsoft YaHei"/>
        </w:rPr>
        <w:t>特特强调迭只最要紧个经句,是借仔加进“日子”迭个分别;迭个字里向带勒一个预言个奥秘,就是八是出于七,迭乃是一十四万四千人受印时候个轮子之一.正在受印个时期里,圣经预言第六国个新教之角搭共和党之角,两个侪要应验“第八是出于第七”迭个奥秘.自从1989年末时以来个八位总统当中,特朗普成了第六国个第六王;等到伊赢得第二任之后,伊就成了那出于七个第八位.美国勒313年重复米兰敕令个行动当中,一十四万四千人个老底嘉运动要变成功一十四万四千人个非拉铁非运动.受印个时候到礼拜日法案为止而结束;到其时,教皇制度个死伤就得医好,故此伊便应验启示录第十七章个奥秘,作那出于七个第八.一个事实,用一句希伯来短语来表示,又作一个英文词;便把那节标明审判开头个经句,带进那节标明审判结束个经句里,正在一十四万四千人受印个时候.</w:t>
      </w:r>
    </w:p>
    <w:p>
      <w:pPr>
        <w:pStyle w:val="ArticleBody"/>
        <w:jc w:val="left"/>
      </w:pPr>
      <w:r>
        <w:rPr>
          <w:rFonts w:ascii="Microsoft YaHei" w:hAnsi="Microsoft YaHei" w:eastAsia="Microsoft YaHei" w:cs="Microsoft YaHei"/>
        </w:rPr>
        <w:t>每一桩事实侪有伊个所在,而“一个‘数目’乘另一个‘数目’”个数字结构,㑚新约里向只有一种讲法,㑚旧约里向只有两种.此“数字结构”个阿尔法,㑚«创世记»里.</w:t>
      </w:r>
    </w:p>
    <w:p>
      <w:pPr>
        <w:pStyle w:val="ArticleScripture"/>
        <w:jc w:val="left"/>
      </w:pPr>
      <w:r>
        <w:rPr>
          <w:rFonts w:ascii="Microsoft YaHei" w:hAnsi="Microsoft YaHei" w:eastAsia="Microsoft YaHei" w:cs="Microsoft YaHei"/>
        </w:rPr>
        <w:t>若该隐受报复要到七倍,拉麦实在要到七十七倍.创世记 4:24.</w:t>
      </w:r>
    </w:p>
    <w:p>
      <w:pPr>
        <w:pStyle w:val="ArticleBody"/>
        <w:jc w:val="left"/>
      </w:pPr>
      <w:r>
        <w:rPr>
          <w:rFonts w:ascii="Microsoft YaHei" w:hAnsi="Microsoft YaHei" w:eastAsia="Microsoft YaHei" w:cs="Microsoft YaHei"/>
        </w:rPr>
        <w:t>欧米伽个“数字构造”勒«马太福音»里向.</w:t>
      </w:r>
    </w:p>
    <w:p>
      <w:pPr>
        <w:pStyle w:val="ArticleScripture"/>
        <w:jc w:val="left"/>
      </w:pPr>
      <w:r>
        <w:rPr>
          <w:rFonts w:ascii="Microsoft YaHei" w:hAnsi="Microsoft YaHei" w:eastAsia="Microsoft YaHei" w:cs="Microsoft YaHei"/>
        </w:rPr>
        <w:t>后来,彼得来对伊讲：“主啊,倘若我个弟兄得罪我,我该饶恕伊几遍？到七遍好咚？”耶稣对伊讲：“我弗是对侬讲到七遍;乃是到七十个七遍.”«马太福音»18:21, 22.</w:t>
      </w:r>
    </w:p>
    <w:p>
      <w:pPr>
        <w:pStyle w:val="ArticleBody"/>
        <w:jc w:val="left"/>
      </w:pPr>
      <w:r>
        <w:rPr>
          <w:rFonts w:ascii="Microsoft YaHei" w:hAnsi="Microsoft YaHei" w:eastAsia="Microsoft YaHei" w:cs="Microsoft YaHei"/>
        </w:rPr>
        <w:t>箇些經文,係«聖經»裡向頭一趟搭末一趟明講一個數目要乘著另外一個數目个所在.數目有許多;然而,«創世記»个阿拉法搭«馬太福音»个俄梅伽,卻有一樣个數字結構,並且用了同樣兩個數目,就是「七」搭「七十」.</w:t>
      </w:r>
    </w:p>
    <w:p>
      <w:pPr>
        <w:pStyle w:val="ArticleBody"/>
        <w:jc w:val="left"/>
      </w:pPr>
      <w:r>
        <w:rPr>
          <w:rFonts w:ascii="Microsoft YaHei" w:hAnsi="Microsoft YaHei" w:eastAsia="Microsoft YaHei" w:cs="Microsoft YaHei"/>
        </w:rPr>
        <w:t>介勒阿耳法搭歐米伽之間;中間,也惟一另有箇地方出現箇種數目構造,卽係«利未記»二十五章.該埭兩箇數字勿係「七」搭「七十」,乃係「七次七年」.</w:t>
      </w:r>
    </w:p>
    <w:p>
      <w:pPr>
        <w:pStyle w:val="ArticleScripture"/>
        <w:jc w:val="left"/>
      </w:pPr>
      <w:r>
        <w:rPr>
          <w:rFonts w:ascii="Microsoft YaHei" w:hAnsi="Microsoft YaHei" w:eastAsia="Microsoft YaHei" w:cs="Microsoft YaHei"/>
        </w:rPr>
        <w:t>尒要替自家计算七个安息年个七,亦就是七七年;此七个安息年个年数,对尒要算作四十九年.利未记 25:8.</w:t>
      </w:r>
    </w:p>
    <w:p>
      <w:pPr>
        <w:pStyle w:val="ArticleBody"/>
        <w:jc w:val="left"/>
      </w:pPr>
      <w:r>
        <w:rPr>
          <w:rFonts w:ascii="Microsoft YaHei" w:hAnsi="Microsoft YaHei" w:eastAsia="Microsoft YaHei" w:cs="Microsoft YaHei"/>
        </w:rPr>
        <w:t>当中个数字结构再一遍用着“七”个数目,弗是“七十”.伊所处个经文段落里,包含了对顺从个祝福,也包含了对悖逆个咒诅.释放奴仆并归还田地个祝福,对照着«利未记»第二十六章里四遍提着个“七倍”咒诅.祝福包括土地安息之年里主个供养,也包括禧年里双重个祝福;而第二十六章个咒诅,就是此两章盟约警告中相对应个另一面.</w:t>
      </w:r>
    </w:p>
    <w:p>
      <w:pPr>
        <w:pStyle w:val="ArticleBody"/>
        <w:jc w:val="left"/>
      </w:pPr>
      <w:r>
        <w:rPr>
          <w:rFonts w:ascii="Microsoft YaHei" w:hAnsi="Microsoft YaHei" w:eastAsia="Microsoft YaHei" w:cs="Microsoft YaHei"/>
        </w:rPr>
        <w:t>当中个数字构造出现在«利未记»25:8（“七个七年”）里.伊立刻就同«利未记»26里四重个“七次”审判配对起来.故此,当中个数字构造既代表祝福,也代表咒诅,在«利未记»书里形成加倍个见证.无论係禧年个祝福抑或咒诅,其数字构造都安放勒拉麦个审判同耶稣对宽容时期界限个指认之间.三者合起来都勒指明一个宽容期限;当此期限终了之辰,就要显明一等受祝福个人同一等受咒诅个人.阿拉法同俄梅戛,表征第一位同第三位天使个信息,指认四百九十为宽容时期个象征.当此再同禧年个咒诅或祝福结合起来之辰,随着阿拉趋近查考«以西结书»第一章第一节——彼处将以西结安放勒第十七个禧年循环个第三十年——这些事实就变得要紧.</w:t>
      </w:r>
    </w:p>
    <w:p>
      <w:pPr>
        <w:pStyle w:val="ArticleBody"/>
        <w:jc w:val="left"/>
      </w:pPr>
      <w:r>
        <w:rPr>
          <w:rFonts w:ascii="Microsoft YaHei" w:hAnsi="Microsoft YaHei" w:eastAsia="Microsoft YaHei" w:cs="Microsoft YaHei"/>
        </w:rPr>
        <w:t>该个禧年循环结束勒公元前573年10月22号,预表个勿单单是1844年10月22号,也预表快要来到个星期日法.阿拉现今到2026年,正是第七十个禧年循环个第四十七年.该个禧年循环,已经被“第十七个”禧年循环所预表;彼辰以西结立勒第三十年.伊立勒圣殿里,表明一十四万四千人;伊拉借着信,到审判结束个辰光,已经进入至圣所,正像1844年10月22号以后个忠信之人一样.若是失脱了第一章第一节里以西结勒预言历史当中所处位置个“事实”,就会失脱侬个“方向感”.</w:t>
      </w:r>
    </w:p>
    <w:p>
      <w:pPr>
        <w:pStyle w:val="ArticleBody"/>
        <w:jc w:val="left"/>
      </w:pPr>
      <w:r>
        <w:rPr>
          <w:rFonts w:ascii="Microsoft YaHei" w:hAnsi="Microsoft YaHei" w:eastAsia="Microsoft YaHei" w:cs="Microsoft YaHei"/>
        </w:rPr>
        <w:t>伊西结望见耶和华勒荣耀显现拉迦巴鲁河边之后,就像但以理、以赛亚搭约翰一样,谦卑俯伏勒尘土里.随后,这四个例子侪提供了受膏之各样要素,就是赐给那些要向一间看弗见、听弗着个教会传信息个人.</w:t>
      </w:r>
    </w:p>
    <w:p>
      <w:pPr>
        <w:pStyle w:val="ArticleBody"/>
        <w:jc w:val="left"/>
      </w:pPr>
      <w:r>
        <w:rPr>
          <w:rFonts w:ascii="Microsoft YaHei" w:hAnsi="Microsoft YaHei" w:eastAsia="Microsoft YaHei" w:cs="Microsoft YaHei"/>
        </w:rPr>
        <w:t>«以西結書»裡向耶路撒冷講着个日子一共有六個.先前我已經講過頭一個同末一個日子,就是第一章第一節同第二節所記个,以及第四十章第一節所記个.我也講過第八章第一節裡个第二個日子,不過只講到佢个象徵性表現,並弗曾把佢安放勒同耶路撒冷被圍困並被毀滅个關聯當中;而整卷書正是圍繞着只個樞紐轉動个.耶路撒冷是勒主前586／585年个年末被毀滅个.到«以西結書»33:21,一個逃難个人來到,報告耶路撒冷陷落个消息.</w:t>
      </w:r>
    </w:p>
    <w:p>
      <w:pPr>
        <w:pStyle w:val="ArticleScripture"/>
        <w:jc w:val="left"/>
      </w:pPr>
      <w:r>
        <w:rPr>
          <w:rFonts w:ascii="Microsoft YaHei" w:hAnsi="Microsoft YaHei" w:eastAsia="Microsoft YaHei" w:cs="Microsoft YaHei"/>
        </w:rPr>
        <w:t>到仔拉被掳个第十二年,十月初五日,有一个从耶路撒冷逃出来个人来到我搭,说：“城已经被攻陷了.” 逃出来个人来到以前,夜里耶和华个手临到我身浪;到第二日早晨伊来到我搭辰光,主已经开了我个口;我个口就开了,我也勿再哑默.以西结书 33:21, 22.</w:t>
      </w:r>
    </w:p>
    <w:p>
      <w:pPr>
        <w:pStyle w:val="ArticleBody"/>
        <w:jc w:val="left"/>
      </w:pPr>
      <w:r>
        <w:rPr>
          <w:rFonts w:ascii="Microsoft YaHei" w:hAnsi="Microsoft YaHei" w:eastAsia="Microsoft YaHei" w:cs="Microsoft YaHei"/>
        </w:rPr>
        <w:t>城被攻陷个第十二年,䟂时以西结才得按自家个意思自由开口讲话.以西结书第八章个异象,是勒第六年看见个;阿末也就是说,大约早仔城被攻陷六年.</w:t>
      </w:r>
    </w:p>
    <w:p>
      <w:pPr>
        <w:pStyle w:val="ArticleScripture"/>
        <w:jc w:val="left"/>
      </w:pPr>
      <w:r>
        <w:rPr>
          <w:rFonts w:ascii="Microsoft YaHei" w:hAnsi="Microsoft YaHei" w:eastAsia="Microsoft YaHei" w:cs="Microsoft YaHei"/>
        </w:rPr>
        <w:t>到第六年,六月初五日,我坐勒自家屋里,犹大个长老坐勒我面前,其辰主耶和华个手落勒我身浪.以西结书 8:1</w:t>
      </w:r>
    </w:p>
    <w:p>
      <w:pPr>
        <w:pStyle w:val="ArticleBody"/>
        <w:jc w:val="left"/>
      </w:pPr>
      <w:r>
        <w:rPr>
          <w:rFonts w:ascii="Microsoft YaHei" w:hAnsi="Microsoft YaHei" w:eastAsia="Microsoft YaHei" w:cs="Microsoft YaHei"/>
        </w:rPr>
        <w:t>第二年,也就是第七年,众长老来寻以西结,要向主求问.</w:t>
      </w:r>
    </w:p>
    <w:p>
      <w:pPr>
        <w:pStyle w:val="ArticleScripture"/>
        <w:jc w:val="left"/>
      </w:pPr>
      <w:r>
        <w:rPr>
          <w:rFonts w:ascii="Microsoft YaHei" w:hAnsi="Microsoft YaHei" w:eastAsia="Microsoft YaHei" w:cs="Microsoft YaHei"/>
        </w:rPr>
        <w:t>到第七年,五月初十日,有几个以色列个长老来求问耶和华,坐勒我面前.以西结书 20:1.</w:t>
      </w:r>
    </w:p>
    <w:p>
      <w:pPr>
        <w:pStyle w:val="ArticleBody"/>
        <w:jc w:val="left"/>
      </w:pPr>
      <w:r>
        <w:rPr>
          <w:rFonts w:ascii="Microsoft YaHei" w:hAnsi="Microsoft YaHei" w:eastAsia="Microsoft YaHei" w:cs="Microsoft YaHei"/>
        </w:rPr>
        <w:t>嗰末到第九年,嗰一年半个年个围困就起头了.</w:t>
      </w:r>
    </w:p>
    <w:p>
      <w:pPr>
        <w:pStyle w:val="ArticleScripture"/>
        <w:jc w:val="left"/>
      </w:pPr>
      <w:r>
        <w:rPr>
          <w:rFonts w:ascii="Microsoft YaHei" w:hAnsi="Microsoft YaHei" w:eastAsia="Microsoft YaHei" w:cs="Microsoft YaHei"/>
        </w:rPr>
        <w:t>又到第九年,十月初十日,耶和华个话临到我,说：“人子啊,侬要记下今朝个日子,就是今朝此日：巴比伦王正好在今朝此日来攻打耶路撒冷.” 以西结书 24:1, 2</w:t>
      </w:r>
    </w:p>
    <w:p>
      <w:pPr>
        <w:pStyle w:val="ArticleBody"/>
        <w:jc w:val="left"/>
      </w:pPr>
      <w:r>
        <w:rPr>
          <w:rFonts w:ascii="Microsoft YaHei" w:hAnsi="Microsoft YaHei" w:eastAsia="Microsoft YaHei" w:cs="Microsoft YaHei"/>
        </w:rPr>
        <w:t>迭眼日脚各侪代表末后日子里向特定个路标,因为保罗讲,古代以色列是活勒世界末了个人个鉴戒.</w:t>
      </w:r>
    </w:p>
    <w:p>
      <w:pPr>
        <w:pStyle w:val="ArticleScripture"/>
        <w:jc w:val="left"/>
      </w:pPr>
      <w:r>
        <w:rPr>
          <w:rFonts w:ascii="Microsoft YaHei" w:hAnsi="Microsoft YaHei" w:eastAsia="Microsoft YaHei" w:cs="Microsoft YaHei"/>
        </w:rPr>
        <w:t>凡此种种事体,临到伊拉身浪,都是做鉴戒个样板;并且记载下来,乃是为着警戒阿拉这等遇着世代末了个人.故此,自以为站得牢个人,总要仔细,免得跌倒.哥林多前书 10:11, 12.</w:t>
      </w:r>
    </w:p>
    <w:p>
      <w:pPr>
        <w:pStyle w:val="ArticleBody"/>
        <w:jc w:val="left"/>
      </w:pPr>
      <w:r>
        <w:rPr>
          <w:rFonts w:ascii="Microsoft YaHei" w:hAnsi="Microsoft YaHei" w:eastAsia="Microsoft YaHei" w:cs="Microsoft YaHei"/>
        </w:rPr>
        <w:t>凡关乎耶路撒冷格六个辰光,全都落勒第一章第一节个头一个辰光搭第四十章第一节所见个末一个辰光当中.迭两个辰光标明了第一章里个第五年,就是主前592年,搭第四十章里个第二十五年,就是主前573年.勒“线上一线”个层面,以西结有一条埃及个线,其中包含推罗个引述;也有一条耶路撒冷个线.埃及个线有七个直接个路标（把推罗算进去个辰光）,耶路撒冷有六个.搭迭两条线并列个,还有约西亚个线搭第十七个禧年周期.然而,那条弗曾用直接辰光表现出来个线,乃是勒第四章里;第四章个线具有以西结朝至圣所里观看个辰光所见若干个轮子.伊也满载若干象征性个真理.</w:t>
      </w:r>
    </w:p>
    <w:p>
      <w:pPr>
        <w:pStyle w:val="ArticleHeading"/>
        <w:jc w:val="left"/>
      </w:pPr>
      <w:r>
        <w:rPr>
          <w:rFonts w:ascii="Microsoft YaHei" w:hAnsi="Microsoft YaHei" w:eastAsia="Microsoft YaHei" w:cs="Microsoft YaHei"/>
        </w:rPr>
        <w:t>430</w:t>
      </w:r>
    </w:p>
    <w:p>
      <w:pPr>
        <w:pStyle w:val="ArticleBody"/>
        <w:jc w:val="left"/>
      </w:pPr>
      <w:r>
        <w:rPr>
          <w:rFonts w:ascii="Microsoft YaHei" w:hAnsi="Microsoft YaHei" w:eastAsia="Microsoft YaHei" w:cs="Microsoft YaHei"/>
        </w:rPr>
        <w:t>四百三十个数字象征永远个约;喺第四章里,主使用以西结作一个活生生个比喻,一个包含四百三十个数字个比喻.</w:t>
      </w:r>
    </w:p>
    <w:p>
      <w:pPr>
        <w:pStyle w:val="ArticleScripture"/>
        <w:jc w:val="left"/>
      </w:pPr>
      <w:r>
        <w:rPr>
          <w:rFonts w:ascii="Microsoft YaHei" w:hAnsi="Microsoft YaHei" w:eastAsia="Microsoft YaHei" w:cs="Microsoft YaHei"/>
        </w:rPr>
        <w:t>人子啊,爾當拿一塊瓦片,擺勒儂面前,勒上頭畫出一座城,就是耶路撒冷;又要圍攻伊,築壘攻伊,堆起土山攻伊;也要安營對牢伊,四圍設下攻城錘.還要拿一隻鐵鏊,擺勒儂同城之間,當作鐵牆;儂面要向牢伊,伊就要受圍困,儂也要圍攻伊.這是給以色列家个預兆.儂還要向左側躺下,將以色列家个罪孽擔勒其上;照儂躺勒上頭个日數,儂要擔當佢拉个罪孽.因為我已將佢拉罪孽个年數,按日數派定給儂,共三百九十日;恁樣,儂要擔當以色列家个罪孽.儂成全了這些日子以後,還要再向右側躺下,擔當猶大家个罪孽四十日;我定一日頂一年給儂.所以儂要面向耶路撒冷受圍困个事,露出膀臂,向伊說預言.看哪,我要用繩索捆綁儂,儂弗得從這一側翻到另一側,直到儂圍困个日子滿足.以西結書 4:1–8.</w:t>
      </w:r>
    </w:p>
    <w:p>
      <w:pPr>
        <w:pStyle w:val="ArticleBody"/>
        <w:jc w:val="left"/>
      </w:pPr>
      <w:r>
        <w:rPr>
          <w:rFonts w:ascii="Microsoft YaHei" w:hAnsi="Microsoft YaHei" w:eastAsia="Microsoft YaHei" w:cs="Microsoft YaHei"/>
        </w:rPr>
        <w:t>耶路撒冷个围困,照以西结所表明个,是一个“预兆”;正如主后六十六年西斯提乌所加于耶路撒冷个围困也是如此.论到耶稣指明耶路撒冷个毁灭,怀爱伦姊妹告诉阿拉：耶路撒冷毁灭个“直接”应验,是在末后的日子里.由尼布甲尼撒同西斯提乌所代表个两个见证人身上所显明个毁灭之预兆,指出围困个预兆,就是主日法将要临近个预兆.</w:t>
      </w:r>
    </w:p>
    <w:p>
      <w:pPr>
        <w:pStyle w:val="ArticleHeading"/>
        <w:jc w:val="left"/>
      </w:pPr>
      <w:r>
        <w:rPr>
          <w:rFonts w:ascii="Microsoft YaHei" w:hAnsi="Microsoft YaHei" w:eastAsia="Microsoft YaHei" w:cs="Microsoft YaHei"/>
        </w:rPr>
        <w:t>一日当一年</w:t>
      </w:r>
    </w:p>
    <w:p>
      <w:pPr>
        <w:pStyle w:val="ArticleBody"/>
        <w:jc w:val="left"/>
      </w:pPr>
      <w:r>
        <w:rPr>
          <w:rFonts w:ascii="Microsoft YaHei" w:hAnsi="Microsoft YaHei" w:eastAsia="Microsoft YaHei" w:cs="Microsoft YaHei"/>
        </w:rPr>
        <w:t>阿拉所考量个该段经文里,阿拉也看见威廉·米勒拉头一位同第二位天使信息根基性运动当中、关乎预言解释之首要规则个俄梅嘎式«圣经»指涉.以一日顶一年个原则之阿勒法,本身也弗过是一个俄梅嘎个表号;因为该一日顶一年个原则之阿勒法,原是摆明勒«民数记»里,作为第十次、也就是末了一次个试验;以色列未曾通过,因此就招致伊拉自家勒旷野里之死亡,横过那四十年个旷野漂流.</w:t>
      </w:r>
    </w:p>
    <w:p>
      <w:pPr>
        <w:pStyle w:val="ArticleScripture"/>
        <w:jc w:val="left"/>
      </w:pPr>
      <w:r>
        <w:rPr>
          <w:rFonts w:ascii="Microsoft YaHei" w:hAnsi="Microsoft YaHei" w:eastAsia="Microsoft YaHei" w:cs="Microsoft YaHei"/>
        </w:rPr>
        <w:t>倷个囡囡要勒旷野里流浪四十年,担当倷个淫行个罪,直到倷个尸首消灭勒旷野里.照倷探看迭块地个日数,共总四十日,一日抵一年,倷要担当倷个罪孽四十年,倷就要晓得我废弃应许个意思.我耶和华已经讲过;我定规要向迭一班聚集起来敌挡我个恶会众行迭事：㑚勒迭旷野里必要灭绝,也要死勒该搭.民数记 14:33–35.</w:t>
      </w:r>
    </w:p>
    <w:p>
      <w:pPr>
        <w:pStyle w:val="ArticleBody"/>
        <w:jc w:val="left"/>
      </w:pPr>
      <w:r>
        <w:rPr>
          <w:rFonts w:ascii="Microsoft YaHei" w:hAnsi="Microsoft YaHei" w:eastAsia="Microsoft YaHei" w:cs="Microsoft YaHei"/>
        </w:rPr>
        <w:t>「一日當一年」个原則,喺自紅海過海起頭个十步試煉過程末了个背逆裡向人顯明;又同樣个原則,喺耶路撒冷將要受圍困並被毀滅个時候,再一遍被宣告.箇些預言性个涵義,並「圍困」作為「記號」个意義,也攏必須明白,並運用到我儕現今所考察个經文段落當中.</w:t>
      </w:r>
    </w:p>
    <w:p>
      <w:pPr>
        <w:pStyle w:val="ArticleBody"/>
        <w:jc w:val="left"/>
      </w:pPr>
      <w:r>
        <w:rPr>
          <w:rFonts w:ascii="Microsoft YaHei" w:hAnsi="Microsoft YaHei" w:eastAsia="Microsoft YaHei" w:cs="Microsoft YaHei"/>
        </w:rPr>
        <w:t>採用耶路撒冷个「圍困」作為預兆辰光,所歸併起來个歷史脈絡,必須認清;因為伊可以講成一隻「軸心」,而且,從比喻个意思來講,圍困个預兆上頭,連著許多「輻條」.圍困个預兆,或者是«以西結書»裡向頂要緊个一段經文;而個預兆,容得猶大支派个獅子,從起先向以西結看來是混亂个事體當中,帶出完全.「圍困」个「預兆」、「一年頂一日」个原則,並且因圍困所歸併个先知性線索,必須放勒個樣个背景裡來思想：就是四百三十,表明永遠个約.</w:t>
      </w:r>
    </w:p>
    <w:p>
      <w:pPr>
        <w:pStyle w:val="ArticleHeading"/>
        <w:jc w:val="left"/>
      </w:pPr>
      <w:r>
        <w:rPr>
          <w:rFonts w:ascii="Microsoft YaHei" w:hAnsi="Microsoft YaHei" w:eastAsia="Microsoft YaHei" w:cs="Microsoft YaHei"/>
        </w:rPr>
        <w:t>盟约</w:t>
      </w:r>
    </w:p>
    <w:p>
      <w:pPr>
        <w:pStyle w:val="ArticleScripture"/>
        <w:jc w:val="left"/>
      </w:pPr>
      <w:r>
        <w:rPr>
          <w:rFonts w:ascii="Microsoft YaHei" w:hAnsi="Microsoft YaHei" w:eastAsia="Microsoft YaHei" w:cs="Microsoft YaHei"/>
        </w:rPr>
        <w:t>伊对亚伯兰讲：“尔总归要晓得,尔个后裔必要寄居勒别个地方,弗是伊拉自家个;还要服事伊拉;伊拉要苦待伊拉四百年.”创世记 15:13.</w:t>
      </w:r>
    </w:p>
    <w:p>
      <w:pPr>
        <w:pStyle w:val="ArticleBody"/>
        <w:jc w:val="left"/>
      </w:pPr>
      <w:r>
        <w:rPr>
          <w:rFonts w:ascii="Microsoft YaHei" w:hAnsi="Microsoft YaHei" w:eastAsia="Microsoft YaHei" w:cs="Microsoft YaHei"/>
        </w:rPr>
        <w:t>主用三步來同亞伯拉罕立約;其頭一步就包含箇預言：亞伯拉罕个後裔要在埃及作俘囚四百年.第二步,亞伯拉罕領受咧割禮个儀式;第三步,便是在摩利亞山獻以撒.四百年,是主興起並且同一班蒙揀選个子民立約所行三步之阿爾法當中所指明个.到主後三十四年司提反受石頭打死个時辰,該班蒙揀選个立約子民就同上帝離異咧;自此以後,蒙揀選作外邦人使徒个保羅,將該四百年指明為——四百三十年.</w:t>
      </w:r>
    </w:p>
    <w:p>
      <w:pPr>
        <w:pStyle w:val="ArticleScripture"/>
        <w:jc w:val="left"/>
      </w:pPr>
      <w:r>
        <w:rPr>
          <w:rFonts w:ascii="Microsoft YaHei" w:hAnsi="Microsoft YaHei" w:eastAsia="Microsoft YaHei" w:cs="Microsoft YaHei"/>
        </w:rPr>
        <w:t>阿拉要讲个是：上帝喺基督里早已立定格约,后来过了四百三十年纔有格律法,并呒没法子废脱伊,也呒没法子叫所应许格归于无效.创世记 3:17.</w:t>
      </w:r>
    </w:p>
    <w:p>
      <w:pPr>
        <w:pStyle w:val="ArticleBody"/>
        <w:jc w:val="left"/>
      </w:pPr>
      <w:r>
        <w:rPr>
          <w:rFonts w:ascii="Microsoft YaHei" w:hAnsi="Microsoft YaHei" w:eastAsia="Microsoft YaHei" w:cs="Microsoft YaHei"/>
        </w:rPr>
        <w:t>代表约个数字是四百三十;不过,亚伯兰同扫罗者见证人,伊拉个名字后来分别改作亚伯拉罕同保罗,就指出组成四百三十个总数个两个分明时期.神若给一个灵魂改名字,这就是该灵魂同神之间立约关系个象征.所以,四百三十年乃是由两个分明数字相加而成个总数,正如亚伯拉罕个四百,加上保罗所添个三十.以西结向左边困卧三百九十日,后来再向右边困卧四十日;这就指出两个数字,伊拉个总和正是四百三十.</w:t>
      </w:r>
    </w:p>
    <w:p>
      <w:pPr>
        <w:pStyle w:val="ArticleBody"/>
        <w:jc w:val="left"/>
      </w:pPr>
      <w:r>
        <w:rPr>
          <w:rFonts w:ascii="Microsoft YaHei" w:hAnsi="Microsoft YaHei" w:eastAsia="Microsoft YaHei" w:cs="Microsoft YaHei"/>
        </w:rPr>
        <w:t>«创世记»第十一章里,洪水过后因宁录悖逆随即造成个死亡之约,表明两种约个分别.巴别塔个诸般成分,见证了一班属撒但、要靠自救个立约之民;伊拉本该受审判并且分散.㑚同一章里,希伯来人个家谱借着以伯个出生起头,引明了一班蒙拣选个子民,来代表生命之约,对照宁录个死亡之约.</w:t>
      </w:r>
    </w:p>
    <w:p>
      <w:pPr>
        <w:pStyle w:val="ArticleScripture"/>
        <w:jc w:val="left"/>
      </w:pPr>
      <w:r>
        <w:rPr>
          <w:rFonts w:ascii="Microsoft YaHei" w:hAnsi="Microsoft YaHei" w:eastAsia="Microsoft YaHei" w:cs="Microsoft YaHei"/>
        </w:rPr>
        <w:t>希伯活了三十四岁,生了法勒;希伯生法勒之后,又活了四百三十年,并且生儿养女.法勒活了三十岁,生了拉吴.创世记 11:16–18.</w:t>
      </w:r>
    </w:p>
    <w:p>
      <w:pPr>
        <w:pStyle w:val="ArticleBody"/>
        <w:jc w:val="left"/>
      </w:pPr>
      <w:r>
        <w:rPr>
          <w:rFonts w:ascii="Microsoft YaHei" w:hAnsi="Microsoft YaHei" w:eastAsia="Microsoft YaHei" w:cs="Microsoft YaHei"/>
        </w:rPr>
        <w:t>«创世纪»第十章里,头一趟提着希伯同法勒.</w:t>
      </w:r>
    </w:p>
    <w:p>
      <w:pPr>
        <w:pStyle w:val="ArticleScripture"/>
        <w:jc w:val="left"/>
      </w:pPr>
      <w:r>
        <w:rPr>
          <w:rFonts w:ascii="Microsoft YaHei" w:hAnsi="Microsoft YaHei" w:eastAsia="Microsoft YaHei" w:cs="Microsoft YaHei"/>
        </w:rPr>
        <w:t>希伯生了两个儿子：一个名叫法勒;因为到伊个辰光,地就分开了;伊兄弟名叫约坍.创世记 10:25.</w:t>
      </w:r>
    </w:p>
    <w:p>
      <w:pPr>
        <w:pStyle w:val="ArticleBody"/>
        <w:jc w:val="left"/>
      </w:pPr>
      <w:r>
        <w:rPr>
          <w:rFonts w:ascii="Microsoft YaHei" w:hAnsi="Microsoft YaHei" w:eastAsia="Microsoft YaHei" w:cs="Microsoft YaHei"/>
        </w:rPr>
        <w:t>“Peleg”个名字个意思是分裂,抑或分开;到咾 Peleg 个日脚,盟约子民两班人个分裂,借着巴别塔个历史并 Nimrod 个背叛,得着标明.Eber 活到四百六十四岁;不过,自从 Peleg（分裂）生出来以后,伊还活咾四百三十年.每一个事实侪有伊个指归,四百三十个数字,就是 Paul 归给 Abraham 盟约预言个数字.虽则四百三十个数字,是同 Eber 在 Peleg 出生以后个生命相连个,不过伊生命起头三十四年,是写作“四同三十年”,当然就是三十四年;然而单看者三十四年个表述,读起来就是“四”同“三十”（430）.随后就来咾四百三十;再随后,Peleg 生命起头个表述就是“三十”.</w:t>
      </w:r>
    </w:p>
    <w:p>
      <w:pPr>
        <w:pStyle w:val="ArticleBody"/>
        <w:jc w:val="left"/>
      </w:pPr>
      <w:r>
        <w:rPr>
          <w:rFonts w:ascii="Microsoft YaHei" w:hAnsi="Microsoft YaHei" w:eastAsia="Microsoft YaHei" w:cs="Microsoft YaHei"/>
        </w:rPr>
        <w:t>以伯係“希伯來”个名字根源,也係聖經頭一趟提着希伯來人;伊拉後來要做盟約所揀選个子民.以伯个意思係“過去”,因此預表盟約个子民要從這地過到新地,正像亞伯拉罕个子孫過紅海進入應許之地一樣.四十年个曠野飄流攔阻了這個過去;弗過四十年滿了个辰光,伊拉過約但河進入應許之地,因此預表上帝子民末後个過去. 法勒代表人類歷史中頭一趟分做兩等盟約子民个辰光,這事發生勒寧錄个塔.寧錄个死亡之約个記號係混亂;希伯來生命之約个記號,則係以伯勒法勒所代表个分開以前所活个四百三十年.法勒个名字也標明一個象徵性个數字真理,因為以伯个四百三十年分做兩個數目,而法勒所代表个,正係四百同三十這兩者之間个分別.</w:t>
      </w:r>
    </w:p>
    <w:p>
      <w:pPr>
        <w:pStyle w:val="ArticleBody"/>
        <w:jc w:val="left"/>
      </w:pPr>
      <w:r>
        <w:rPr>
          <w:rFonts w:ascii="Microsoft YaHei" w:hAnsi="Microsoft YaHei" w:eastAsia="Microsoft YaHei" w:cs="Microsoft YaHei"/>
        </w:rPr>
        <w:t>四百三十有两部分：一部分是亚伯拉罕之约个四百年,另一部分是保罗所指出额外个三十年.那产生上帝子民末后复兴个知识增多,记载勒«但以理书»第十二章;勒该章里,永远之约个两部分象征受到特意指明,并且陈列勒第9/11节.</w:t>
      </w:r>
    </w:p>
    <w:p>
      <w:pPr>
        <w:pStyle w:val="ArticleScripture"/>
        <w:jc w:val="left"/>
      </w:pPr>
      <w:r>
        <w:rPr>
          <w:rFonts w:ascii="Microsoft YaHei" w:hAnsi="Microsoft YaHei" w:eastAsia="Microsoft YaHei" w:cs="Microsoft YaHei"/>
        </w:rPr>
        <w:t>伊就讲：“但以理啊,侬去罢;因为迭些话已经封住、盖印,一直到末期个辰光.许多人要得洁净,变成雪白,也要受试炼;不过恶人还是要行恶,恶人中间一个也弗会明白;惟有智慧个人会明白.从常献个燔祭被除掉、并且那行毁坏可憎个设立起来个辰光起,要有一千二百九十日.”但以理书 12:9–11.</w:t>
      </w:r>
    </w:p>
    <w:p>
      <w:pPr>
        <w:pStyle w:val="ArticleBody"/>
        <w:jc w:val="left"/>
      </w:pPr>
      <w:r>
        <w:rPr>
          <w:rFonts w:ascii="Microsoft YaHei" w:hAnsi="Microsoft YaHei" w:eastAsia="Microsoft YaHei" w:cs="Microsoft YaHei"/>
        </w:rPr>
        <w:t>末后个开印,产生成三步个试验过程,正如第十节所表明个“被炼净、变白,并受试验”,是同一千二百九十年相联系个.先驱者对该节个理解是：五〇八年异教势力个拦阻被除脱以后,开始了一段三十年个过程,直到五三八年教皇制度被建立,作为«圣经»预言里向个第五个国;此后,伊就作为«圣经»预言里向个第五个国掌权,一直到一千二百六十年于一七九八年结束.自五〇八年到五三八年个三十年,也被保罗在«帖撒罗尼迦后书»里称作“先有离道反教个事”.</w:t>
      </w:r>
    </w:p>
    <w:p>
      <w:pPr>
        <w:pStyle w:val="ArticleBody"/>
        <w:jc w:val="left"/>
      </w:pPr>
      <w:r>
        <w:rPr>
          <w:rFonts w:ascii="Microsoft YaHei" w:hAnsi="Microsoft YaHei" w:eastAsia="Microsoft YaHei" w:cs="Microsoft YaHei"/>
        </w:rPr>
        <w:t>«帖撒罗尼迦后书»里向个题目,是预言中第四、第五国度,就是异教罗马搭教皇罗马,彼此之间个关系.就勒«帖撒罗尼迦后书»向一章里,威廉·米勒发现«但以理书»里个“常献”所表明个是异教罗马;米勒还进一步发现,«但以理书»里个“常献”总是搭那“行毁坏可憎个”或“使地荒凉个过犯”连勒一道提出来.«但以理书»里个“行毁坏可憎个”搭“使地荒凉个过犯”,所代表个,就是约翰勒«启示录»里分别指出个兽像搭兽个印记.</w:t>
      </w:r>
    </w:p>
    <w:p>
      <w:pPr>
        <w:pStyle w:val="ArticleBody"/>
        <w:jc w:val="left"/>
      </w:pPr>
      <w:r>
        <w:rPr>
          <w:rFonts w:ascii="Microsoft YaHei" w:hAnsi="Microsoft YaHei" w:eastAsia="Microsoft YaHei" w:cs="Microsoft YaHei"/>
        </w:rPr>
        <w:t>威廉·米勒勒个大多数——要么讲几乎全部——预言上个应用,侪建基于伊对两种行荒凉个势力之辨认：一种表明为“常献个”（异教罗马）;第二种行荒凉个势力,则有两样说法：一面叫做“使地荒凉个罪过”（教会搭国家个联合）;㑚«启示录»里,称为“兽像”（教皇制个预言结构）;“那行荒凉个可憎之物”（太阳崇拜）,㑚«启示录»里,称为“兽个印记”.米勒从保罗㑚«帖撒罗尼迦后书»第二章里个陈述所得到个理解,乃是米勒一个首要根基性个认识;米勒本身就是复临信仰根基个象征.保罗讲,凡弗爱«帖撒罗尼迦后书»第二章里所表明之真理个人,就是领受强烈迷惑个人.</w:t>
      </w:r>
    </w:p>
    <w:p>
      <w:pPr>
        <w:pStyle w:val="ArticleBody"/>
        <w:jc w:val="left"/>
      </w:pPr>
      <w:r>
        <w:rPr>
          <w:rFonts w:ascii="Microsoft YaHei" w:hAnsi="Microsoft YaHei" w:eastAsia="Microsoft YaHei" w:cs="Microsoft YaHei"/>
        </w:rPr>
        <w:t>但以理个三节经文（Daniel 12:9–11）里向,末后日子个表号性理解弗能包括时间个应用,因为自 1844 年 10 月 22 日起,预言时间个应用已弗再有效.9/11 个经节代表两段分明个时期：三十年同一千二百六十年.四十个数同一千二百六十个数,两者侪是预言性旷野个表号,也能在预言里互相替换.故此,一千二百六十能理解做四十,而四十是四百个十分之一.9/11 个经节表号永远之约个数目,就是四百（亚伯拉罕）同三十（保罗）相连所代表个.由“一千二百六十”所代表个“旷野”,同“四十”个“旷野”是相合个;而四,是四百个十分之一.三十就是三十.四百三十,是由四百加上三十所成;在以西结书第四章里,这乃是由三百九十加上四十来表明个.</w:t>
      </w:r>
    </w:p>
    <w:p>
      <w:pPr>
        <w:pStyle w:val="ArticleBody"/>
        <w:jc w:val="left"/>
      </w:pPr>
      <w:r>
        <w:rPr>
          <w:rFonts w:ascii="Microsoft YaHei" w:hAnsi="Microsoft YaHei" w:eastAsia="Microsoft YaHei" w:cs="Microsoft YaHei"/>
        </w:rPr>
        <w:t>第十二章里向第九到第十一节,代表本章三段预言时期当中个中间一段,也象征末后日子里被开启个永远之约.末后日子里,对四百三十个意义之开启,乃系借着«以西结书»第四章而成.</w:t>
      </w:r>
    </w:p>
    <w:p>
      <w:pPr>
        <w:pStyle w:val="ArticleBody"/>
        <w:jc w:val="left"/>
      </w:pPr>
      <w:r>
        <w:rPr>
          <w:rFonts w:ascii="Microsoft YaHei" w:hAnsi="Microsoft YaHei" w:eastAsia="Microsoft YaHei" w:cs="Microsoft YaHei"/>
        </w:rPr>
        <w:t>犹大支派个狮子,而今正向那些凭着信心同以西结、约翰、但以理并以赛亚一道进入至圣所个人,开启末后一则警告信息个封印.该真理,乃是同着那些所代表个被高举一并显明出来;彼等弗但被表明为以色列个被赶散者,也被表明为十四万四千个旌旗.该真理,乃是安置勒亚伯拉罕四百年所表明个约之背景当中,并同保罗三十年所表明个约相联系.该真理,乃是陈明于但以理书第十二章个9/11节当中;此等经文表明三个象征时期个当中一段,而米勒派对此曾有正确个领会.如今在但以理书第十二章中正被开启封印个居中9/11真理,乃由以西结个三百九十日同四十日所表明.此等日子,乃是于第十七个禧年周期个第三十年向以西结开启个;而以西结,作为祭司,乃表明十四万四千个祭司职分;彼等正处勒三重试验当中个中间一试.</w:t>
      </w:r>
    </w:p>
    <w:p>
      <w:pPr>
        <w:pStyle w:val="ArticleBody"/>
        <w:jc w:val="left"/>
      </w:pPr>
      <w:r>
        <w:rPr>
          <w:rFonts w:ascii="Microsoft YaHei" w:hAnsi="Microsoft YaHei" w:eastAsia="Microsoft YaHei" w:cs="Microsoft YaHei"/>
        </w:rPr>
        <w:t>以西結,係喺聖殿个試驗當中,記喺「第四月」「初五日」;喺米勒派歷史裡,個日辰正好標明自一八四四年四月十九日第一次失望起首、到同年十月二十二日告終个七月期間當中个正中央（「中途」）.</w:t>
      </w:r>
    </w:p>
    <w:p>
      <w:pPr>
        <w:pStyle w:val="ArticleScripture"/>
        <w:jc w:val="left"/>
      </w:pPr>
      <w:r>
        <w:rPr>
          <w:rFonts w:ascii="Microsoft YaHei" w:hAnsi="Microsoft YaHei" w:eastAsia="Microsoft YaHei" w:cs="Microsoft YaHei"/>
        </w:rPr>
        <w:t>「到一八四四年个夏天,正在头先以为二千三百日要结束个辰光搭同一年秋天——后首来才看明白伊拉是延到个秋天——当中个时节,信息照经文原原本本宣讲出来：‘看啊,新郎来哉！’」«善恶之争»,398.</w:t>
      </w:r>
    </w:p>
    <w:p>
      <w:pPr>
        <w:pStyle w:val="ArticleBody"/>
        <w:jc w:val="left"/>
      </w:pPr>
      <w:r>
        <w:rPr>
          <w:rFonts w:ascii="Microsoft YaHei" w:hAnsi="Microsoft YaHei" w:eastAsia="Microsoft YaHei" w:cs="Microsoft YaHei"/>
        </w:rPr>
        <w:t>1844年7月21号,正当七个圣月个当中;到仔该日,Samuel Snow勒Boston Tabernacle里宣讲伊个“半夜呼声”信息.勒该搭里,伊头一趟勒公开个宣讲当中,“照圣经原文宣告：‘看啊,新郎来哉！’” 现在,从表号个意思来讲,阿拉正搭Ezekiel一道立勒Boston Tabernacle里,正在“半夜呼声”个使者被高举、随后像潮水一样涌出去个前夕.高举旌旗个预言过程,勒«启示录»第九章关于伊斯兰个预言线里有所表明.«以西结书»第四章提供第二个见证,也把三百九十一年零十五日个预言作出结束;伊正是勒第四章里如此行个.</w:t>
      </w:r>
    </w:p>
    <w:p>
      <w:pPr>
        <w:pStyle w:val="ArticleBody"/>
        <w:jc w:val="left"/>
      </w:pPr>
      <w:r>
        <w:rPr>
          <w:rFonts w:ascii="Microsoft YaHei" w:hAnsi="Microsoft YaHei" w:eastAsia="Microsoft YaHei" w:cs="Microsoft YaHei"/>
        </w:rPr>
        <w:t>阿拉下篇文章里向再继续讲这些事.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第四十节个隐秘历史——第二十八号</dc:title>
  <dc:subject>以西结书第九章</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