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第四十節个隱祕歷史——第三十號數</w:t>
      </w:r>
    </w:p>
    <w:p>
      <w:pPr>
        <w:pStyle w:val="ArticleSubtitle"/>
        <w:jc w:val="left"/>
      </w:pPr>
      <w:r>
        <w:rPr>
          <w:rFonts w:ascii="Microsoft YaHei" w:hAnsi="Microsoft YaHei" w:eastAsia="Microsoft YaHei" w:cs="Microsoft YaHei"/>
        </w:rPr>
        <w:t>以西结书第十一章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2026-09-02</w:t>
      </w:r>
    </w:p>
    <w:p>
      <w:pPr>
        <w:pStyle w:val="ArticleBody"/>
        <w:jc w:val="left"/>
      </w:pPr>
      <w:r>
        <w:rPr>
          <w:rFonts w:ascii="Microsoft YaHei" w:hAnsi="Microsoft YaHei" w:eastAsia="Microsoft YaHei" w:cs="Microsoft YaHei"/>
        </w:rPr>
        <w:t>㱃«以西结书»里,耶路撒冷个“围困”就阿是要决定阿拉永远命运个“记号”个试验,因为伊标明兽像个形成.</w:t>
      </w:r>
    </w:p>
    <w:p>
      <w:pPr>
        <w:pStyle w:val="ArticleScripture"/>
        <w:jc w:val="left"/>
      </w:pPr>
      <w:r>
        <w:rPr>
          <w:rFonts w:ascii="Microsoft YaHei" w:hAnsi="Microsoft YaHei" w:eastAsia="Microsoft YaHei" w:cs="Microsoft YaHei"/>
        </w:rPr>
        <w:t>“主清清爽爽叫我看见,兽个像会勒恩典时期结束之前造成;因为伊要成为上帝子民个大试验,凭着这个试验,伊拉永远个命运要被定断.……”</w:t>
      </w:r>
    </w:p>
    <w:p>
      <w:pPr>
        <w:pStyle w:val="ArticleScripture"/>
        <w:jc w:val="left"/>
      </w:pPr>
      <w:r>
        <w:rPr>
          <w:rFonts w:ascii="Microsoft YaHei" w:hAnsi="Microsoft YaHei" w:eastAsia="Microsoft YaHei" w:cs="Microsoft YaHei"/>
        </w:rPr>
        <w:t>“箇个就系上帝个百姓㑚受印之前必须经过个试验.凡证明自家对上帝忠诚、遵守伊个律法、并且拒绝接受冒牌个安息日个人,侪会归在主上帝耶和华个旗下,并且会领受永生上帝个印记.那些放弃从天上来个真理、接受礼拜天安息日个人,就会领受兽个印记.”«文稿发表»卷十五,15.</w:t>
      </w:r>
    </w:p>
    <w:p>
      <w:pPr>
        <w:pStyle w:val="ArticleBody"/>
        <w:jc w:val="left"/>
      </w:pPr>
      <w:r>
        <w:rPr>
          <w:rFonts w:ascii="Microsoft YaHei" w:hAnsi="Microsoft YaHei" w:eastAsia="Microsoft YaHei" w:cs="Microsoft YaHei"/>
        </w:rPr>
        <w:t>当耶路撒冷个基督徒望着西提乌个“兆头”逃走,是因为伊拉先已受着警戒,到个辰光也认得出个“兆头”.认出兽像个形成,就是认出那引到礼拜日法令个“事件”、“预备”同“动向”.构成只“兆头”个预言要素,必须在兆头来到以前就先明白.等到西提乌开始围城个辰光,再来学晓啥个是只兆头,已经太迟了.</w:t>
      </w:r>
    </w:p>
    <w:p>
      <w:pPr>
        <w:pStyle w:val="ArticleScripture"/>
        <w:jc w:val="left"/>
      </w:pPr>
      <w:r>
        <w:rPr>
          <w:rFonts w:ascii="Microsoft YaHei" w:hAnsi="Microsoft YaHei" w:eastAsia="Microsoft YaHei" w:cs="Microsoft YaHei"/>
        </w:rPr>
        <w:t>“预备个辰已经向前推进,种种行动也正在进行,当中结果就会做成一只兽像.地上历史里将要引发一系列事件,来应验预言对于末后这些日子的预告.”«Review and Herald»,1889年4月23日.</w:t>
      </w:r>
    </w:p>
    <w:p>
      <w:pPr>
        <w:pStyle w:val="ArticleHeading"/>
        <w:jc w:val="left"/>
      </w:pPr>
      <w:r>
        <w:rPr>
          <w:rFonts w:ascii="Microsoft YaHei" w:hAnsi="Microsoft YaHei" w:eastAsia="Microsoft YaHei" w:cs="Microsoft YaHei"/>
        </w:rPr>
        <w:t>预备、动向同事件</w:t>
      </w:r>
    </w:p>
    <w:p>
      <w:pPr>
        <w:pStyle w:val="ArticleBody"/>
        <w:jc w:val="left"/>
      </w:pPr>
      <w:r>
        <w:rPr>
          <w:rFonts w:ascii="Microsoft YaHei" w:hAnsi="Microsoft YaHei" w:eastAsia="Microsoft YaHei" w:cs="Microsoft YaHei"/>
        </w:rPr>
        <w:t>“豫备”、“举动”搭“事件”,务必喺试炼来到之前先认得清.</w:t>
      </w:r>
    </w:p>
    <w:p>
      <w:pPr>
        <w:pStyle w:val="ArticleScripture"/>
        <w:jc w:val="left"/>
      </w:pPr>
      <w:r>
        <w:rPr>
          <w:rFonts w:ascii="Microsoft YaHei" w:hAnsi="Microsoft YaHei" w:eastAsia="Microsoft YaHei" w:cs="Microsoft YaHei"/>
        </w:rPr>
        <w:t>“上帝喺预言个历史里所指定要喺过去应验个,一切已经应验;凡照其次序还要来到个,也总归要来到.上帝个先知但以理,仍旧立喺伊个位子上.约翰也立喺伊个位子上.喺«启示录»里,犹大支派个狮子已经向研读预言个人打开了但以理书,因此但以理正立喺伊个位子上.伊作伊个见证,就是主喺异象中向伊启示个那些伟大而庄严个事件;当我拉正站喺这些事应验个门槛边上个辰光,我拉必须晓得这些事.”</w:t>
      </w:r>
    </w:p>
    <w:p>
      <w:pPr>
        <w:pStyle w:val="ArticleScripture"/>
        <w:jc w:val="left"/>
      </w:pPr>
      <w:r>
        <w:rPr>
          <w:rFonts w:ascii="Microsoft YaHei" w:hAnsi="Microsoft YaHei" w:eastAsia="Microsoft YaHei" w:cs="Microsoft YaHei"/>
        </w:rPr>
        <w:t>“勒历史搭预言里向,上帝个道描画出真理搭谬误之间长久不断个争战.迭场争战现今还勒进行之中.已经发生过个事,还要重演.”«信息选粹»第二册,109页.</w:t>
      </w:r>
    </w:p>
    <w:p>
      <w:pPr>
        <w:pStyle w:val="ArticleBody"/>
        <w:jc w:val="left"/>
      </w:pPr>
      <w:r>
        <w:rPr>
          <w:rFonts w:ascii="Microsoft YaHei" w:hAnsi="Microsoft YaHei" w:eastAsia="Microsoft YaHei" w:cs="Microsoft YaHei"/>
        </w:rPr>
        <w:t>阿拉“必须晓得”当阿拉“立勒伊拉应验个门槛浪向”个辰光,彼些“重大而庄严个事件”.“门槛”指出阿拉需要勒彼些事件应验之前先行明白伊拉.</w:t>
      </w:r>
    </w:p>
    <w:p>
      <w:pPr>
        <w:pStyle w:val="ArticleScripture"/>
        <w:jc w:val="left"/>
      </w:pPr>
      <w:r>
        <w:rPr>
          <w:rFonts w:ascii="Microsoft YaHei" w:hAnsi="Microsoft YaHei" w:eastAsia="Microsoft YaHei" w:cs="Microsoft YaHei"/>
        </w:rPr>
        <w:t>“勿过,先知个笔头冷峻勒出个线条,显明这幅太平景象要有转变.生仔角个兽,开口倒讲出龙个声音,且‘在伊面前行使头一个兽一切个权柄.’ 异教并教皇制所显出个逼迫之灵,还要再度显明.预言宣告,这个权势要对‘住在地上个人讲,叫伊拉为那兽做一个像.’〔启示录 13:14.〕这个像,是为头一个、就是像豹个兽做个;这兽就是第三位天使信息里所指明个那一位.借着头一个兽,所代表个是罗马教会,就是一个披着民政权力个教会体制,有权柄惩罚一切不服从个人.兽个像,乃是代表另一个披着相似权力个宗教团体.这个像个形成,就是那兽所做个工;伊兴起个辰光看上去太平,所发个言辞又温和,因此特别成为美国个鲜明象征.阿拉就在此处看见教皇制个像.到阿拉国家个众教会,在伊拉共同持守个信仰要点上联合起来,进而影响国家,用政权来强制推行伊拉个谕令,并扶持伊拉个制度,彼辰光,新教化个美国就形成了罗马教阶制度个像.到彼个辰光,真教会就要受逼迫,正如上帝古时个子民曾经受过个一样.差勿多每一个世纪,总有例子显出：偏执同恶意,打着侍奉上帝、维护教会同国家权利个名义,能够做出啥个事体.凡是跟随罗马脚踪、同属世权势结盟个新教诸教会,也显出同样要限制良心自由个欲望.十七世纪,几千个不顺从国教个传道人,在英国国教会统治之下受苦.世俗政府若在宗教上有所偏袒,逼迫总是随着来到.”«预言之灵»第4卷,277.</w:t>
      </w:r>
    </w:p>
    <w:p>
      <w:pPr>
        <w:pStyle w:val="ArticleBody"/>
        <w:jc w:val="left"/>
      </w:pPr>
      <w:r>
        <w:rPr>
          <w:rFonts w:ascii="Microsoft YaHei" w:hAnsi="Microsoft YaHei" w:eastAsia="Microsoft YaHei" w:cs="Microsoft YaHei"/>
        </w:rPr>
        <w:t>兽个像个形成,先是在美国完成;其后,才在全世界完成.</w:t>
      </w:r>
    </w:p>
    <w:p>
      <w:pPr>
        <w:pStyle w:val="ArticleScripture"/>
        <w:jc w:val="left"/>
      </w:pPr>
      <w:r>
        <w:rPr>
          <w:rFonts w:ascii="Microsoft YaHei" w:hAnsi="Microsoft YaHei" w:eastAsia="Microsoft YaHei" w:cs="Microsoft YaHei"/>
        </w:rPr>
        <w:t>“外邦列国会照美国个样子去做.虽然伊带头,阿拉散勒世界各地个子民,终归也会碰着同样个危机.”«Testimonies»卷六,395.</w:t>
      </w:r>
    </w:p>
    <w:p>
      <w:pPr>
        <w:pStyle w:val="ArticleBody"/>
        <w:jc w:val="left"/>
      </w:pPr>
      <w:r>
        <w:rPr>
          <w:rFonts w:ascii="Microsoft YaHei" w:hAnsi="Microsoft YaHei" w:eastAsia="Microsoft YaHei" w:cs="Microsoft YaHei"/>
        </w:rPr>
        <w:t>公元313年个«米兰敕令»表明形成个开端,也标明第七日安息日会信徒个关门.西方个君士坦丁搭东方个李锡尼乌斯把一桩和约婚姻连带到该敕令上;当时君士坦丁把伊个同父异母个妹子君士坦提娅嫁拨李锡尼乌斯;阿是但以理书十一章预言历史里六桩和约婚姻所构成个预言线中第四桩和约婚姻所表明个事.前两桩搭南北之间个战争有关,接下来两桩是东西之间个内战,末后两桩乃是教皇制教会权力搭国家权力个象征性婚姻.</w:t>
      </w:r>
    </w:p>
    <w:p>
      <w:pPr>
        <w:pStyle w:val="ArticleBody"/>
        <w:jc w:val="left"/>
      </w:pPr>
      <w:r>
        <w:rPr>
          <w:rFonts w:ascii="Microsoft YaHei" w:hAnsi="Microsoft YaHei" w:eastAsia="Microsoft YaHei" w:cs="Microsoft YaHei"/>
        </w:rPr>
        <w:t>安条克二世·提阿斯大约于公元前252年废脱伊个妻子拉奥狄刻一世,改娶托勒密王朝个公主贝蕾妮丝（托勒密二世个囡）.塞琉古帝国个条约婚姻,是发生勒北方王搭南方王之间;然而,313年个条约婚姻,是发生勒东方皇帝搭西方皇帝之间.</w:t>
      </w:r>
    </w:p>
    <w:p>
      <w:pPr>
        <w:pStyle w:val="ArticleBody"/>
        <w:jc w:val="left"/>
      </w:pPr>
      <w:r>
        <w:rPr>
          <w:rFonts w:ascii="Microsoft YaHei" w:hAnsi="Microsoft YaHei" w:eastAsia="Microsoft YaHei" w:cs="Microsoft YaHei"/>
        </w:rPr>
        <w:t>公元前252年,安条克二世·西奥斯个和约婚姻,标志着塞琉古帝国个起头;该帝国作一只帝国个结局,系«但以理书»第十一章第十节到第十六节所表明个历史里向达到.到塞琉古帝国末后个历史辰光里,安条克三世·大帝又成就了一桩和约婚姻：公元前193年,伊把自家个囡克利奥帕特拉一世·叙利亚女——先知性历史里头第一位克利奥帕特拉——嫁拨托勒密五世.阿辰光,托勒密五世大约十六岁,克利奥帕特拉一世·叙利亚女大约十岁.伊拉个婚姻,系第五次叙利亚战争以后个一项外交和解.«但以理书»第十一章里头,北方王同南方王之间阿个阿尔法性个和约婚姻,曾经标明第二次叙利亚战争个结束.</w:t>
      </w:r>
    </w:p>
    <w:p>
      <w:pPr>
        <w:pStyle w:val="ArticleBody"/>
        <w:jc w:val="left"/>
      </w:pPr>
      <w:r>
        <w:rPr>
          <w:rFonts w:ascii="Microsoft YaHei" w:hAnsi="Microsoft YaHei" w:eastAsia="Microsoft YaHei" w:cs="Microsoft YaHei"/>
        </w:rPr>
        <w:t>预言历史里向末一位克娄巴特拉,先同朱利叶斯·凯撒有来往,后来又同马克·安东尼有来往.主前四十四年,朱利叶斯·凯撒遭暗杀之后,主前四十三年就组成了第二次三头同盟.该同盟由三个男子组成;后来这三人当中个马库斯·雷必达斯,给屋大维逐出这三重联盟,于是东方个马克·安东尼同西方个屋大维之间,就发生了争夺权柄个斗争.主前四十年,双方于布伦狄西缔结条约,东方同西方个两个对手在那里立了和约.该条约还包括屋大维个姊妹屋大维娅同马克·安东尼个婚姻.然则,这条约并其所附带个婚姻并呒没维持得牢;马克·安东尼后来既与克娄巴特拉牵连,就于主前三十二年休了屋大维娅.到主前三十一年亚克兴海战辰光,东方同西方个帝国并归于一个权势;此后,屋大维成为奥古斯都·凯撒,作为罗马荣耀同权势达到极峰个象征.</w:t>
      </w:r>
    </w:p>
    <w:p>
      <w:pPr>
        <w:pStyle w:val="ArticleBody"/>
        <w:jc w:val="left"/>
      </w:pPr>
      <w:r>
        <w:rPr>
          <w:rFonts w:ascii="Microsoft YaHei" w:hAnsi="Microsoft YaHei" w:eastAsia="Microsoft YaHei" w:cs="Microsoft YaHei"/>
        </w:rPr>
        <w:t>按预言个层面,«但以理书»第十一章里向头一桩借着盟约结成个婚姻,系北方王搭南方王之间,为着想煞停两边争战个敌对;伊拉两家正苦苦争斗,想要重新建立亚历山大大帝个帝国.塞琉古王朝搭埃及托勒密王朝之间个头一桩盟约婚姻,乃是塞琉古国搭托勒密国个阿尔法盟约婚姻,也就预表了同样两股势力之间个欧米伽盟约婚姻.到末后一桩、也就系欧米伽个盟约婚姻里,埃及历史上顶早、也就系阿尔法个克丽奥佩特拉,成了预言上连到末后、也就系欧米伽个克丽奥佩特拉个纽带;伊搭马克·安东尼个关系,便成了屋大维娅搭马克·安东尼离婚个参照点.此桩离婚标明了东方个马克·安东尼搭西方个屋大维之间重新燃起个敌对;这场敌对末了终结于主前31年亚克兴海战.</w:t>
      </w:r>
    </w:p>
    <w:p>
      <w:pPr>
        <w:pStyle w:val="ArticleBody"/>
        <w:jc w:val="left"/>
      </w:pPr>
      <w:r>
        <w:rPr>
          <w:rFonts w:ascii="Microsoft YaHei" w:hAnsi="Microsoft YaHei" w:eastAsia="Microsoft YaHei" w:cs="Microsoft YaHei"/>
        </w:rPr>
        <w:t>主前40年布伦迪西翁个条约婚姻,乃是东西争斗个阿尔法条约婚姻,正如劳狄刻同安条克二世·提阿个条约婚姻,乃是南北争斗个阿尔法.313年个条约婚姻,是马克·安东尼同屋大维娅个阿尔法条约婚姻个欧米伽,正如托勒密五世同克利奥帕特拉一世·叙拉之间个条约婚姻,乃是南北两国个欧米伽条约婚姻.导向313年该个欧米伽条约婚姻个三场条约婚姻,侪都相互对齐,并且为同«米兰敕令»相关联个预言特征提供三个见证.合起来看,东西、南北四个字面个条约婚姻,同教皇权两个象征个条约婚姻相互对齐.</w:t>
      </w:r>
    </w:p>
    <w:p>
      <w:pPr>
        <w:pStyle w:val="ArticleBody"/>
        <w:jc w:val="left"/>
      </w:pPr>
      <w:r>
        <w:rPr>
          <w:rFonts w:ascii="Microsoft YaHei" w:hAnsi="Microsoft YaHei" w:eastAsia="Microsoft YaHei" w:cs="Microsoft YaHei"/>
        </w:rPr>
        <w:t>公元496年,法兰克王克洛维与克洛蒂尔达成婚.克洛蒂尔达系勃艮第公主,乃勃艮第王希尔佩里克二世之女.其父母于家族争权之中遭弑之后,她先在其叔父庇护之下生活,后于493年许配与法兰克王克洛维一世.她信奉公教,亦即持守罗马教会尼西亚／正统之信仰.此点使她与当时许多日耳曼王族有别;彼辈多为阿里乌派基督徒.其母卡雷特娜本为公教徒,克洛蒂尔达亦在此信仰中受养育.后世记念她,因她恒切劝勉克洛维弃绝异教,领受公教洗礼;其后克洛维于496年之归信,遂成为法兰西早期历史及西方所谓基督教早期历史中最为重要之事件之一.</w:t>
      </w:r>
    </w:p>
    <w:p>
      <w:pPr>
        <w:pStyle w:val="ArticleBody"/>
        <w:jc w:val="left"/>
      </w:pPr>
      <w:r>
        <w:rPr>
          <w:rFonts w:ascii="Microsoft YaHei" w:hAnsi="Microsoft YaHei" w:eastAsia="Microsoft YaHei" w:cs="Microsoft YaHei"/>
        </w:rPr>
        <w:t>克洛维斯发誓,倘使伊打赢托尔比亚克一仗,伊就要归信克洛蒂尔达所信个天主教,并领受洗礼.阿勒曼尼王被杀脱,渠等个军队溃散,法兰克人得了胜.得胜以后,克洛蒂尔达安排兰斯主教雷米吉乌斯教导克洛维斯,后来伊就领受了洗礼（照传统讲,是公元496年圣诞日）,并同几千个伊个勇士一道受洗.</w:t>
      </w:r>
    </w:p>
    <w:p>
      <w:pPr>
        <w:pStyle w:val="ArticleBody"/>
        <w:jc w:val="left"/>
      </w:pPr>
      <w:r>
        <w:rPr>
          <w:rFonts w:ascii="Microsoft YaHei" w:hAnsi="Microsoft YaHei" w:eastAsia="Microsoft YaHei" w:cs="Microsoft YaHei"/>
        </w:rPr>
        <w:t>克洛维斯是法兰克个君王,用今朝个讲法,也就是法兰西个君王.伊成为欧洲诸王当中头一个末后舍弃异教信仰、转向天主教个君王.为着个缘故,克洛维斯被看作“天主教会个长子”,而法兰西也被称作“天主教会个长女”.1980年,若望保禄二世教宗访问法兰西个辰光,曾经问道：“法兰西,教会个长女啊,侬对侬个洗礼还是忠信个吗？”</w:t>
      </w:r>
    </w:p>
    <w:p>
      <w:pPr>
        <w:pStyle w:val="ArticleBody"/>
        <w:jc w:val="left"/>
      </w:pPr>
      <w:r>
        <w:rPr>
          <w:rFonts w:ascii="Microsoft YaHei" w:hAnsi="Microsoft YaHei" w:eastAsia="Microsoft YaHei" w:cs="Microsoft YaHei"/>
        </w:rPr>
        <w:t>克洛维斯归信尼西亚公教,表明一场象征性婚礼行列个开端;此场行列终究要引到五三八年个象征性盟约婚姻.克洛维斯搭该个同地上列王行淫个淫妇之间个象征性盟约婚姻,乃是由«但以理书»第十一章里先前四桩盟约婚姻所预表个.克洛维斯是欧洲头一个向罗马教会提供军事搭经济扶持个君王,所以克洛维斯也就喺«但以理书»第十一章个历史当中有所表明.</w:t>
      </w:r>
    </w:p>
    <w:p>
      <w:pPr>
        <w:pStyle w:val="ArticleScripture"/>
        <w:jc w:val="left"/>
      </w:pPr>
      <w:r>
        <w:rPr>
          <w:rFonts w:ascii="Microsoft YaHei" w:hAnsi="Microsoft YaHei" w:eastAsia="Microsoft YaHei" w:cs="Microsoft YaHei"/>
        </w:rPr>
        <w:t>兵力必替伊站立,玷污保障个圣所,废去常献个燔祭,设立叫人荒凉个那可憎之物.Daniel 11:31.</w:t>
      </w:r>
    </w:p>
    <w:p>
      <w:pPr>
        <w:pStyle w:val="ArticleBody"/>
        <w:jc w:val="left"/>
      </w:pPr>
      <w:r>
        <w:rPr>
          <w:rFonts w:ascii="Microsoft YaHei" w:hAnsi="Microsoft YaHei" w:eastAsia="Microsoft YaHei" w:cs="Microsoft YaHei"/>
        </w:rPr>
        <w:t>公元496年克洛维斯,标志着欧洲政治结构开头“立起来”,扶帮教皇制当其权势兴起辰光.伊也标志着一场象征性婚礼行列个开头.经文里个“膀臂”也会污秽“力量个圣所”,阿拉晓得,无论是异教罗马还是教皇罗马,伊就是罗马城.</w:t>
      </w:r>
    </w:p>
    <w:p>
      <w:pPr>
        <w:pStyle w:val="ArticleHeading"/>
        <w:jc w:val="left"/>
      </w:pPr>
      <w:r>
        <w:rPr>
          <w:rFonts w:ascii="Microsoft YaHei" w:hAnsi="Microsoft YaHei" w:eastAsia="Microsoft YaHei" w:cs="Microsoft YaHei"/>
        </w:rPr>
        <w:t>两座圣所</w:t>
      </w:r>
    </w:p>
    <w:p>
      <w:pPr>
        <w:pStyle w:val="ArticleBody"/>
        <w:jc w:val="left"/>
      </w:pPr>
      <w:r>
        <w:rPr>
          <w:rFonts w:ascii="Microsoft YaHei" w:hAnsi="Microsoft YaHei" w:eastAsia="Microsoft YaHei" w:cs="Microsoft YaHei"/>
        </w:rPr>
        <w:t>但以理书里向,“sanctuary”译出来个希伯来字有两个,是“miqdash”搭“qodesh”.伊两个字侪会译做“sanctuary”,不过“qodesh”单单只能够表示圣个所在;至于“miqdash”呢,就要看上下文来定,既可以表示圣个圣所,也可以表示弗圣个圣所.</w:t>
      </w:r>
    </w:p>
    <w:p>
      <w:pPr>
        <w:pStyle w:val="ArticleBody"/>
        <w:jc w:val="left"/>
      </w:pPr>
      <w:r>
        <w:rPr>
          <w:rFonts w:ascii="Microsoft YaHei" w:hAnsi="Microsoft YaHei" w:eastAsia="Microsoft YaHei" w:cs="Microsoft YaHei"/>
        </w:rPr>
        <w:t>第三十一节里个“保障个圣所”,“圣所”原文是“miqdash”,表明罗马力量个圣所;对异教罗马搭教皇罗马两者来讲,就是罗马城.自从亚克兴之战起,屋大维把帝国统一起来,异教罗马有三百六十年（一载）所向无敌,应验了但以理书十一章二十四节.</w:t>
      </w:r>
    </w:p>
    <w:p>
      <w:pPr>
        <w:pStyle w:val="ArticleScripture"/>
        <w:jc w:val="left"/>
      </w:pPr>
      <w:r>
        <w:rPr>
          <w:rFonts w:ascii="Microsoft YaHei" w:hAnsi="Microsoft YaHei" w:eastAsia="Microsoft YaHei" w:cs="Microsoft YaHei"/>
        </w:rPr>
        <w:t>伊要安安稳稳进到省中顶肥美个所在;伊要做伊列祖同伊列祖个祖宗弗曾做过个事;伊要把掳来个物、抢来个财货并财富分散拨伊拉;并且伊要图谋攻击坚固个营垒,直到一时.但以理书 11:24.</w:t>
      </w:r>
    </w:p>
    <w:p>
      <w:pPr>
        <w:pStyle w:val="ArticleBody"/>
        <w:jc w:val="left"/>
      </w:pPr>
      <w:r>
        <w:rPr>
          <w:rFonts w:ascii="Microsoft YaHei" w:hAnsi="Microsoft YaHei" w:eastAsia="Microsoft YaHei" w:cs="Microsoft YaHei"/>
        </w:rPr>
        <w:t>当异教罗马从罗马城施行统治辰光,伊是勿可战胜个;但公元三三〇年君士坦丁徙都到君士坦丁堡个辰光,第二十四节里个“时候”就应验了.等到«但以理书»第七章里三个角当中末后一个角（哥特人）从该城里向外逐出以后,教皇罗马就按预言在五三八年接过王位,成为«圣经»预言里个第五个国.哥特人曾经围困罗马;不过到末后,查士丁尼个将军伯利撒留稳固了该城,伊拉就退去.此后,罗马教会掌至高之权,一千二百六十年之久,直到一七九八年拿破仑叫人废黜教皇,且把伊放逐出去为止.</w:t>
      </w:r>
    </w:p>
    <w:p>
      <w:pPr>
        <w:pStyle w:val="ArticleBody"/>
        <w:jc w:val="left"/>
      </w:pPr>
      <w:r>
        <w:rPr>
          <w:rFonts w:ascii="Microsoft YaHei" w:hAnsi="Microsoft YaHei" w:eastAsia="Microsoft YaHei" w:cs="Microsoft YaHei"/>
        </w:rPr>
        <w:t>罗马——“力量个圣所”——受了“玷污”,（“玷污”个意思是“受伤或者解体”）,借着持续攻击该城个战争之“兵力”;«启示录»第八章前四枝号,主要就是表明这一点.</w:t>
      </w:r>
    </w:p>
    <w:p>
      <w:pPr>
        <w:pStyle w:val="ArticleBody"/>
        <w:jc w:val="left"/>
      </w:pPr>
      <w:r>
        <w:rPr>
          <w:rFonts w:ascii="Microsoft YaHei" w:hAnsi="Microsoft YaHei" w:eastAsia="Microsoft YaHei" w:cs="Microsoft YaHei"/>
        </w:rPr>
        <w:t>自公元496年起随后所发生个历史,会看见罗马城因其从罗马帝国个权势搭荣光转变到罗马天主教帝国个权势搭荣光而受了玷污.迭双膀臂会除掉异教个宗教——迭段经文里用“常献个”迭只词来表明——因为伊拉接受了尼西亚派天主教个宗教.</w:t>
      </w:r>
    </w:p>
    <w:p>
      <w:pPr>
        <w:pStyle w:val="ArticleBody"/>
        <w:jc w:val="left"/>
      </w:pPr>
      <w:r>
        <w:rPr>
          <w:rFonts w:ascii="Microsoft YaHei" w:hAnsi="Microsoft YaHei" w:eastAsia="Microsoft YaHei" w:cs="Microsoft YaHei"/>
        </w:rPr>
        <w:t>弗耶（Vouillé）一战,克洛维斯（Clovis）击败阿拉里克二世（Alaric II）统领个阿里乌派西哥特人,夺取阿基坦（Aquitaine）.胜利之后,到了508年,东部个皇帝阿纳斯塔修斯一世（Anastasius I,驻君士坦丁堡〔Constantinople〕）为表彰克洛维斯战胜西哥特人而赐以尊荣.图尔个额我略（Gregory of Tours）讲,阿纳斯塔修斯差人送来克洛维斯个正式文书,立伊为执政官.勒图尔（Tours）个圣马丁教堂（Saint Martin’s church）里,克洛维斯穿上紫袍并披上外氅,头戴冕冠,骑马出行,向众人抛撒金银.额我略讲,自该日起,伊就受人称为执政官,并且得到罗马皇帝个承认,认定克洛维斯是西方个合法基督徒君王.伊因为打碎阿里乌派个西哥特人而得赏;而君士坦丁堡同样也反对彼等.508年,就是东方皇帝公开尊荣这位天主教个法兰克君王个年份——教会、胜利并罗马合法性,会聚于同一场景之中.508年,也就是法兰克天主教王国在打破阿里乌派西哥特人个统治之后,作为高卢（Gaul）占主导地位个天主教势力而站立起来个年份.克洛维斯是头一个为尼西亚天主教（Nicene Catholicism）而同阿里乌派诸王国争战个重要蛮族君王,因此,伊也就是法兰西作为“教会个长女”这一角色个原型.克洛维斯代表496年至508年这一时期,并且是这项象征性婚约个阿尔法象征.自508年至538年个三十年,则由查士丁尼（Justinian）来代表;伊是这一行列个欧米伽象征.</w:t>
      </w:r>
    </w:p>
    <w:p>
      <w:pPr>
        <w:pStyle w:val="ArticleBody"/>
        <w:jc w:val="left"/>
      </w:pPr>
      <w:r>
        <w:rPr>
          <w:rFonts w:ascii="Microsoft YaHei" w:hAnsi="Microsoft YaHei" w:eastAsia="Microsoft YaHei" w:cs="Microsoft YaHei"/>
        </w:rPr>
        <w:t>到公元538年,“膀臂”将教皇权势安放勒地上的宝座浪,共1260年.也就是勒个辰光,自496年开始个婚礼行列到收场辰光,象征性个盟约婚姻正式完成.到1798年,罗马教皇同法国个克洛维之间所开始个盟约婚姻,被法国个拿破仑叫伊个将军掳去教皇、以此同教皇权势离婚个辰光,便告废除.</w:t>
      </w:r>
    </w:p>
    <w:p>
      <w:pPr>
        <w:pStyle w:val="ArticleBody"/>
        <w:jc w:val="left"/>
      </w:pPr>
      <w:r>
        <w:rPr>
          <w:rFonts w:ascii="Microsoft YaHei" w:hAnsi="Microsoft YaHei" w:eastAsia="Microsoft YaHei" w:cs="Microsoft YaHei"/>
        </w:rPr>
        <w:t>阿尔法所象征个教皇条约婚姻,伊个婚礼行列起首于496年,到了538年个主日法时就正式成婚;此后又于1798年被废除,正如«但以理书»第十一章里其余一切条约婚姻一样.«启示录»对于欧洲诸王同天主教诸教皇之间个教皇婚姻关系又有所增添,因为«启示录»第十二章个龙,既是撒但,也是异教罗马个诸王.</w:t>
      </w:r>
    </w:p>
    <w:p>
      <w:pPr>
        <w:pStyle w:val="ArticleScripture"/>
        <w:jc w:val="left"/>
      </w:pPr>
      <w:r>
        <w:rPr>
          <w:rFonts w:ascii="Microsoft YaHei" w:hAnsi="Microsoft YaHei" w:eastAsia="Microsoft YaHei" w:cs="Microsoft YaHei"/>
        </w:rPr>
        <w:t>“故此,龙头一层,主要是表撒但;第二层意思,也象征异教罗马.”«善恶之争»,439.</w:t>
      </w:r>
    </w:p>
    <w:p>
      <w:pPr>
        <w:pStyle w:val="ArticleBody"/>
        <w:jc w:val="left"/>
      </w:pPr>
      <w:r>
        <w:rPr>
          <w:rFonts w:ascii="Microsoft YaHei" w:hAnsi="Microsoft YaHei" w:eastAsia="Microsoft YaHei" w:cs="Microsoft YaHei"/>
        </w:rPr>
        <w:t>«启示录»里,约翰告诉倷,列王（就是龙）拨了三样物事给天主教个海兽.</w:t>
      </w:r>
    </w:p>
    <w:p>
      <w:pPr>
        <w:pStyle w:val="ArticleScripture"/>
        <w:jc w:val="left"/>
      </w:pPr>
      <w:r>
        <w:rPr>
          <w:rFonts w:ascii="Microsoft YaHei" w:hAnsi="Microsoft YaHei" w:eastAsia="Microsoft YaHei" w:cs="Microsoft YaHei"/>
        </w:rPr>
        <w:t>我所看见个兽,像个豹;伊个脚像熊个脚,伊个口像狮子个口;龙将伊个能力、位座并大权柄赐拨伊.启示录 13:2.</w:t>
      </w:r>
    </w:p>
    <w:p>
      <w:pPr>
        <w:pStyle w:val="ArticleBody"/>
        <w:jc w:val="left"/>
      </w:pPr>
      <w:r>
        <w:rPr>
          <w:rFonts w:ascii="Microsoft YaHei" w:hAnsi="Microsoft YaHei" w:eastAsia="Microsoft YaHei" w:cs="Microsoft YaHei"/>
        </w:rPr>
        <w:t>到496年,欧洲个些国王开始把伊拉拉“权柄”交拨教皇个兽,这个“权柄”就显明勒伊拉拉个军事实力搭经济上个扶持.伊拉拉早先勒330年把帝国个京城迁到君士坦丁堡去,留落罗马城做教皇权柄个“座位”.此后,到533年,藉着查士丁尼个敕令,“膀臂”就认定教皇教会是众教会个元首.该项敕令还包括动用伊拉拉个军事实力来逼迫教皇制度所认定个异端,因此就把伊拉拉民事上个“权柄”交到诸教皇个手里.</w:t>
      </w:r>
    </w:p>
    <w:p>
      <w:pPr>
        <w:pStyle w:val="ArticleBody"/>
        <w:jc w:val="left"/>
      </w:pPr>
      <w:r>
        <w:rPr>
          <w:rFonts w:ascii="Microsoft YaHei" w:hAnsi="Microsoft YaHei" w:eastAsia="Microsoft YaHei" w:cs="Microsoft YaHei"/>
        </w:rPr>
        <w:t>教皇制同欧洲列王之间个阿尔法盟约婚姻,起首于496年克洛维辰光.到508年,异教主义——本国法定个宗教——拨搁脱,改奉尼西亚天主公教个宗教.到533年,查士丁尼认定教皇制为众教会个元首,并将彼等各自王位所掌个法定权柄交归于教皇权势.</w:t>
      </w:r>
    </w:p>
    <w:p>
      <w:pPr>
        <w:pStyle w:val="ArticleHeading"/>
        <w:jc w:val="left"/>
      </w:pPr>
      <w:r>
        <w:rPr>
          <w:rFonts w:ascii="Microsoft YaHei" w:hAnsi="Microsoft YaHei" w:eastAsia="Microsoft YaHei" w:cs="Microsoft YaHei"/>
        </w:rPr>
        <w:t>阿尔法搭欧梅伽个宝座</w:t>
      </w:r>
    </w:p>
    <w:p>
      <w:pPr>
        <w:pStyle w:val="ArticleBody"/>
        <w:jc w:val="left"/>
      </w:pPr>
      <w:r>
        <w:rPr>
          <w:rFonts w:ascii="Microsoft YaHei" w:hAnsi="Microsoft YaHei" w:eastAsia="Microsoft YaHei" w:cs="Microsoft YaHei"/>
        </w:rPr>
        <w:t>到330年,罗马城交拨仔罗马教会个手里,伊就坐勒该里,一直到基督第二次降临辰光,伊勒火湖里向消灭.到538年,伊又正式坐上教皇个宝座;故此,330年至538年个历史,就显明是一段预言个时期：起头是一个阿拉法个位,收煞是一个俄梅戛个位.该段时期,表明«圣经»预言里第四个国度（别迦摩）个终局,是一个逐步败亡个过程：330年开始,到538年推雅推喇来到辰光结束.538年以后,西罗马搭东罗马还继续慢慢向瓦解;不过,该段时期个起头,是330年把位子——就是代表罗马城个位——交拨教皇制,直到538年,该位子弗再单单是管罗马城个宝座,而是管该城所代表之国度个宝座.</w:t>
      </w:r>
    </w:p>
    <w:p>
      <w:pPr>
        <w:pStyle w:val="ArticleBody"/>
        <w:jc w:val="left"/>
      </w:pPr>
      <w:r>
        <w:rPr>
          <w:rFonts w:ascii="Microsoft YaHei" w:hAnsi="Microsoft YaHei" w:eastAsia="Microsoft YaHei" w:cs="Microsoft YaHei"/>
        </w:rPr>
        <w:t>330 到 538 年,係一段特定个預言時期,界定了教皇制度得權个「八」个路標.該八步,會在將要來到个星期日法令當中,教皇制度致命傷个醫治上再一遍重複出現.</w:t>
      </w:r>
    </w:p>
    <w:p>
      <w:pPr>
        <w:pStyle w:val="ArticleBody"/>
        <w:jc w:val="left"/>
      </w:pPr>
      <w:r>
        <w:rPr>
          <w:rFonts w:ascii="Microsoft YaHei" w:hAnsi="Microsoft YaHei" w:eastAsia="Microsoft YaHei" w:cs="Microsoft YaHei"/>
        </w:rPr>
        <w:t>八个步骤当中头一个,乃是将罗马城交拨教皇权势;第八步,乃是将该城赐作«圣经»预言里第五国度个宝座.搿就表明五三八乃是“座位”,并且也是“第八步,也就是出于前头七步个第八步”.头一步是赐下座位,第八步也是赐下座位;故此,三三〇年个头一步是阿拉法,五三八年是俄梅戛.两个座位,除脱三个角,常献个祭被除去,克洛维个归信,并查士丁尼个诏令,拢共成为八个步骤,表明了婚礼行列,末后也表明婚姻本身.</w:t>
      </w:r>
    </w:p>
    <w:p>
      <w:pPr>
        <w:pStyle w:val="ArticleBody"/>
        <w:jc w:val="left"/>
      </w:pPr>
      <w:r>
        <w:rPr>
          <w:rFonts w:ascii="Microsoft YaHei" w:hAnsi="Microsoft YaHei" w:eastAsia="Microsoft YaHei" w:cs="Microsoft YaHei"/>
        </w:rPr>
        <w:t>到1798年,法兰西——伊曾代表欧洲十个王,并于538年将教皇制扶上宝座个那股势力——又将教皇制从同一个宝座上拉了下来.538年至1798年历史里所表显个阿尔法条约婚姻,预表启示录第十七章里教皇权势同十王之间个欧米伽条约婚姻.自496年至538年个婚礼行列,预表八个步骤,正好对应美国末后八任总统.克洛维同法兰西,乃是欧洲十王个象征.伊拉所代表个,就是美国;到将要来到个星期日法令辰光,美国要成为启示录第十七章十王当中个首要之王.</w:t>
      </w:r>
    </w:p>
    <w:p>
      <w:pPr>
        <w:pStyle w:val="ArticleBody"/>
        <w:jc w:val="left"/>
      </w:pPr>
      <w:r>
        <w:rPr>
          <w:rFonts w:ascii="Microsoft YaHei" w:hAnsi="Microsoft YaHei" w:eastAsia="Microsoft YaHei" w:cs="Microsoft YaHei"/>
        </w:rPr>
        <w:t>«但以理书»第十一章前头五桩和亲,搭得上末后日子第六桩、也是末后一桩和亲.南北两方个阿尔法同俄梅戛和亲,指明新娘里向南方个为阿尔法,俄梅戛则是向北方来个新娘.异教罗马个和亲当中,阿尔法新娘自东方赐拨西方;到公元313年个俄梅戛,则是一个自西方来个新娘.此四桩婚姻,借着第一个克娄巴特拉同末一个克娄巴特拉,在预言里头互相联络做一气.教皇罗马个象征性和亲,表明新郎是一个预言性十王同盟里个首要之王,联合渠个新娘——罗马个朱红色妇人.离婚乃是1798年由此十王当中个首要之王施行个.</w:t>
      </w:r>
    </w:p>
    <w:p>
      <w:pPr>
        <w:pStyle w:val="ArticleBody"/>
        <w:jc w:val="left"/>
      </w:pPr>
      <w:r>
        <w:rPr>
          <w:rFonts w:ascii="Microsoft YaHei" w:hAnsi="Microsoft YaHei" w:eastAsia="Microsoft YaHei" w:cs="Microsoft YaHei"/>
        </w:rPr>
        <w:t>313 年个盟约婚姻,象征教皇权势同美国——启示录十七章十王里个首要之王——末后一回个盟约婚姻;伊是一個两角个权势,乃是由法国个两角权势所预表.自 496 年克洛维开头,后来终于导致 533 年查士丁尼个谕令,并 538 年教皇制个登位个历史,乃是预表 1989 年直到星期日法个历史.</w:t>
      </w:r>
    </w:p>
    <w:p>
      <w:pPr>
        <w:pStyle w:val="ArticleBody"/>
        <w:jc w:val="left"/>
      </w:pPr>
      <w:r>
        <w:rPr>
          <w:rFonts w:ascii="Microsoft YaHei" w:hAnsi="Microsoft YaHei" w:eastAsia="Microsoft YaHei" w:cs="Microsoft YaHei"/>
        </w:rPr>
        <w:t>阿拉会来篇文章里向续讲迭些事体.</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第四十節个隱祕歷史——第三十號數</dc:title>
  <dc:subject>以西结书第十一章</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