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Ogójì - Nọ́ńbà Méjìlélógún</w:t>
      </w:r>
    </w:p>
    <w:p>
      <w:pPr>
        <w:pStyle w:val="ArticleSubtitle"/>
        <w:jc w:val="left"/>
      </w:pPr>
      <w:r>
        <w:rPr>
          <w:rFonts w:ascii="Arial" w:hAnsi="Arial" w:eastAsia="Arial" w:cs="Arial"/>
        </w:rPr>
        <w:t>Ẹsekieli Nọ́mbà Kẹta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Esekiẹli jẹ́ àlùfáà ní àkókò ìdìdì àwọn ẹgbẹ̀rún mẹ́rìnlélógójì [144,000]. Nínú orí kìn-ín-ní, a mú Esekiẹli wọ inú ibùsùn mímọ́.</w:t>
      </w:r>
    </w:p>
    <w:p>
      <w:pPr>
        <w:pStyle w:val="ArticleScripture"/>
        <w:jc w:val="left"/>
      </w:pPr>
      <w:r>
        <w:rPr>
          <w:rFonts w:ascii="Times New Roman" w:hAnsi="Times New Roman" w:eastAsia="Times New Roman" w:cs="Times New Roman"/>
        </w:rPr>
        <w:t>Ní ọdún ọgbọ̀n, ní oṣù kẹrin, ní ọjọ́ karùn-ún oṣù náà, bí mo ṣe wà láàárín àwọn ìgbèkùn lẹ́gbẹ̀ẹ́ odò Kebari, àwọn ọ̀run ṣí sílẹ̀, mo sì rí ìran Ọlọ́run. Ní ọjọ́ karùn-ún oṣù náà, èyí tí í ṣe ọdún karùn-ún ìgbèkùn ọba Jehoiakini, ọ̀rọ̀ Olúwa sì tọ̀nàtọ̀nà tọ Ẹsekieli àlùfáà, ọmọ Buzi, ní ilẹ̀ àwọn ará Kaldea lẹ́gbẹ̀ẹ́ odò Kebari; ọwọ́ Olúwa sì wà lórí rẹ̀ níbẹ̀.</w:t>
      </w:r>
    </w:p>
    <w:p>
      <w:pPr>
        <w:pStyle w:val="ArticleScripture"/>
        <w:jc w:val="left"/>
      </w:pPr>
      <w:r>
        <w:rPr>
          <w:rFonts w:ascii="Times New Roman" w:hAnsi="Times New Roman" w:eastAsia="Times New Roman" w:cs="Times New Roman"/>
        </w:rPr>
        <w:t>Mo sì wò, sì kíyèsí i pé, afẹ́fẹ́ ìjì kan ń bọ láti àríwá wá, àwọsánmà ńlá kan sì ń bọ̀, àti iná tí ń yí ara rẹ̀ ká, ìmọ́lẹ̀ kan sì wà yí i ká; àti láti àárín rẹ̀ ni ohun kan dà bí àwọ̀ àńbà, láti inú àárín iná náà. Pẹ̀lú, láti inú àárín rẹ̀ ni ìrí àwọn ẹ̀dá alààyè mẹ́rin ti jáde. Èyí sì ni ìrísí wọn; wọ́n ní ìrí ènìyàn. Olúkúlùkù wọn ní ojú mẹ́rin, olúkúlùkù wọn sì ní ìyẹ́ mẹ́rin. Ẹsẹ̀ wọn sì jẹ́ ẹsẹ̀ títọ́; àtàrí ẹsẹ̀ wọn sì dà bí àtàrí ẹsẹ̀ ọmọ màlúù; wọ́n sì ń tàn yọ bí àwọ̀ idẹ tí a ti fọ́ dán. Wọ́n sì ní ọwọ́ ènìyàn ní abẹ́ ìyẹ́ wọn ní ẹ̀gbẹ́ mẹ́rin wọn; àwọn mẹ́rin náà sì ní ojú wọn àti ìyẹ́ wọn. Ìyẹ́ wọn so mọ́ ara wọn; wọn kì í yí padà nígbà tí wọ́n ń lọ; olúkúlùkù wọn ń lọ tààrà síwájú. Ní ti ìrí ojú wọn, àwọn mẹ́rin náà ní ojú ènìyàn, àti ojú kìnnìún ní ẹ̀gbẹ́ ọ̀tún; àwọn mẹ́rin náà sì ní ojú màlúù ní ẹ̀gbẹ́ òsì; àwọn mẹ́rin náà pẹ̀lú ní ojú idì. Báyìí ni ojú wọn rí; ìyẹ́ wọn sì nà sókè; ìyẹ́ méjì ti olúkúlùkù wọn so mọ́ ara wọn, ìyẹ́ méjì sì bo ara wọn.</w:t>
      </w:r>
    </w:p>
    <w:p>
      <w:pPr>
        <w:pStyle w:val="ArticleScripture"/>
        <w:jc w:val="left"/>
      </w:pPr>
      <w:r>
        <w:rPr>
          <w:rFonts w:ascii="Times New Roman" w:hAnsi="Times New Roman" w:eastAsia="Times New Roman" w:cs="Times New Roman"/>
        </w:rPr>
        <w:t>Wọ́n sì ń lọ, olúkúlùkù wọn, tààrà síwájú: ibikíbi tí ẹ̀mí náà bá fẹ́ lọ, níbẹ̀ ni wọ́n ń lọ; wọn kò sì yí padà nígbà tí wọ́n ń lọ. Ní ti àwòrán àwọn ẹ̀dá alààyè náà, ìrísí wọn dàbí ẹyín iná tí ń jó, ó sì dàbí ìrísí fìtílà: ó ń gòkè, ó sì ń sọ̀kalẹ̀ láàrín àwọn ẹ̀dá alààyè náà; iná náà sì ń tàn yọ, mànàmáná sì ń jáde láti inú iná náà. Àwọn ẹ̀dá alààyè náà sì ń sáré lọ, wọ́n sì ń padà bọ̀ bí ìrísí ìmọ́lẹ̀ mànàmáná. Bí mo sì ti ń wo àwọn ẹ̀dá alààyè náà, kíyèsi i, kẹ̀kẹ́ kan wà lórí ilẹ̀ lẹ́gbẹ̀ẹ́ àwọn ẹ̀dá alààyè náà, pẹ̀lú ojú mẹ́rin wọn. Ìrísí àwọn kẹ̀kẹ́ náà àti iṣẹ́ wọn dàbí àwọ̀ berili: gbogbo wọn mẹ́rin sì ní àwòrán kan náà: ìrísí wọn àti iṣẹ́ wọn sì rí bí ẹni pé kẹ̀kẹ́ wà láàrín kẹ̀kẹ́. Nígbà tí wọ́n bá ń lọ, ní ẹ̀gbẹ́ mẹ́rin wọn ni wọ́n ti ń lọ: wọn kò sì yí padà nígbà tí wọ́n ń lọ. Ní ti oríkùn wọn, wọ́n ga tó bẹ́ẹ̀ tí wọ́n fi ń mú ẹ̀rù bàni; oríkùn wọn sì kún fún ojú yíká wọn mẹ́rin ká. Nígbà tí àwọn ẹ̀dá alààyè náà bá ń lọ, àwọn kẹ̀kẹ́ náà náà ń lọ lẹ́gbẹ̀ẹ́ wọn: nígbà tí a sì gbé àwọn ẹ̀dá alààyè náà sókè kúrò lórí ilẹ̀, a gbé àwọn kẹ̀kẹ́ náà sókè pẹ̀lú. Ibikíbi tí ẹ̀mí náà bá fẹ́ lọ, níbẹ̀ ni wọ́n ń lọ; níbẹ̀ ni ẹ̀mí wọn sì ń tọ̀ sí láti lọ; àwọn kẹ̀kẹ́ náà sì ń gbé sókè ní iwájú wọn: nítorí ẹ̀mí ẹ̀dá alààyè náà wà nínú àwọn kẹ̀kẹ́ náà.</w:t>
      </w:r>
    </w:p>
    <w:p>
      <w:pPr>
        <w:pStyle w:val="ArticleScripture"/>
        <w:jc w:val="left"/>
      </w:pPr>
      <w:r>
        <w:rPr>
          <w:rFonts w:ascii="Times New Roman" w:hAnsi="Times New Roman" w:eastAsia="Times New Roman" w:cs="Times New Roman"/>
        </w:rPr>
        <w:t>Nígbà tí àwọn wọ̀nyí bá lọ, àwọn wọ̀nyí sì máa lọ; nígbà tí àwọn wọ̀nyí bá dúró, àwọn wọ̀nyí sì máa dúró; àti nígbà tí a gbé àwọn wọ̀nyí sókè kúrò ní ilẹ̀, a sì gbé àwọn àgbá kẹ̀kẹ́ sókè ní ìhà wọn pẹ̀lú: nítorí ẹ̀mí ẹ̀dá alààyè náà wà nínú àwọn àgbá kẹ̀kẹ́ náà. Àpẹrẹ òfúrufú lórí orí àwọn ẹ̀dá alààyè náà sì dàbí àwọ̀ kirisítà ọlọ́lá tí ó bani lẹ́rù, tí a nà kalẹ̀ lórí orí wọn lókè. Ní abẹ́ òfúrufú náà sì ni ìyẹ́ wọn wà ní títọ́, ọ̀kan sí ọ̀dọ̀ ẹnìkejì rẹ̀: olúkúlùkù ní méjì tí ó fi bò níhà yìí, olúkúlùkù sì ní méjì tí ó fi bò níhà kejì, ara wọn. Nígbà tí wọ́n sì ń lọ, mo gbọ́ ariwo ìyẹ́ wọn, bí ariwo omi ńlá, bí ohùn Olódùmarè, ohùn ọ̀rọ̀, bí ariwo ogun ọmọ-ogun: nígbà tí wọ́n dúró, wọ́n sọ ìyẹ́ wọn kalẹ̀. Ohùn kan sì ti inú òfúrufú tí ó wà lórí orí wọn wá, nígbà tí wọ́n dúró, tí wọ́n sì ti sọ ìyẹ́ wọn kalẹ̀. Lókè òfúrufú tí ó wà lórí orí wọn sì ni àpẹrẹ ìtẹ́ kan wà, bí ìrí òkúta sàfáyà: lórí àpẹrẹ ìtẹ́ náà sì ni àpẹrẹ kan wà bí ìrí ènìyàn lórí rẹ̀ lókè. Mo sì rí bí àwọ̀ àḿbà, bí ìrí iná yíká nínú rẹ̀, láti ìrí ìbàdí rẹ̀ lọ sókè, àti láti ìrí ìbàdí rẹ̀ lọ sísàlẹ̀, mo rí bí ìrí iná, ó sì ní ìmọ́lẹ̀ yíká. Bí ìrí ọrun-ìmìtìtì tí ó wà nínú àwọsánmà ní ọjọ́ òjò, bẹ́ẹ̀ ni ìrí ìmọ́lẹ̀ náà yíká rí. Èyí ni ìrí àpẹrẹ ògo Olúwa. Nígbà tí mo sì rí i, mo dojú bolẹ̀, mo sì gbọ́ ohùn ẹni kan tí ń sọ̀rọ̀. Ezekiel 1:1–28.</w:t>
      </w:r>
    </w:p>
    <w:p>
      <w:pPr>
        <w:pStyle w:val="ArticleScripture"/>
        <w:jc w:val="left"/>
      </w:pPr>
      <w:r>
        <w:rPr>
          <w:rFonts w:ascii="Times New Roman" w:hAnsi="Times New Roman" w:eastAsia="Times New Roman" w:cs="Times New Roman"/>
        </w:rPr>
        <w:t>“Esekieli, wòlíì àsìkò ìgbèkùn tí ń ṣọ̀fọ̀, ní ilẹ̀ àwọn Kálídíà, ni a fi ìran kan hàn án tí ń kọ́ni ní ẹ̀kọ́ kan náà nípa ìgbàgbọ́ nínú Ọlọ́run alágbára Israẹli. Bí ó ti wà létí odò Kebari, afẹ́fẹ́ ìjì kan dàbí ẹni pé ó ń bọ̀ láti àríwá, ‘àwọsánmà ńlá kan, àti iná tí ń yí ara rẹ̀ ká, àti ìmọ́lẹ̀ wà yí i ká, àti láti inú àárín rẹ̀ bí awọ àḿbà.’ Ọ̀pọ̀lọpọ̀ àgbá kẹ̀kẹ́ tí ìrísí wọn yàtọ̀ síra, tí wọ́n ń gba ara wọn kọjá, ni àwọn ẹ̀dá alààyè mẹ́rin ń mú lọ. Gíga lókè gbogbo àwọn wọ̀nyí ni ‘àwòrán ìtẹ́ kan, bí ìrísí òkúta sàfáyà: àti lórí àwòrán ìtẹ́ náà ni àwòrán kan bí ìrísí ènìyàn ní òkè rẹ̀.’ ‘Ní ti àwòrán àwọn ẹ̀dá alààyè náà, ìrísí wọn dàbí ẹyin iná tí ń jó, àti bí ìrísí fìtílà: ó ń gòkè ó sì ń sọ̀kalẹ̀ láàrín àwọn ẹ̀dá alààyè náà; iná náà sì mọ́lẹ̀, àti láti inú iná náà ni mànàmáná ti ń jáde.’ ‘A sì rí nínú àwọn kérúbù fọ́ọ̀mù ọwọ́ ènìyàn kan lábẹ́ ìyẹ́ wọn.’”</w:t>
      </w:r>
    </w:p>
    <w:p>
      <w:pPr>
        <w:pStyle w:val="ArticleScripture"/>
        <w:jc w:val="left"/>
      </w:pPr>
      <w:r>
        <w:rPr>
          <w:rFonts w:ascii="Times New Roman" w:hAnsi="Times New Roman" w:eastAsia="Times New Roman" w:cs="Times New Roman"/>
        </w:rPr>
        <w:t>“Àwọn àgbá kẹ̀kẹ́ wà láàárín àwọn àgbá kẹ̀kẹ́ nínú ìṣètò kan tí ó díjú tó bẹ́ẹ̀ gẹ́ẹ́ tí ní ojú àkọ́kọ́ wọ́n dà bí ẹni pé gbogbo wọn wà nínú ìdàrúdàpọ̀ ní ojú Ẹsekieli. Ṣùgbọ́n nígbà tí wọ́n ń yípo, ó jẹ́ pẹ̀lú ìpéye ẹlẹ́wà àti ní ìbámu pípé. Àwọn ẹ̀dá ọ̀run ni wọ́n ń sún àwọn àgbá kẹ̀kẹ́ wọ̀nyí, àti lókè gbogbo rẹ̀, lórí ìtẹ́ safaya ológo náà, ni Ẹni Ayérayé jókòó; nígbà tí òjò àwọ̀ tí ń yí ìtẹ́ náà ká jẹ́ ààmì oore-ọ̀fẹ́ àti ìfẹ́. Nígbà tí ògo ìbẹ̀rù ìran náà borí i, Ẹsekieli dojúbolẹ̀, nígbà náà ni ohùn kan pàṣẹ fún un láti dìde kí ó sì gbọ́ ọ̀rọ̀ Oluwa. Lẹ́yìn náà ni a fi ọ̀rọ̀ ìkìlọ̀ kan fún un fún Israẹli.” Testimonies, 751.</w:t>
      </w:r>
    </w:p>
    <w:p>
      <w:pPr>
        <w:pStyle w:val="ArticleScripture"/>
        <w:jc w:val="left"/>
      </w:pPr>
      <w:r>
        <w:rPr>
          <w:rFonts w:ascii="Times New Roman" w:hAnsi="Times New Roman" w:eastAsia="Times New Roman" w:cs="Times New Roman"/>
        </w:rPr>
        <w:t>Ní ọdún tí ọba Ussiah kú ni mo sì rí Oluwa jókòó lórí ìtẹ́, tí ó ga tí a sì gbé e sókè, ìdì aṣọ rẹ̀ sì kún tẹ́ńpìlì náà. Lókè rẹ̀ ni àwọn sérafù dúró; ọ̀kọ̀ọ̀kan wọn ní iyẹ́ mẹ́fà; pẹ̀lú méjì ni ó fi bo ojú rẹ̀, pẹ̀lú méjì ni ó fi bo ẹsẹ̀ rẹ̀, pẹ̀lú méjì sì ni ó fi ń fò. Ọ̀kan sì ké sí òmíràn, ó ní, Mímọ́, mímọ́, mímọ́ ni Oluwa àwọn ọmọ-ogun: gbogbo ayé kún fún ògo rẹ̀. Àwọn òpó ẹnu-ọ̀nà sì mì ní ohùn ẹni tí ń ké náà, ilé náà sì kún fún èéfín. Nígbà náà ni mo wí pé, Ègbé ni fún mi! nítorí mo ti bàjẹ́; nítorí èmi jẹ́ ènìyàn ètè àìmọ́, mo sì ń gbé láàrín àwọn ènìyàn ètè àìmọ́: nítorí ojú mi ti rí Ọba, Oluwa àwọn ọmọ-ogun. Nígbà náà ni ọ̀kan nínú àwọn sérafù fò wá sọ́dọ̀ mi, ó sì mú ẹyín iná wà ní ọwọ́ rẹ̀, tí ó fi ẹ̀fọ́rọ̀ gbà láti orí pẹpẹ. Ó sì fi í kan ẹnu mi, ó ní, Wò ó, èyí ti kan ètè rẹ; a sì mú ẹ̀ṣẹ̀ rẹ kúrò, a sì ti wẹ ẹ̀ṣẹ̀ rẹ mọ́. Mo sì gbọ́ ohùn Oluwa pé, Ta ni èmi yóò rán, ta ni yóò sì lọ fún wa? Nígbà náà ni mo wí pé, Èmi nìyí; rán mi. Isaiah 6:1–8.</w:t>
      </w:r>
    </w:p>
    <w:p>
      <w:pPr>
        <w:pStyle w:val="ArticleScripture"/>
        <w:jc w:val="left"/>
      </w:pPr>
      <w:r>
        <w:rPr>
          <w:rFonts w:ascii="Times New Roman" w:hAnsi="Times New Roman" w:eastAsia="Times New Roman" w:cs="Times New Roman"/>
        </w:rPr>
        <w:t>“A fi ìran yìí fún Ìsékíẹ́lì ní àsìkò kan nígbà tí ọkàn rẹ̀ kún fún àwọn ìfojúsùn òkùnkùn. Ó rí ilẹ̀ àwọn baba rẹ̀ tí ó wà ní ìsọdahoro. Ìlú náà tí ó ti kún fún ènìyàn rí, kò sí ẹni tí ń gbé inú rẹ̀ mọ́. Ohùn ayọ̀ àti orin ìyìn kò tún gbọ́ mọ́ láàárín ògiri rẹ̀. Wòlíì náà fúnra rẹ̀ jẹ́ àjèjì ní ilẹ̀ àjèjì, níbi tí ìfẹ́ ọlá àìlópin àti ìkà búburú ti ń jọba lórí gbogbo ohun. Ohun tí ó rí tí ó sì gbọ́ nípa ìwà ìkà ènìyàn àti àìtọ́ mú kí ọkàn rẹ̀ bàjẹ́ gidigidi, ó sì ṣòro kíkankíkan lọ́sàn-án àti lóru. Ṣùgbọ́n àwọn àpẹẹrẹ àgbàyanu tí a fihàn án lẹ́gbẹ̀ẹ́ odò Kébárì ṣí ohun tí ó jẹ́ agbára alákòóso tí ó ga ju ti àwọn alákòóso ayé lọ. Lókè àwọn ọba alágbéraga àti aláìláàánú ti Asíríà àti Bábílónì, Ọlọ́run àánú àti òtítọ́ jókòó lórí ìtẹ́.”</w:t>
      </w:r>
    </w:p>
    <w:p>
      <w:pPr>
        <w:pStyle w:val="ArticleScripture"/>
        <w:jc w:val="left"/>
      </w:pPr>
      <w:r>
        <w:rPr>
          <w:rFonts w:ascii="Times New Roman" w:hAnsi="Times New Roman" w:eastAsia="Times New Roman" w:cs="Times New Roman"/>
        </w:rPr>
        <w:t>“Àwọn ìdíjú tí ó dàbí àgbá kẹ̀kẹ́ tí ó fara hàn sí wòlíì náà pé wọ́n wà nínú irú ìdàrúdàpọ̀ bẹ́ẹ̀ wà lábẹ́ ìtọ́sọ́nà ọwọ́ aláìlópin. Ẹ̀mí Ọlọ́run, tí a fi hàn án gẹ́gẹ́ bí ẹni tí ń mú kí àwọn àgbá kẹ̀kẹ́ wọ̀nyí rìn, tí ó sì ń darí wọn, mú ìṣọ̀kan jáde láti inú ìdàrúdàpọ̀; bákan náà ni gbogbo ayé wà lábẹ́ ìṣàkóso Rẹ̀. Ẹgbẹẹgbẹ̀rún àìníye àwọn ẹ̀dá tí a ti sọ di ògo wà ní ìmúrasílẹ̀ ní ọ̀rọ̀ Rẹ̀ láti ṣàkóso agbára àti ètò àwọn ènìyàn búburú lórí, kí wọ́n sì mú rere wá fún àwọn olùṣòtítọ́ Rẹ̀.</w:t>
      </w:r>
    </w:p>
    <w:p>
      <w:pPr>
        <w:pStyle w:val="ArticleScripture"/>
        <w:jc w:val="left"/>
      </w:pPr>
      <w:r>
        <w:rPr>
          <w:rFonts w:ascii="Times New Roman" w:hAnsi="Times New Roman" w:eastAsia="Times New Roman" w:cs="Times New Roman"/>
        </w:rPr>
        <w:t>“Bákan náà, nígbà tí Ọlọ́run fẹ́ ṣí ìtàn ìjọ hàn fún Jòhánù olùfẹ́ nípa àwọn àkókò tí ń bọ̀, Ó fi ìdánilójú kan fún un nípa ìfẹ́ àti àbójútó Olùgbàlà sí àwọn ènìyàn Rẹ̀ nípa fífi ‘Ẹni kan tí ó dàbí Ọmọ ènìyàn’ hàn án, tí ń rìn láàrín àwọn ọ̀pá fìtílà, tí wọ́n ń ṣàpẹẹrẹ àwọn ìjọ méje. Nígbà tí a fi àwọn ìjàkadì ńlá ìkẹyìn ti ìjọ pẹ̀lú àwọn agbára ayé hàn Jòhánù, a tún jẹ́ kí ó rí ìṣẹ́gun àti ìtúsílẹ̀ ìkẹyìn ti àwọn olóòtítọ́. Ó rí i pé a mú ìjọ wọ inú ìjà olóró pẹ̀lú ẹranko náà àti ère rẹ̀, àti pé a fi ìjọsìn ẹranko náà lé lórí pẹ̀lú ìyà ikú. Ṣùgbọ́n nígbà tí ó wo kọjá ẹfin àti ariwo ogun náà, ó rí àwùjọ kan lórí Òkè Sioni pẹ̀lú Ọ̀dọ́-Àgùntàn náà, tí wọ́n ní, dípò àmì ẹranko náà, ‘orúkọ Baba wọn tí a kọ sí iwájú orí wọn.’ Ó sì tún rí ‘àwọn tí wọ́n ti ṣẹ́gun ẹranko náà, àti ère rẹ̀, àti àmì rẹ̀, àti nọ́mbà orúkọ rẹ̀, tí wọ́n dúró lórí òkun dígí, tí wọ́n sì ní dùùrù Ọlọ́run’ tí wọ́n sì ń kọ orin Mósè àti ti Ọ̀dọ́-Àgùntàn náà.</w:t>
      </w:r>
    </w:p>
    <w:p>
      <w:pPr>
        <w:pStyle w:val="ArticleScripture"/>
        <w:jc w:val="left"/>
      </w:pPr>
      <w:r>
        <w:rPr>
          <w:rFonts w:ascii="Times New Roman" w:hAnsi="Times New Roman" w:eastAsia="Times New Roman" w:cs="Times New Roman"/>
        </w:rPr>
        <w:t>“Àwọn ẹ̀kọ́ wọ̀nyí jẹ́ fún ànfààní wa. A nílò láti fi ìgbàgbọ́ wa dúró lé Ọlọ́run, nítorí pé àkókò kan wà níwájú wa lẹ́sẹ̀kẹsẹ̀ tí yóò dán ọkàn ènìyàn wò. Kristi, lórí Òkè Olifi, sọ àwọn ìdájọ́ ẹlẹ́rùjẹ̀jẹ̀ tí yóò ṣáájú ìbọ̀ wíwá kejì Rẹ̀ pé: ‘Ẹ̀yin yóò gbọ́ nípa ogun àti ìròyìn ogun.’ ‘Orílẹ̀-èdè yóò dìde sí orílẹ̀-èdè, àti ìjọba sí ìjọba: ìyàn yóò sì wà, àti àjàkálẹ̀-àrùn, àti ìṣẹ̀lẹ̀ ilẹ̀-rírì ní onírúurú ibi. Gbogbo wọ̀nyí ni ìbẹ̀rẹ̀ ìrora.’ Bí ó tilẹ̀ jẹ́ pé àwọn àsọtẹ́lẹ̀ wọ̀nyí ní ìmúṣẹ ní apá kan nígbà ìparun Jerusalẹmu, wọ́n ní ìlò tí ó taara jù lọ sí àwọn ọjọ́ ìkẹyìn.”</w:t>
      </w:r>
    </w:p>
    <w:p>
      <w:pPr>
        <w:pStyle w:val="ArticleScripture"/>
        <w:jc w:val="left"/>
      </w:pPr>
      <w:r>
        <w:rPr>
          <w:rFonts w:ascii="Times New Roman" w:hAnsi="Times New Roman" w:eastAsia="Times New Roman" w:cs="Times New Roman"/>
        </w:rPr>
        <w:t>“A dúró ní ẹnu-ọ̀nà àwọn ìṣẹ̀lẹ̀ ńlá àti ọlọ́lá-lẹ́rù. Àsọtẹ́lẹ̀ ń yára ní ìmúṣẹ. Olúwa wà ní ẹnu-ọ̀nà. Kò ní pẹ́ kí àkókò kan tí ó kún fún ìfẹ́-àkíyèsí tí ó lágbára jù lọ fún gbogbo alààyè ṣí síwájú wa. Àwọn àríyànjiyàn ìgbà àtijọ́ yóò tún jí dìde; àwọn àríyànjiyàn tuntun yóò sì wáyé. Àwọn ìṣẹ̀lẹ̀ tí a ó ṣe ní ayé wa kò tíì wọ inú àlá ènìyàn rárá. Sátánì ń ṣiṣẹ́ nípasẹ̀ àwọn ohun èlò ènìyàn. Àwọn tí wọ́n ń sapá láti yí Òfin-Ìpìlẹ̀ padà kí wọ́n sì rí òfin kan tí yóò fi mú ìtọ́jú Ọjọ́ Àìkú ṣẹ ní kò mọ̀ díẹ̀ pé kí ni yóò jẹ́ àbájáde rẹ̀. Ìṣòro ńlá kan ti fẹ́rẹ̀ẹ́ dé bá wa.”</w:t>
      </w:r>
    </w:p>
    <w:p>
      <w:pPr>
        <w:pStyle w:val="ArticleScripture"/>
        <w:jc w:val="left"/>
      </w:pPr>
      <w:r>
        <w:rPr>
          <w:rFonts w:ascii="Times New Roman" w:hAnsi="Times New Roman" w:eastAsia="Times New Roman" w:cs="Times New Roman"/>
        </w:rPr>
        <w:t>“Ṣùgbọ́n àwọn ìránṣẹ́ Ọlọ́run kò gbọdọ̀ gbẹ́kẹ̀ lé ara wọn nínú ìpèníjà ńlá yìí. Nínú àwọn ìran tí a fi fún Isaiah, fún Ezekieli, àti fún Johanu, a rí bí ọ̀run ṣe ní ìsopọ̀ pẹ̀kípẹ̀kí pẹ̀lú àwọn ìṣẹ̀lẹ̀ tí ń ṣẹlẹ̀ lórí ilẹ̀ ayé àti bí ìtọ́jú Ọlọ́run ṣe pọ̀ tó fún àwọn tí wọ́n jẹ́ olóòótọ́ sí I. Ayé kì í ṣe láìní alákóso. Ètò àwọn ìṣẹ̀lẹ̀ tí ń bọ̀ wà ní ọwọ́ Olúwa. Ọláńlá ọ̀run ń darí àyànmọ́ àwọn orílẹ̀-èdè, gẹ́gẹ́ bí ó ti ń bójú tó àwọn ọ̀ràn ìjọ Rẹ̀, lábẹ́ àbójútó tirẹ̀ fúnra Rẹ̀.</w:t>
      </w:r>
    </w:p>
    <w:p>
      <w:pPr>
        <w:pStyle w:val="ArticleScripture"/>
        <w:jc w:val="left"/>
      </w:pPr>
      <w:r>
        <w:rPr>
          <w:rFonts w:ascii="Times New Roman" w:hAnsi="Times New Roman" w:eastAsia="Times New Roman" w:cs="Times New Roman"/>
        </w:rPr>
        <w:t>“A ń jẹ́ kí ara wa ní ìmọ̀lára ìṣọ́ra, ìdààmú, àti ìyọnu púpọ̀ jùlọ nínú iṣẹ́ Olúwa. A kò fi àwọn ènìyàn aláìpé sílẹ̀ láti ru ẹrù ojúṣe náà. A nílò láti gbẹ́kẹ̀ lé Ọlọ́run, láti gbàgbọ́ nínú Rẹ̀, kí a sì tẹ̀síwájú. Ìṣọ́ra aláìrẹ́wẹ̀sì ti àwọn ìránṣẹ́ ọ̀run, àti iṣẹ́ tí kò dáwọ́ dúró wọn nínú ìránṣẹ́ wọn ní ìsopọ̀ pẹ̀lú àwọn ẹ̀dá ayé, fi hàn fún wa bí ọwọ́ Ọlọ́run ṣe ń darí àgbá kẹ̀kẹ́ nínú àgbá kẹ̀kẹ́. Olùkọ́ni àtọ̀runwá ń sọ fún gbogbo ẹni tí ń ṣe ipa nínú iṣẹ́ Rẹ̀, gẹ́gẹ́ bí Ó ti sọ fún Kírúsì ní ìgbà àtijọ́ pé: ‘Èmi fi agbára dì ọ́, bí ó tilẹ̀ jẹ́ pé ìwọ kò mọ̀ mí.’”</w:t>
      </w:r>
    </w:p>
    <w:p>
      <w:pPr>
        <w:pStyle w:val="ArticleScripture"/>
        <w:jc w:val="left"/>
      </w:pPr>
      <w:r>
        <w:rPr>
          <w:rFonts w:ascii="Times New Roman" w:hAnsi="Times New Roman" w:eastAsia="Times New Roman" w:cs="Times New Roman"/>
        </w:rPr>
        <w:t>“Nínú ìran Ésíkéélì, Ọlọ́run ní ọwọ́ Rẹ̀ lábẹ́ ìyẹ́ àwọn kérúbù. Èyí jẹ́ láti kọ́ àwọn ìránṣẹ́ Rẹ̀ pé agbára àtọ̀runwá ni ó ń fún wọn ní àṣeyọrí. Yóò ṣiṣẹ́ pẹ̀lú wọn bí wọ́n bá fi ẹ̀ṣẹ̀ sílẹ̀, tí wọ́n sì di mímọ́ ní ọkàn àti ní ìwà ayé wọn.</w:t>
      </w:r>
    </w:p>
    <w:p>
      <w:pPr>
        <w:pStyle w:val="ArticleScripture"/>
        <w:jc w:val="left"/>
      </w:pPr>
      <w:r>
        <w:rPr>
          <w:rFonts w:ascii="Times New Roman" w:hAnsi="Times New Roman" w:eastAsia="Times New Roman" w:cs="Times New Roman"/>
        </w:rPr>
        <w:t>“Ìmọ́lẹ̀ dídán tí ń rìn láàrín àwọn ẹ̀dá alààyè náà pẹ̀lú yíyára mànàmáná ń ṣàpẹẹrẹ ìyára tí iṣẹ́ yìí yóò fi lọ síwájú níkẹyìn títí yóò fi pé. Ẹni tí kì í tòògbé, tí ó sì ń ṣiṣẹ́ nígbà gbogbo fún ìmúṣẹ àwọn ète Rẹ̀, lè mú iṣẹ́ ńlá Rẹ̀ lọ síwájú ní ìṣọ̀kan pípé. Èyí tí ó hàn sí ọkàn ènìyàn aláàlà tí ó di mù nínú ìdààmú, tí ó sì jẹ́ ohun tí ó díjú, ọwọ́ Olúwa lè pa mọ́ ní ètò pípé. Ó lè pèsè ọ̀nà àti ọgbọ́n láti dá ète àwọn ènìyàn búburú dúró, Òun yóò sì mú ìmọ̀ràn àwọn tí ń gbèrò ibi sí àwọn ènìyàn Rẹ̀ wá sí ìdàrúdàpọ̀.”</w:t>
      </w:r>
    </w:p>
    <w:p>
      <w:pPr>
        <w:pStyle w:val="ArticleScripture"/>
        <w:jc w:val="left"/>
      </w:pPr>
      <w:r>
        <w:rPr>
          <w:rFonts w:ascii="Times New Roman" w:hAnsi="Times New Roman" w:eastAsia="Times New Roman" w:cs="Times New Roman"/>
        </w:rPr>
        <w:t>“Ẹ̀yin ará, èyí kì í ṣe àkókò fún ọ̀fọ̀ àti ìrẹ̀wẹ̀sì nísinsin yìí, kì í sì í ṣe àkókò láti fi ara jù sí iyèméjì àti àìgbàgbọ́. Kristi kì í ṣe Olùgbàlà nísinsin yìí nínú ibojì tuntun Josefu, tí a fi òkúta ńlá dì, tí a sì fi èdìdì àwọn ará Romu sẹ́; a ní Olùgbàlà tí ó jíǹde. Òun ni Ọba, Oluwa àwọn ọmọ-ogun; ó jókòó láàárín àwọn kerubu; àti láàrín ìjà àti rudurudu àwọn orílẹ̀-èdè, ó ṣì ń ṣọ́ àwọn ènìyàn Rẹ̀. Ẹni tí ń ṣàkóso ní ọ̀run ni Olùgbàlà wa. Ó ń wọn ìdánwò gbogbo. Ó ń ṣọ́ iná ileru tí ó gbọdọ̀ dán ọkàn gbogbo wò. Nígbà tí a ó ba pa àwọn ibi agbára àwọn ọba run, nígbà tí àwọn ọfà ìbínú Ọlọ́run yóò gún àwọn ọkàn àwọn ọ̀tá Rẹ̀, àwọn ènìyàn Rẹ̀ yóò wà láìléwu nínú ọwọ́ Rẹ̀.” Testimonies, volume 5, 752–754.</w:t>
      </w:r>
    </w:p>
    <w:p>
      <w:pPr>
        <w:pStyle w:val="ArticleBody"/>
        <w:jc w:val="left"/>
      </w:pPr>
      <w:r>
        <w:rPr>
          <w:rFonts w:ascii="Times New Roman" w:hAnsi="Times New Roman" w:eastAsia="Times New Roman" w:cs="Times New Roman"/>
        </w:rPr>
        <w:t>Ìwé Ìsíkíẹ́lì ṣojú àwọn olùdíje láti wà láàárín ẹgbẹ̀rún kan ó lé mẹ́rìnlélógójì, àti pé ìlà lórí ìlà, ìrírí rẹ̀ nínú ibi mímọ́ bá ìrírí Isaiah àti ti Johanu mu nínú ibi mímọ́. A wà báyìí nínú ìdánwò tẹmpili, èkejì nínú àwọn ìdánwò mẹ́ta tí ń fi èdìdì kan ẹgbẹ̀rún kan ó lé mẹ́rìnlélógójì náà. Àkókò náà ni ìwẹ̀nùmọ́ tí Aṣojú Májẹ̀mú ń ṣe láti mú Malaki orí kẹta ṣẹ. Ìlànà ìwẹ̀nùmọ́ ti àwọn ìdánwò mẹ́ta náà ni “ilé ìná” oníná ti Malaki, “tí ó gbọ́dọ̀ dán gbogbo ọkàn wò.” Nígbà tí áńgẹ́lì kẹta dé ní October 22, 1844, Aṣojú Májẹ̀mú sì wá sí tẹmpili Rẹ̀ lójijì, ó sì darí àwọn wúńdíá ọlọ́gbọ́n ti ìtàn náà wọ Ibi Mímọ́ Jùlọ, kí Ó lè fi èdìdì sí àwọn olóòótọ́ Rẹ̀; ṣùgbọ́n àwọn wúńdíá ti ìtàn náà ṣọ̀tẹ̀, àti pé ní ọdún 1856 ìgbésẹ̀ Millerite Filadelfia ti yí padà sí ìgbésẹ̀ Millerite Laodikea, àti ní 1863 ó di ìjọ Seventh-day Adventist ti Laodikea.</w:t>
      </w:r>
    </w:p>
    <w:p>
      <w:pPr>
        <w:pStyle w:val="ArticleBody"/>
        <w:jc w:val="left"/>
      </w:pPr>
      <w:r>
        <w:rPr>
          <w:rFonts w:ascii="Times New Roman" w:hAnsi="Times New Roman" w:eastAsia="Times New Roman" w:cs="Times New Roman"/>
        </w:rPr>
        <w:t>Angẹli kẹta tí ó dé lójijì ní October 22, 1844 yọ ìwàníhìn-rere rẹ̀ kúrò ní 1863, lẹ́yìn náà ó sì padà wá ní September 11, 2001. Ọdún mẹ́ẹ̀ẹ́dógún lé lógún lẹ́yìn náà, ìdánwò tẹ́ńpìlì tí October 22, 1844 ti jẹ́ àpẹẹrẹ rẹ̀ ti bẹ̀rẹ̀ sí í tún ṣẹlẹ̀ báyìí. Mẹ́ẹ̀ẹ́dógún lé lógún jẹ́ idámẹ́wàá àsọtẹ́lẹ̀ ní ọ̀nà ààmì ti igba [250], àti igba [250] jẹ́ àmì ìtàn tí a ṣojú fún nínú ẹsẹ̀ kọkànlá títí dé ẹsẹ̀ kẹẹ̀ẹ́dógún nínú Danieli mọ́kànlá. Igba [250], àti mẹ́ẹ̀ẹ́dógún lé lógún jẹ́ àgbá kẹ̀kẹ́ kan nínú ìran ibi mímọ́ ti Esekiẹli. Mẹ́ẹ̀ẹ́dógún lé lógún jẹ́ àmì ìyapa àwọn ọlọ́gbọ́n àti àwọn ẹni búburú ní ìmúṣẹ ìlànà ìdánwò ìgbésẹ̀ mẹ́ta tí a ṣojú fún nínú iṣẹ́ ìwẹ̀nùmọ́ tí Aṣojú Majẹmu ń ṣe.</w:t>
      </w:r>
    </w:p>
    <w:p>
      <w:pPr>
        <w:pStyle w:val="ArticleBody"/>
        <w:jc w:val="left"/>
      </w:pPr>
      <w:r>
        <w:rPr>
          <w:rFonts w:ascii="Times New Roman" w:hAnsi="Times New Roman" w:eastAsia="Times New Roman" w:cs="Times New Roman"/>
        </w:rPr>
        <w:t>Mátíù orí kẹ́ẹ̀ẹ́dógún ní àwọn àkàwé mẹ́ta, àti pé àkàwé kọ̀ọ̀kan ń fi ìyàtọ̀ tí ó wà láàárín ọlọ́gbọ́n àti ẹni búburú hàn ní àkókò ìdìmọ̀ èdìdì ti ẹgbẹ̀rún lọ́nà ọgọ́rùn-ún mẹ́rìnlélógójì. Ìrètí àwọn ènìyàn Ọlọ́run tí a ṣàpẹẹrẹ nínú orí náà ni pé kí wọ́n lè jẹ́ wúńdíá ọlọ́gbọ́n tí ó ní òróró ìránṣẹ́ igbe ọ̀gànjọ́. Ìrètí wọn ni pé kí a dá wọn lẹ́jọ́ gẹ́gẹ́ bí ìránṣẹ́ olóòtítọ́ nínú ìríjú wọn nípa lílo àwọn ẹ̀bùn pàtàkì tí a fi fún wọn láti ṣàkóso ní àkókò àdánwò tiwọn fúnra wọn. Ìrètí wọn ni pé kí a dá wọn lẹ́jọ́ gẹ́gẹ́ bí àgùntàn pápá ìjẹko Ọlọ́run, tí a jókòó sí apá ọ̀tún Rẹ̀, kì í ṣe ewúrẹ́ ní apá òsì rẹ̀. Kẹ́ẹ̀ẹ́dógún jẹ́ àmì ìyàtọ̀ láàárín ọlọ́gbọ́n àti ẹni búburú ní àkókò ìdìmọ̀ èdìdì ti ẹgbẹ̀rún lọ́nà ọgọ́rùn-ún mẹ́rìnlélógójì. Kẹ́ẹ̀ẹ́dógún jẹ́ ọ̀kan nínú àwọn àgbá kẹ̀kẹ́ Hesekieli.</w:t>
      </w:r>
    </w:p>
    <w:p>
      <w:pPr>
        <w:pStyle w:val="ArticleScripture"/>
        <w:jc w:val="left"/>
      </w:pPr>
      <w:r>
        <w:rPr>
          <w:rFonts w:ascii="Times New Roman" w:hAnsi="Times New Roman" w:eastAsia="Times New Roman" w:cs="Times New Roman"/>
        </w:rPr>
        <w:t>Ní ọdún karùn-ún-dín-lógún ìgbèkùn wa, ní ìbẹ̀rẹ̀ ọdún, ní ọjọ́ kẹwàá oṣù náà, ní ọdún kẹrìnlá lẹ́yìn tí a ti lu ìlú náà, ní ọjọ́ náà gan-an ni ọwọ́ Olúwa wà lára mi, ó sì mú mi lọ síbẹ̀. Ẹsékíẹ́lì 40:1.</w:t>
      </w:r>
    </w:p>
    <w:p>
      <w:pPr>
        <w:pStyle w:val="ArticleBody"/>
        <w:jc w:val="left"/>
      </w:pPr>
      <w:r>
        <w:rPr>
          <w:rFonts w:ascii="Times New Roman" w:hAnsi="Times New Roman" w:eastAsia="Times New Roman" w:cs="Times New Roman"/>
        </w:rPr>
        <w:t>Ọdún kẹ́ẹ̀ẹ́dógún ìgbèkùn ni a fi ọjọ́ October 22 ṣàpẹẹrẹ, èyí tí a sì fi ìpipadé ilẹ̀kùn ìṣètò ìgbà kan ṣàfihàn. Ní ọjọ́ October 22, 1844, a ṣí ilẹ̀kùn kan, a sì ti ilẹ̀kùn kan bí a ti yà àwọn ẹ̀ka méjì sọ́tọ̀.</w:t>
      </w:r>
    </w:p>
    <w:p>
      <w:pPr>
        <w:pStyle w:val="ArticleScripture"/>
        <w:jc w:val="left"/>
      </w:pPr>
      <w:r>
        <w:rPr>
          <w:rFonts w:ascii="Times New Roman" w:hAnsi="Times New Roman" w:eastAsia="Times New Roman" w:cs="Times New Roman"/>
        </w:rPr>
        <w:t>Sí angẹli ìjọ tí ń bẹ ní Filadelfia kọ̀wé sí: Èyí ni ẹni mímọ́, ẹni òtítọ́, ẹni tí ó ní kọ́kọ́rọ́ Dáfídì, ẹni tí ó ń ṣí, tí kò sì sí ẹni tí ó lè ti i; àti tí ó ń ti, tí kò sì sí ẹni tí ó lè ṣí i; Mo mọ iṣẹ́ rẹ: wò ó, mo ti fi ilẹ̀kùn tí ó ṣí sílẹ̀ níwájú rẹ, tí kò sì sí ẹni tí ó lè ti i: nítorí pé o ní agbára díẹ̀, o sì ti pa ọ̀rọ̀ mi mọ́, o kò sì sẹ orúkọ mi. Ifihan 3:7, 8.</w:t>
      </w:r>
    </w:p>
    <w:p>
      <w:pPr>
        <w:pStyle w:val="ArticleBody"/>
        <w:jc w:val="left"/>
      </w:pPr>
      <w:r>
        <w:rPr>
          <w:rFonts w:ascii="Times New Roman" w:hAnsi="Times New Roman" w:eastAsia="Times New Roman" w:cs="Times New Roman"/>
        </w:rPr>
        <w:t>Kristi sọ fún angẹli ìjọ Fíladẹ́lfíà pé Ó mọ iṣẹ́ wọn, pé Ó ti gbé ilẹ̀kùn tí a ṣí sílẹ̀ kalẹ̀ níwájú ìjọ Fíladẹ́lfíà. Ilẹ̀kùn náà ni a ṣí nípasẹ̀ “bọ́tìnì Dáfídì,” bọ́tìnì tí a fi lé Eliakimu lọ́wọ́.</w:t>
      </w:r>
    </w:p>
    <w:p>
      <w:pPr>
        <w:pStyle w:val="ArticleScripture"/>
        <w:jc w:val="left"/>
      </w:pPr>
      <w:r>
        <w:rPr>
          <w:rFonts w:ascii="Times New Roman" w:hAnsi="Times New Roman" w:eastAsia="Times New Roman" w:cs="Times New Roman"/>
        </w:rPr>
        <w:t>Yóò sì ṣẹ ní ọjọ́ náà, èmi yóò sì pè Eliakimu ọmọ Hilkiah, ìránṣẹ́ mi: èmi yóò sì fi aṣọ àlùfáà rẹ wọ̀ ọ́, èmi yóò sì fi àmùrè rẹ fún un ní agbára, èmi yóò sì fi ìjọba rẹ lé e lọ́wọ́: yóò sì jẹ́ baba fún àwọn olùgbé Jerusalẹmu, àti fún ilé Juda. Bọ́tìnnì ilé Dafidi ni èmi yóò sì gbé lé èjìká rẹ̀; bẹ́ẹ̀ ni yóò ṣí, kò sì ní sí ẹni tí yóò tì í; yóò sì tì í, kò sì ní sí ẹni tí yóò ṣí i. Isaiah 22:20–22.</w:t>
      </w:r>
    </w:p>
    <w:p>
      <w:pPr>
        <w:pStyle w:val="ArticleBody"/>
        <w:jc w:val="left"/>
      </w:pPr>
      <w:r>
        <w:rPr>
          <w:rFonts w:ascii="Times New Roman" w:hAnsi="Times New Roman" w:eastAsia="Times New Roman" w:cs="Times New Roman"/>
        </w:rPr>
        <w:t>Ní ọjọ́ tí a pè Élíákímù, a yà á sọ́tọ̀ kúrò lọ́dọ̀ Ṣébínà ẹni búburú.</w:t>
      </w:r>
    </w:p>
    <w:p>
      <w:pPr>
        <w:pStyle w:val="ArticleScripture"/>
        <w:jc w:val="left"/>
      </w:pPr>
      <w:r>
        <w:rPr>
          <w:rFonts w:ascii="Times New Roman" w:hAnsi="Times New Roman" w:eastAsia="Times New Roman" w:cs="Times New Roman"/>
        </w:rPr>
        <w:t>Báyìí ni Olúwa Ọlọ́run àwọn ọmọ-ogun wí, Lọ, wọlé tọ olùṣọ́ iṣúra yìí, àní Ṣébínà, ẹni tí ó wà lórí ilé, kí o sì wí pé, Kí ni ìwọ ní níhìn-ín yìí? Ta ni o sì ní níhìn-ín yìí, tí o fi gbẹ́ ibojì kan fún ara rẹ níhìn-ín yìí, bí ẹni tí ń gbẹ́ ibojì fún ara rẹ lókè, tí ó sì ń gbẹ́ ibùgbé kan fún ara rẹ sínú àpáta? Kíyèsi i, Olúwa yóò kó ọ lọ pẹ̀lú ìkólọ́nlọ́ àgbàyanu, yóò sì dájú pé yóò bò ó mọ́lẹ̀. Dájúdájú yóò yí ọ ká ní ipá, yóò sì ju ọ ká bí bọ́ọ̀lù sínú ilẹ̀ ńlá kan: níbẹ̀ ni ìwọ yóò kú sí, níbẹ̀ ni àwọn kẹ̀kẹ́ ogun ògo rẹ yóò sì di ìtìjú ilé olúwa rẹ. Isaiah 22:15–18.</w:t>
      </w:r>
    </w:p>
    <w:p>
      <w:pPr>
        <w:pStyle w:val="ArticleBody"/>
        <w:jc w:val="left"/>
      </w:pPr>
      <w:r>
        <w:rPr>
          <w:rFonts w:ascii="Times New Roman" w:hAnsi="Times New Roman" w:eastAsia="Times New Roman" w:cs="Times New Roman"/>
        </w:rPr>
        <w:t>Ìyàtọ̀ láàárín àwọn wúńdíá ọlọ́gbọ́n àti aṣiwèrè, tí ó mú àpèjúwe Ṣébínà àti Élíákímù ṣẹ, ṣẹ ní October 22, 1844, ó sì tún ṣẹ ní ọdún karùn-ún-dín-lógún ìgbèkùn Jèhóíákínì, èyí tí ó jẹ́ October 22, 573 BC. Nínú Ezekiel orí kẹjọ, àwọn ẹni búburú tí wọ́n wà nínú Adventism, tí Jerúsálẹ́mù dúró fún, ni a ṣàfihàn gẹ́gẹ́ bí ọkùnrin márùn-ún-lé-lógún tí wọ́n ń tẹrí balẹ̀ fún oòrùn. Ìparun Jerúsálẹ́mù dúró fún òfin Ọjọ́ Àìkú, èyí tí ó sì tún jẹ́ àmì ọ̀nà tí ń parí àkókò ìdìdìgbẹ́gbẹ́ àwọn ẹgbẹ̀rún kan ó lé mẹ́rìnlélọ́gọ́rin. Àkókò ìdìdìgbẹ́gbẹ́ náà bẹ̀rẹ̀ ní September 11, 2001, Jesu sì jẹ́ Alfa àti Omega; nítorí náà, September 11, 2001 gẹ́gẹ́ bí ìbẹ̀rẹ̀ ìdìdìgbẹ́gbẹ́ náà ń ṣàfihàn òpin náà, ní òfin Ọjọ́ Àìkú.</w:t>
      </w:r>
    </w:p>
    <w:p>
      <w:pPr>
        <w:pStyle w:val="ArticleBody"/>
        <w:jc w:val="left"/>
      </w:pPr>
      <w:r>
        <w:rPr>
          <w:rFonts w:ascii="Times New Roman" w:hAnsi="Times New Roman" w:eastAsia="Times New Roman" w:cs="Times New Roman"/>
        </w:rPr>
        <w:t>Ọjọ́ kẹrìnlá, oṣù Kẹ́sàn-án, ọdún 2001 ni a fi hàn ní àpẹẹrẹ nínú àwọn ìpàdé Minneapolis ti 1888, nítorí pé Sister White sọ pé nígbà tí àwọn ilé ńlá ti New York wó lulẹ̀ ní 9/11, Ìfihàn 18:1–3 ni a mú ṣẹ. Ní àkókò náà, gẹ́gẹ́ bí ó ti ṣe ní 1888, ó sọ pé áńgẹ́lì Ìfihàn orí kejìdínlógún sọ̀kalẹ̀ láti fi ògo Rẹ̀ tan ilẹ̀ ayé mọ́lẹ̀. Ìṣọ̀tẹ̀ ti 1888 ni ó fi bá ìṣọ̀tẹ̀ Kora, Datani àti Abiramu mu, àwọn ẹni tí àwọn ọkùnrin olókìkí igba [250] pẹ̀lú darapọ̀ mọ́ nínú ìpẹ̀yà wọn sílẹ̀ kúrò ní òtítọ́. Àwọn ọlọ̀tẹ̀ igba [250] nínú ìṣọ̀tẹ̀ Kora àti àwọn ẹlẹgbẹ́ rẹ̀ nínú ìtàn ìbẹ̀rẹ̀ Ísírẹ́lì àtijọ́ jẹ́ àpẹẹrẹ àwọn ọkùnrin mẹ́ẹ̀dógún-lélógún [25] tí wọ́n ń tẹrí ba fún oòrùn ní ìparí Ísírẹ́lì àtijọ́.</w:t>
      </w:r>
    </w:p>
    <w:p>
      <w:pPr>
        <w:pStyle w:val="ArticleBody"/>
        <w:jc w:val="left"/>
      </w:pPr>
      <w:r>
        <w:rPr>
          <w:rFonts w:ascii="Times New Roman" w:hAnsi="Times New Roman" w:eastAsia="Times New Roman" w:cs="Times New Roman"/>
        </w:rPr>
        <w:t>Àwọn olórí mẹ́ẹ̀ẹ́dógún [25] ti Adventism ti Laodikia tí wọ́n tẹrí ba níwájú òfin Ọjọ́ Àìkú, àti igba [250] ní 9/11, ń fi àsìkò ìdìmọ̀ hàn pẹ̀lú àpẹẹrẹ àmì mẹ́ẹ̀ẹ́dógún [25], (àmì ìyàtọ̀ láàárín ọlọ́gbọ́n àti ènìyàn búburú) láti samisi ìbẹ̀rẹ̀ àti òpin àsìkò ìdìmọ̀ náà. Yálà àwọn ọlọ̀tẹ̀ igba [250] ní àkókò Mósè, tàbí àwọn ọkùnrin mẹ́ẹ̀ẹ́dógún [25] inú Ezekieli orí kẹjọ, tàbí ẹlẹ́rìí mẹ́ta ti ìyàtọ̀ nínú Matteu orí mẹ́ẹ̀ẹ́dógún [25], tàbí ọdún kẹ́ẹ̀ẹ́dógún [25] ìgbèkùn nínú Ezekieli ogójì; gbogbo ìfarahàn àmì mẹ́ẹ̀ẹ́dógún [25] yìí bá àwọn àkókò ọdún igba [250] mẹ́ta mu, èyí tí wọ́n dé ìparí wọn ní 207 Ṣ.K., 313 àti 2026 lẹ́sẹ̀sẹ̀.</w:t>
      </w:r>
    </w:p>
    <w:p>
      <w:pPr>
        <w:pStyle w:val="ArticleBody"/>
        <w:jc w:val="left"/>
      </w:pPr>
      <w:r>
        <w:rPr>
          <w:rFonts w:ascii="Times New Roman" w:hAnsi="Times New Roman" w:eastAsia="Times New Roman" w:cs="Times New Roman"/>
        </w:rPr>
        <w:t>Méjìdínlógún jẹ́ ọ̀pá àárín, bí ẹni pé a lè sọ bẹ́ẹ̀, nínú méjìdínlógún tí ń mú gbogbo àwọn ìlà méjìdínlógún wá sí ìpé. Ó di ọ̀kan lára àwọn kọ́kọ́rọ́ àsọtẹ́lẹ̀ ìjọba tí a fi fún Peteru láti mú ìtàn àṣírí ẹsẹ̀ ogójì wá sí ìmúlòlùfẹ́. A ti fi ìdí rẹ̀ múlẹ̀ léraléra lórí ẹ̀rí tó ju mẹ́ta lọ pé àwọn ẹsẹ̀ mẹ́wàá sí mẹ́ẹ̀ẹ́dógún nínú Danieli mọ́kànlá dúró fún ìlà kan tí ó bo ìtàn láti ọdún 1989 títí dé òfin Ọjọ́-Àìkú, èyí tí í ṣe ìtàn àṣírí ẹsẹ̀ ogójì. Kìnnìún ẹ̀yà Juda ti ń tú ààmì kúrò lórí àwọn àgbá kẹ̀kẹ́ Hesekieli báyìí bí Ó ti ń ṣí ìtàn àṣírí tí yóò mú ìrántí Òkè Àárín Òru ti àwọn ọjọ́ ìkẹyìn dé ìparí.</w:t>
      </w:r>
    </w:p>
    <w:p>
      <w:pPr>
        <w:pStyle w:val="ArticleBody"/>
        <w:jc w:val="left"/>
      </w:pPr>
      <w:r>
        <w:rPr>
          <w:rFonts w:ascii="Times New Roman" w:hAnsi="Times New Roman" w:eastAsia="Times New Roman" w:cs="Times New Roman"/>
        </w:rPr>
        <w:t>Nínú àwọn àpilẹ̀kọ tó ń bọ̀, a óò máa bá a lọ láti dá àwọn àgbá kẹ̀kẹ́ Hesekieli mọ̀, tí wọ́n ń ṣojú ìfarakanra onírúurú àti pẹ̀tẹ́lẹ̀pọ̀ àwọn ènìyàn ní àwọn ọjọ́ ìkẹyìn. Hesekieli orí kìn-ín-ní ní ìbẹ̀rẹ̀ àpilẹ̀kọ yìí, pẹ̀lú ẹsẹ̀ tí ó bá a lọ láti inú Testimonies, ìdìpọ̀ karùn-ún, tí a gbé kalẹ̀, ni yóò máa jẹ́ ibi ìtọ́kasí wa títí dé iwájú bí a ṣe ń tẹ̀síwájú nínú àwọn àpilẹ̀kọ náà. Nígbà tí a bá fi àwọn àgbá kẹ̀kẹ́ náà hàn ní ipò wọn tí ó yẹ, àti pẹ̀lú àwọn ìpàdépọ̀ wọn tí ó yẹ pẹ̀lú àwọn àgbá kẹ̀kẹ́ mìíràn nínú ìtàn àsọtẹ́lẹ̀, a ó fi hàn pé ọdún ẹgbẹ̀rún mẹ́ta ó lé mọ́kàndínlógún àti ọjọ́ mẹ́ẹ̀ẹ́dógún tí ó fún áńgẹ́lì àkọ́kọ́ ní agbára ní August 11, 1840, ni Hesekieli pẹ̀lú ṣe aṣojú rẹ̀ gẹ́gẹ́ bí ọdún ẹgbẹ̀rún mẹ́ta ó lé ọgọ́rùn-ún mẹ́sàn-án, tí a so mọ́ ọdún kan àti ààbọ̀ ìdótì Jerusalẹmu; àti pé ìbọ̀ dé ìmọ̀ àsọtẹ́lẹ̀ yìí ń fi ìgbéga àsíá àwọn ọgọ́rùn-ún mẹ́rìnlélógójì ẹgbẹ̀rún hàn.</w:t>
      </w:r>
    </w:p>
    <w:p>
      <w:pPr>
        <w:pStyle w:val="ArticleBody"/>
        <w:jc w:val="left"/>
      </w:pPr>
      <w:r>
        <w:rPr>
          <w:rFonts w:ascii="Times New Roman" w:hAnsi="Times New Roman" w:eastAsia="Times New Roman" w:cs="Times New Roman"/>
        </w:rPr>
        <w:t>Ọjọ́ Keje 27, 1299 títí dé 1337 ṣojú ọdún mẹ́tàlélọ́gbọ̀n ní ìbẹ̀rẹ̀ ọgọ́rùn-ún àádọ́jọ ọdún (oṣù márùn-ún) ti Ìfihàn orí kẹsàn-án, ẹsẹ̀ mẹ́wàá. Ọgọ́rùn-ún àádọ́jọ ọdún náà sì ní ìbáṣepọ̀ pẹ̀lú ọgọ́rùn-ún mẹ́ta, mọ́kàndínlọ́gọ́rùn-ún ọdún àti ọjọ́ mẹ́ẹ̀ẹ́dógún ti ẹsẹ̀ kẹ́ẹ̀ẹ́dógún. Ní báyìí, ìbẹ̀rẹ̀ àwọn àkókò méjèèjì náà dá ìlà àsọtẹ́lẹ̀ kan sílẹ̀ tí ó parí nínú ìmúṣẹ àsọtẹ́lẹ̀ Josiah Litch ti ọdún 1838 àti 1840, tí ó sì sàmì ìdìde àti fífún agbára fún ìṣísẹ̀ Millerite. Ìtàn náà ní ìbẹ̀rẹ̀ Adventism sàmì ìdìde ẹgbẹ̀rún kan, ọgọ́rùn-ún mẹ́rìnlélógójì gẹ́gẹ́ bí àsíá ní ìṣáájú òfin Sunday. Ní báyìí, ọgọ́rùn-ún mẹ́ta àti mọ́kàndínlọ́gọ́rùn-ún ọdún Esekieli, àti ọdún kan àti ìdajì (1.5) ti ìdótì Jérúsálẹ́mù, ń sàmì òpin ìlà àsọtẹ́lẹ̀ tí ó bẹ̀rẹ̀ ní 1299.</w:t>
      </w:r>
    </w:p>
    <w:p>
      <w:pPr>
        <w:pStyle w:val="ArticleBody"/>
        <w:jc w:val="left"/>
      </w:pPr>
      <w:r>
        <w:rPr>
          <w:rFonts w:ascii="Times New Roman" w:hAnsi="Times New Roman" w:eastAsia="Times New Roman" w:cs="Times New Roman"/>
        </w:rPr>
        <w:t>Yóò jẹ́ ohun tó ní ìtóye láti ronú lórí ìpínrọ̀ náà láti inú Testimonies, volume five, kí àpilẹ̀kọ tó tẹ̀lé tó dé.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Ogójì - Nọ́ńbà Méjìlélógún</dc:title>
  <dc:subject>Ẹsekieli Nọ́mbà Kẹta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