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Àṣírí ti Ẹsẹ̀ Kẹ́rìnlélógójì — Nọ́mbà Ogun-mẹ́ta</w:t>
      </w:r>
    </w:p>
    <w:p>
      <w:pPr>
        <w:pStyle w:val="ArticleSubtitle"/>
        <w:jc w:val="left"/>
      </w:pPr>
      <w:r>
        <w:rPr>
          <w:rFonts w:ascii="Arial" w:hAnsi="Arial" w:eastAsia="Arial" w:cs="Arial"/>
        </w:rPr>
        <w:t>Hesekieli Nọ́mbà Kẹrin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A mọ̀ Ezekieli gẹ́gẹ́ bí “wòlíì ìṣòro-ọkàn” nítorí pé ó jẹ́ àmì àwọn ẹgbẹ̀rún mẹ́rìnlélọ́gọ́rin [144,000], tí ó wà nínú orí kẹ́sàn-án ìwé rẹ̀ tí wọ́n ń ṣọ̀fọ̀ (wọ́n ń mí ìrora jáde, wọ́n sì ń ké) nítorí àwọn ìríra tí a ń ṣe ní ilẹ̀ náà àti nínú ìjọ. Nínú ọ̀rọ̀ láti inú Testimonies tí a tọ́ka sí nínú àpilẹ̀kọ tí ó kọjá, Sister White kọ pé, “Wòlíì náà fúnra rẹ̀ jẹ́ àlejò ní ilẹ̀ àjèjì, níbi tí ìfẹ́-ọkàn tí kò ní ààlà àti ìkà búburú ti ń ṣàkóso lókè gbogbo rẹ̀. Ohun tí ó rí àti tí ó gbọ́ nípa ìwà amúnisìn ènìyàn àti àìdá mú ọkàn rẹ̀ bínú gidigidi, ó sì ṣọ̀fọ̀ kíkorò lọ́sàn-án àti lórú.”</w:t>
      </w:r>
    </w:p>
    <w:p>
      <w:pPr>
        <w:pStyle w:val="ArticleBody"/>
        <w:jc w:val="left"/>
      </w:pPr>
      <w:r>
        <w:rPr>
          <w:rFonts w:ascii="Times New Roman" w:hAnsi="Times New Roman" w:eastAsia="Times New Roman" w:cs="Times New Roman"/>
        </w:rPr>
        <w:t>Ẹgbẹ̀rún mẹ́rìnlélọ́gọ́rin àti ẹgbẹ̀rún mẹ́rin náà ni “àwọn ìsàkúsà Ísírẹ́lì,” tí a fọ́n ká, gẹ́gẹ́ bí a ti ṣojú rẹ̀ nínú bí a ṣe mú Hesekieli lọ sí ìgbèkùn. Ìlànà fífi èdìdì tí a ṣojú rẹ̀ nínú Hesekieli mẹ́sàn-án náà ni ó jẹ́ kan náà pẹ̀lú Ifihan méje, a sì ṣojú àwọn orí méjèèjì wọ̀nyí gẹ́gẹ́ bí ohun tí ń ṣẹlẹ̀ ní ọjọ́ ìkẹyìn.</w:t>
      </w:r>
    </w:p>
    <w:p>
      <w:pPr>
        <w:pStyle w:val="ArticleScripture"/>
        <w:jc w:val="left"/>
      </w:pPr>
      <w:r>
        <w:rPr>
          <w:rFonts w:ascii="Times New Roman" w:hAnsi="Times New Roman" w:eastAsia="Times New Roman" w:cs="Times New Roman"/>
        </w:rPr>
        <w:t>“Ìdídì èdìdìí àwọn ìránṣẹ́ Ọlọ́run yìí ni èyí kan náà tí a fihàn Ésékíẹ́lì nínú ìran.” Testimonies to Ministers, 445.</w:t>
      </w:r>
    </w:p>
    <w:p>
      <w:pPr>
        <w:pStyle w:val="ArticleBody"/>
        <w:jc w:val="left"/>
      </w:pPr>
      <w:r>
        <w:rPr>
          <w:rFonts w:ascii="Times New Roman" w:hAnsi="Times New Roman" w:eastAsia="Times New Roman" w:cs="Times New Roman"/>
        </w:rPr>
        <w:t>Láti orí ìtẹ́, Ọlọ́run ni ó ń darí àwọn kérúbù, tí àwọn náà sì ń ṣàkóso àwọn àgbá kẹ̀kẹ́. Ó yẹ kí Èsékíẹ́lì mọ̀ láti inú ìran náà pé Ọlọ́run wà ní ìṣàkóso, àní ní àkókò tí ohun gbogbo hàn bí ẹni pé ó wà nínú ìdàrúdàpọ̀. Arábìnrin White sọ pé “ní irú ọ̀nà kan náà” lẹ́yìn tí ó ti ṣàlàyé ìtòlẹ́sẹẹsẹ Ọlọ́run lórí ìtẹ́, tí ń darí àwọn kérúbù tí ń bójú tó ọ̀ràn ayé, gẹ́gẹ́ bí ó ti ṣe àpèjúwe Jòhánù nínú ibi mímọ́ níbi tí Kristi ti ń rìn láàárín àwọn ìjọ méje. Èsékíẹ́lì àti Jòhánù jẹ́ àmì àwọn ẹni tí ń gbé ní àkókò fífi èdìdì náà lé ní àkókò ọgọ́rùn-ún mẹ́rìnlélógójì [144,000] tí, gẹ́gẹ́ bí ìmísí ti kọ sílẹ̀, “Àwọn ìṣẹ̀lẹ̀ tí a óò mú ṣẹ ní ayé wa kò tíì wọ inú àlá ẹnikẹ́ni rárá.”</w:t>
      </w:r>
    </w:p>
    <w:p>
      <w:pPr>
        <w:pStyle w:val="ArticleBody"/>
        <w:jc w:val="left"/>
      </w:pPr>
      <w:r>
        <w:rPr>
          <w:rFonts w:ascii="Times New Roman" w:hAnsi="Times New Roman" w:eastAsia="Times New Roman" w:cs="Times New Roman"/>
        </w:rPr>
        <w:t>Dájúdájú nígbà tí Sister White kọ àwọn ọ̀rọ̀ wọ̀nyí, òótọ́ ni àwọn ọ̀rọ̀ wọ̀nyí, ṣùgbọ́n ní àkókò ìdìdì wọ́n rí ìmúṣẹ́ pípé wọn. Ní nǹkan bí ogún ọdún sẹ́yìn, ṣé ìwọ ìbá ti rò pé ohun tí ń ṣẹlẹ̀ nísinsin yìí ní ayé ní ìbáṣepọ̀ pẹ̀lú ìṣùpọ̀ àwọn eṣú ti Islam? Eṣú gẹ́gẹ́ bí àmì Islam nínú orí kẹsàn-án ti Ìfihàn ní pẹ̀lú ìṣíkiri àwọn eṣú Àríwá Áfíríkà nínú ayé. Àwọn eṣú tí ń ṣùpọ̀ wọ̀nyí lórí ọ̀nà ìṣíkiri Áfíríkà bá ẹ̀kọ́ ilẹ̀ mu tí Islam ti gba. Islam jẹ́ ọmọ ìran Ishmael, ìyá Ishmael sì ni Hagar. Hagar túmọ̀ sí “ìsálọ” tàbí “láti sá.” Ní èdè Arabikì, orúkọ náà sábà máa ń jẹ́ Hajar (هاجر), ó sì ní ìbáṣepọ̀ pẹ̀lú gbòǹgbò kan náà tí ó fún wa ní Hijra (ìṣíkiri/ìsálọ Muhammad). Gbòǹgbò Islam ní ìbáṣepọ̀ kì í ṣe pẹ̀lú ìṣùpọ̀ eṣú nìkan, ṣùgbọ́n gbòǹgbò náà tún ní ìtumọ̀ ìṣíkiri. Ṣé ẹnikẹ́ni rí lá lásán rí pé ìṣíkiri aláìlófin jẹ́ ìfarahàn eṣú Islam?</w:t>
      </w:r>
    </w:p>
    <w:p>
      <w:pPr>
        <w:pStyle w:val="ArticleBody"/>
        <w:jc w:val="left"/>
      </w:pPr>
      <w:r>
        <w:rPr>
          <w:rFonts w:ascii="Times New Roman" w:hAnsi="Times New Roman" w:eastAsia="Times New Roman" w:cs="Times New Roman"/>
        </w:rPr>
        <w:t>Ṣé ẹnikẹ́ni lá lálá pé àwọn Kọ́múnísì àgbáyé yóò dá àjọṣepọ̀ pẹ̀lú àwọn ogunlọ́gọ̀ Islam sílẹ̀ bí? Islam àti agbára dragoni àwọn globalists pẹ̀lú, gẹ́gẹ́ bí a ti rí i nínú Ìfihàn 9/11 lẹ́sẹ̀sẹ̀, ń gòkè wá láti inú kòtò aláìlópin, kòtò aláìlópin náà sì ń ṣojú ìfarahàn agbára èṣù. Gẹ́gẹ́ bí Ìwé Mímọ́ òtítọ́ ti sọ, àwọn alábàáṣiṣẹ́pọ̀ méjèèjì wọ̀nyí jẹ́ irinṣẹ́ Sátánì.</w:t>
      </w:r>
    </w:p>
    <w:p>
      <w:pPr>
        <w:pStyle w:val="ArticleScripture"/>
        <w:jc w:val="left"/>
      </w:pPr>
      <w:r>
        <w:rPr>
          <w:rFonts w:ascii="Times New Roman" w:hAnsi="Times New Roman" w:eastAsia="Times New Roman" w:cs="Times New Roman"/>
        </w:rPr>
        <w:t>“‘Nígbà tí wọ́n bá ti parí [ń parí] ẹ̀rí wọn.’ Àkókò tí àwọn ẹlẹ́rìí méjì náà gbọ́dọ̀ máa sọtẹ́lẹ̀ ní ìhòòhò aṣọ ọ̀fọ̀ parí ní ọdún 1798. Bí wọ́n ṣe ń sún mọ́ ìparí iṣẹ́ wọn nínú àìmòye, a ní láti jagun sí wọn nípasẹ̀ agbára tí a ṣàpèjúwe gẹ́gẹ́ bí ‘ẹranko tí ń gòkè wá láti inú hòòhò àìnísàlẹ̀.’ Nínú púpọ̀ nínú àwọn orílẹ̀-èdè Yúróòpù, àwọn agbára tí ń ṣàkóso nínú Ìjọ àti Ìpínlẹ̀ ti wà lábẹ́ ìdarí Sátánì fún ọ̀pọ̀ ọ̀rúndún, nípasẹ̀ ọ̀nà ipò póòpù. Ṣùgbọ́n níhìn-ín ni a fi ìfarahàn tuntun kan ti agbára Sátánì hàn.” The Great Controversy, 268.</w:t>
      </w:r>
    </w:p>
    <w:p>
      <w:pPr>
        <w:pStyle w:val="ArticleBody"/>
        <w:jc w:val="left"/>
      </w:pPr>
      <w:r>
        <w:rPr>
          <w:rFonts w:ascii="Times New Roman" w:hAnsi="Times New Roman" w:eastAsia="Times New Roman" w:cs="Times New Roman"/>
        </w:rPr>
        <w:t>Níhìn-ín, Sister White ń tọ́ka sí ìbẹ̀rẹ̀ ìjọba awùjọ ní àkókò Ìyíká ilẹ̀ Faransé, nígbà kan náà sì ń ṣe àfihàn pé Satani náà ń ṣàkóso agbára póòpù. Agbára póòpù náà pẹ̀lú jáde láti inú hòhò àìnísàlẹ̀ ní Ìfihàn orí kẹtàdínlógún, àti ní orí kẹsàn-án ìwé Ìfihàn, Islam ni èéfín tí ó ti inú hòhò àìnísàlẹ̀ wá. Kókó ọ̀ràn náà ṣì dúró; ṣé ìmísí ní tòótọ́ ní ìtumọ̀ pé, “Àwọn ìṣẹ̀lẹ̀ tí a ó ṣe ní ayé wa kò tíì wá sínú àlá ẹnikẹ́ni rárá?” Ta ni ó lá àlá pé Islam yóò ti tan káàkiri Yúróòpù báyìí, tí ó sì ń sọ̀kalẹ̀ báyìí sórí àwọn Amẹ́ríkà? Ṣé ìwọ lá àlá pé àwọn eṣú náà yóò tan káàkiri ayé nípasẹ̀ àwọn onífẹ̀ẹ́ àgbáyé ti Àjọ Àwọn Orílẹ̀-Èdè, Àpapọ̀ Yúróòpù, àti ẹgbẹ́ olóṣèlú Democratic ti Orílẹ̀-Èdè Amẹ́ríkà?</w:t>
      </w:r>
    </w:p>
    <w:p>
      <w:pPr>
        <w:pStyle w:val="ArticleBody"/>
        <w:jc w:val="left"/>
      </w:pPr>
      <w:r>
        <w:rPr>
          <w:rFonts w:ascii="Times New Roman" w:hAnsi="Times New Roman" w:eastAsia="Times New Roman" w:cs="Times New Roman"/>
        </w:rPr>
        <w:t>Ta ni ó lá àlá pé àwọn ilé-ẹ̀kọ́ ni a ó fi ìṣọ̀kan Kọ́múníìsì àti Ìslámù ṣẹ́gun, ìṣọ̀kan tí a ti ń fi owó orí àwọn ará ilẹ̀ náà san ní báyìí, nígbà tí àwọn ará ilẹ̀ náà kò láti pète pé a ó lo owó orí wọn láti pa orílẹ̀-èdè tí ń pèsè owó orí náà run.</w:t>
      </w:r>
    </w:p>
    <w:p>
      <w:pPr>
        <w:pStyle w:val="ArticleBody"/>
        <w:jc w:val="left"/>
      </w:pPr>
      <w:r>
        <w:rPr>
          <w:rFonts w:ascii="Times New Roman" w:hAnsi="Times New Roman" w:eastAsia="Times New Roman" w:cs="Times New Roman"/>
        </w:rPr>
        <w:t>Ta ló lá àlá pé Great Britain yóò gbéga, yóò sì ṣètìlẹ́yìn fún kí àwọn ọmọbìnrin funfun máa jẹ́ àfipábánilòpọ̀ ẹgbẹ́, kí a máa jí wọn gbé, kí a sì fi wọ́n sẹ́wọ̀n, kí a sì pa wọ́n, nípa ọwọ́ Islam? Ọ̀pọ̀ ènìyàn ni ń tọ́ka sí òtítọ́ náà pé gbogbo ètò Komunisiti tí a ti ní níbikíbi nínú ìtàn ènìyàn ti jẹ́ àṣìṣe pátápátá; ṣùgbọ́n èsó ìsòsialísì ti Britain jẹ́ ìdálẹ́bi fún ìsòsialísì tó pọ̀ tó ìkùnà àwọn ọgbọ́n-ọrọ̀ ajé àti ti ìṣèlú ti ètò náà.</w:t>
      </w:r>
    </w:p>
    <w:p>
      <w:pPr>
        <w:pStyle w:val="ArticleBody"/>
        <w:jc w:val="left"/>
      </w:pPr>
      <w:r>
        <w:rPr>
          <w:rFonts w:ascii="Times New Roman" w:hAnsi="Times New Roman" w:eastAsia="Times New Roman" w:cs="Times New Roman"/>
        </w:rPr>
        <w:t>Ta ni yóò ti rò pé a óò jẹ́ kí àwọn oníṣòwò ayé mú àwọn májèlé wọlé láti ṣe ìpakúpa ọ̀pọ̀ ènìyàn tí ó lé ní mílíọ̀nù mẹ́tàdínlógún?</w:t>
      </w:r>
    </w:p>
    <w:p>
      <w:pPr>
        <w:pStyle w:val="ArticleBody"/>
        <w:jc w:val="left"/>
      </w:pPr>
      <w:r>
        <w:rPr>
          <w:rFonts w:ascii="Times New Roman" w:hAnsi="Times New Roman" w:eastAsia="Times New Roman" w:cs="Times New Roman"/>
        </w:rPr>
        <w:t>Ta ni ó lá àlá pé a ó jẹ́ kí irú àwọn ènìyàn bíi George Soros, Bill Gates àti Anthony Fauci ṣe àwọn iṣẹ́ búburú èṣù wọn láìsí àbájáde kankan rárá?</w:t>
      </w:r>
    </w:p>
    <w:p>
      <w:pPr>
        <w:pStyle w:val="ArticleBody"/>
        <w:jc w:val="left"/>
      </w:pPr>
      <w:r>
        <w:rPr>
          <w:rFonts w:ascii="Times New Roman" w:hAnsi="Times New Roman" w:eastAsia="Times New Roman" w:cs="Times New Roman"/>
        </w:rPr>
        <w:t>Nígbà tí Sister White sọ pé a kì yóò lá àlá nípa àwọn ìṣẹ̀lẹ̀ tí a óò ṣe, ó ṣe bẹ́ẹ̀ nínú àyíká àkókò ìdìdì ti ọ̀kẹ́ mẹ́rìnlélọ́gọ́rin ẹgbẹ̀rún. Ó ń tẹ̀lé àwọn àlàyé rẹ̀ lórí ìkìlọ̀ Kristi nínú Matthew twenty-four níbi tí ó ti kọ sílẹ̀ pé, “Àwọn ẹ̀kọ́ wọ̀nyí jẹ́ fún àǹfààní wa. A nílò láti fi ìgbàgbọ́ wa dúró lórí Ọlọ́run, nítorí pé àkókò kan wà níwájú wa gan-an tí yóò dán ọkàn ènìyàn wò. Kristi, lórí Mount of Olives, tún àwọn ìdájọ́ ẹ̀rù tí yóò ṣáájú ìpadàbọ̀ kejì Rẹ̀ sọ.”</w:t>
      </w:r>
    </w:p>
    <w:p>
      <w:pPr>
        <w:pStyle w:val="ArticleBody"/>
        <w:jc w:val="left"/>
      </w:pPr>
      <w:r>
        <w:rPr>
          <w:rFonts w:ascii="Times New Roman" w:hAnsi="Times New Roman" w:eastAsia="Times New Roman" w:cs="Times New Roman"/>
        </w:rPr>
        <w:t>Àwọn ẹ̀kọ́ tí ó ṣẹ̀ṣẹ̀ tọ́ka sí ni àwọn àkàwé ti Ìsíkíẹ́lì àti Johanu méjèèjì nínú ibi mímọ́, níbi tí wọ́n ti ń kọ́ láti lóye pé Ọlọ́run ni ó ní àkóso lórí ohun gbogbo. Nínú ìdàrúdàpọ̀ àti ìṣọ̀tẹ̀ tí ń lọ lọ́wọ́ nísinsìnyí, ìdàrúdàpọ̀ àti ìṣọ̀tẹ̀ kan tí yóò máa burú sí i nìkan bí ìtàn ṣe ń lọ síwájú, àwọn tí wọ́n jẹ́ àwọn ojiṣẹ́ Ọlọ́run, gẹ́gẹ́ bí a ti ṣàpẹẹrẹ wọn kì í ṣe nínú Ìsíkíẹ́lì àti Johanu nínú tẹ́ńpìlì nìkan, ṣùgbọ́n pẹ̀lú Aísáyà, yóò lè la ìtàn kọjá ní ọ̀nà tí ń yin Olúwa lógo nìkan bí wọ́n bá lóye pé àní àwọn ohun tí a kò tilẹ̀ lá lá rí ṣáájú ṣì wà lábẹ́ àkóso Ọlọ́run.</w:t>
      </w:r>
    </w:p>
    <w:p>
      <w:pPr>
        <w:pStyle w:val="ArticleBody"/>
        <w:jc w:val="left"/>
      </w:pPr>
      <w:r>
        <w:rPr>
          <w:rFonts w:ascii="Times New Roman" w:hAnsi="Times New Roman" w:eastAsia="Times New Roman" w:cs="Times New Roman"/>
        </w:rPr>
        <w:t>Àwọn àgbá kẹ̀kẹ́ wọ̀nyẹn tí ń pàdé àwọn àgbá kẹ̀kẹ́ mìíràn ní nínú wọn ni àwọn ìṣẹ̀lẹ̀ tí a kò lá lálá rí, wọ́n sì ni àwọn ìṣẹ̀lẹ̀ tí ń ṣẹlẹ̀ ní àkókò ìdìdì tí ó bẹ̀rẹ̀ ní 9/11. Àwọn ẹ̀kọ́ tí a gbọdọ̀ kọ́ ni àwọn tí àwọn ènìyàn tí ń wọ Ibi Mímọ́ Jùlọ lọ nípa ìgbàgbọ́, tí wọ́n sì rí Kristi àti ìmọ́lẹ̀ Rẹ̀ tí ń tàn láti inú Àpótí Májẹ̀mú, nìkan ni wọ́n lè kọ́. Nígbà tí a bá wo ògo náà gẹ́gẹ́ bí a ti ṣàpẹẹrẹ rẹ̀ nípasẹ̀ Dáníẹ́lì nínú orí kẹwàá, a yà ẹgbẹ́ tí ìmọ́lẹ̀ náà ṣe àǹfààní fún kúrò lọ́dọ̀ àwọn tí wọ́n sá kúrò níwájú ìran náà.</w:t>
      </w:r>
    </w:p>
    <w:p>
      <w:pPr>
        <w:pStyle w:val="ArticleScripture"/>
        <w:jc w:val="left"/>
      </w:pPr>
      <w:r>
        <w:rPr>
          <w:rFonts w:ascii="Times New Roman" w:hAnsi="Times New Roman" w:eastAsia="Times New Roman" w:cs="Times New Roman"/>
        </w:rPr>
        <w:t>Èmi Dáníẹ́lì nìkan ni mo rí ìran náà; nítorí àwọn ọkùnrin tí wọ́n wà pẹ̀lú mi kò rí ìran náà; ṣùgbọ́n ìwarìrì ńlá kan bà wọ́n, tó bẹ́ẹ̀ tí wọ́n fi sá lọ láti fi ara wọn pamọ́. Dáníẹ́lì 10:7.</w:t>
      </w:r>
    </w:p>
    <w:p>
      <w:pPr>
        <w:pStyle w:val="ArticleBody"/>
        <w:jc w:val="left"/>
      </w:pPr>
      <w:r>
        <w:rPr>
          <w:rFonts w:ascii="Times New Roman" w:hAnsi="Times New Roman" w:eastAsia="Times New Roman" w:cs="Times New Roman"/>
        </w:rPr>
        <w:t>Ó pọ̀ síi gan-an tí a lè yọ jáde kúrò nínú àyọkà inú àpilẹ̀kọ tó ṣáájú, ṣùgbọ́n bí a ṣe ń parí àpilẹ̀kọ yìí, a ó sọ̀rọ̀ nípa àgbá kan. A ti ṣàkíyèsí nínú àpilẹ̀kọ tó kọjá àpẹẹrẹ ìtumọ̀ nọ́ńbà mẹ́ẹ̀ẹ́dógún, àti pé ṣáájú èyí a fi àkókò lò lórí nọ́ńbà ọgbọ̀n. Ìmọ́lẹ̀ láti inú ìwé Ẹ́sékíẹ́lì kì í ṣe nọ́ńbà àpẹẹrẹ nìkan, ṣùgbọ́n ó yẹ kí a kọ́kọ́ mọ ara wa dáadáa pẹ̀lú díẹ̀ nínú àwọn àmì nọ́ńbà wọ̀nyí kí a tó bẹ̀rẹ̀ sí í mú ìtànmọ́lẹ̀ kan jáde nínú ìdàrúdàpọ̀.</w:t>
      </w:r>
    </w:p>
    <w:p>
      <w:pPr>
        <w:pStyle w:val="ArticleHeading"/>
        <w:jc w:val="left"/>
      </w:pPr>
      <w:r>
        <w:rPr>
          <w:rFonts w:ascii="Arial" w:hAnsi="Arial" w:eastAsia="Arial" w:cs="Arial"/>
        </w:rPr>
        <w:t>Mẹ́tàlá lórí méje</w:t>
      </w:r>
    </w:p>
    <w:p>
      <w:pPr>
        <w:pStyle w:val="ArticleBody"/>
        <w:jc w:val="left"/>
      </w:pPr>
      <w:r>
        <w:rPr>
          <w:rFonts w:ascii="Times New Roman" w:hAnsi="Times New Roman" w:eastAsia="Times New Roman" w:cs="Times New Roman"/>
        </w:rPr>
        <w:t>Àwọn àsọtẹ́lẹ̀ mẹ́ta ti ọdún ẹgbẹ̀rún méjì àti àádọ́ta náà ń tọ́ka sí àkókò ọdún mẹ́tàlá-dín-lógún kan tí ó bẹ̀rẹ̀ ní òpin ìtàn ìjọ ti Smyrna. Láti ọdún 313 sí 330, ọdún mẹ́tàlá-dín-lógún náà ń ṣàpẹẹrẹ ìdásílẹ̀ àwòrán ẹranko náà.</w:t>
      </w:r>
    </w:p>
    <w:p>
      <w:pPr>
        <w:pStyle w:val="ArticleBody"/>
        <w:jc w:val="left"/>
      </w:pPr>
      <w:r>
        <w:rPr>
          <w:rFonts w:ascii="Times New Roman" w:hAnsi="Times New Roman" w:eastAsia="Times New Roman" w:cs="Times New Roman"/>
        </w:rPr>
        <w:t>Ọdún ẹgbẹ̀rún méjìlélógún àti àádọ́ta [250] tí ó bẹ̀rẹ̀ ní ọdún 457 ṣáájú Kristi parí ní ọdún 207 ṣáájú Kristi, ọdún méje lẹ́yìn ogun Raphia àti ọdún mẹ́wàá kí ogun Panium tó wáyé. Láti Raphia dé Panium jẹ́ ọdún mẹ́tàdínlógún, ó sì dúró fún ìtàn ìkọ̀kọ̀ ẹsẹ̀ ogójì, gẹ́gẹ́ bí a ti ṣàfihàn rẹ̀ nínú ẹsẹ̀ mọ́kànlá títí dé mẹ́ẹ̀ẹ́dógún nínú Danieli mọ́kànlá.</w:t>
      </w:r>
    </w:p>
    <w:p>
      <w:pPr>
        <w:pStyle w:val="ArticleBody"/>
        <w:jc w:val="left"/>
      </w:pPr>
      <w:r>
        <w:rPr>
          <w:rFonts w:ascii="Times New Roman" w:hAnsi="Times New Roman" w:eastAsia="Times New Roman" w:cs="Times New Roman"/>
        </w:rPr>
        <w:t>Ptolemy IV Philopator (tí a tún mọ̀ sí Ptolemy IV) ni alákòóso tí ó ṣẹ́gun Ogun Raphia ní ọdún 217 ṣáájú ìbí Kristi. Ó jọba gẹ́gẹ́ bí ọba (àti Fáráò) ilẹ̀ Ejibiti ti àwọn Ptolemy láti ọdún 221 ṣáájú ìbí Kristi títí dé 204 ṣáájú ìbí Kristi, nítorí náà ó jọba fún ọdún mẹ́tàlá-dín-lógún. Ó bẹ̀rẹ̀ ìjọba rẹ̀ kí Ogun Raphia tó wáyé, ṣùgbọ́n ó kú kí Ogun Panium tó wáyé.</w:t>
      </w:r>
    </w:p>
    <w:p>
      <w:pPr>
        <w:pStyle w:val="ArticleBody"/>
        <w:jc w:val="left"/>
      </w:pPr>
      <w:r>
        <w:rPr>
          <w:rFonts w:ascii="Times New Roman" w:hAnsi="Times New Roman" w:eastAsia="Times New Roman" w:cs="Times New Roman"/>
        </w:rPr>
        <w:t>Ogun Rafia tí ó dúró fún Ogun Ukraine bẹ̀rẹ̀ ní ọdún 2014 nígbà tí Orílẹ̀-Èdè Amẹ́ríkà mú ìyípadà aláwọ̀ wá sí Ukraine. Ptolemy IV, ọba gúúsù, ń ṣàpẹẹrẹ Vladimir Putin, ẹni tí ó bẹ̀rẹ̀ ìjọba rẹ̀ ní ọdún 2000, ọdún kan ṣáájú kí ìdìdì àwọn ẹgbẹ̀rún kan ọgọ́rùn-ún mẹ́rìnlélógójì bẹ̀rẹ̀ ní 2001. Gẹ́gẹ́ bí ó ti rí pẹ̀lú Ptolemy, Putin bẹ̀rẹ̀ sí í jọba kí Ogun Ukraine tó bẹ̀rẹ̀, èyí tí Ogun Rafia tí ó bẹ̀rẹ̀ ní 2014 ń ṣàpẹẹrẹ. Ṣáájú Panium, a yọ Putin kúrò gẹ́gẹ́ bí Ptolemy ṣe ń ṣàpẹẹrẹ rẹ̀. Putin bẹ̀rẹ̀ sí í jọba ní 2000, ní báyìí ó ń bá ìbẹ̀rẹ̀ àkókò ìdìdì tí ó bẹ̀rẹ̀ ní ọdún tó tẹ̀lé e, 2001, mu. Ọdún àmì méje-dín-lógún, gẹ́gẹ́ bí Ptolemy ṣe ṣàpẹẹrẹ wọn, ń fi àkókò tí Putin fi ń jọba hàn, ó sì ń jọba lákòókò ìdìdì.</w:t>
      </w:r>
    </w:p>
    <w:p>
      <w:pPr>
        <w:pStyle w:val="ArticleBody"/>
        <w:jc w:val="left"/>
      </w:pPr>
      <w:r>
        <w:rPr>
          <w:rFonts w:ascii="Times New Roman" w:hAnsi="Times New Roman" w:eastAsia="Times New Roman" w:cs="Times New Roman"/>
        </w:rPr>
        <w:t>Tírọ́ǹpù tí ìparí ọdún ẹgbẹ̀rún méjì àtàádọ́ta [250] tí ó bẹ̀rẹ̀ ní 457 ṣáájú Kristi dúró fún, wà nínú ìtàn àṣírí kan náà gẹ́gẹ́ bí Pútìnì, ìtàn tí ó gùn tó ọdún mẹ́tàdínlógún tí ó bẹ̀rẹ̀ ní ogun Raphia. Dragoni (Pútìnì) àti wòlíì èké (Tírọ́ǹpù) wà láàrín ìtàn àṣírí náà. Nínú ìtàn náà ni ẹranko náà, tí a ṣàpẹẹrẹ rẹ̀ gẹ́gẹ́ bí “àwọn ọlọ́ṣà àwọn ènìyàn rẹ” tí ń ṣàmì ìṣàkóso póòpù, wà ní ìparí ọdún mẹ́tàdínlógún láti Raphia dé Panium.</w:t>
      </w:r>
    </w:p>
    <w:p>
      <w:pPr>
        <w:pStyle w:val="ArticleBody"/>
        <w:jc w:val="left"/>
      </w:pPr>
      <w:r>
        <w:rPr>
          <w:rFonts w:ascii="Times New Roman" w:hAnsi="Times New Roman" w:eastAsia="Times New Roman" w:cs="Times New Roman"/>
        </w:rPr>
        <w:t>Ọdún 321 dúró fún òfin Ọjọ́ Àìkú ní Orílẹ̀-Èdè Amẹ́ríkà, a sì fi 321 sí inú àkókò ọdún mẹ́tàlá-dín-lógún láti inú Ofin Milan ní 313 títí dé ìpín ilẹ̀ ọba náà ní 330.</w:t>
      </w:r>
    </w:p>
    <w:p>
      <w:pPr>
        <w:pStyle w:val="ArticleBody"/>
        <w:jc w:val="left"/>
      </w:pPr>
      <w:r>
        <w:rPr>
          <w:rFonts w:ascii="Times New Roman" w:hAnsi="Times New Roman" w:eastAsia="Times New Roman" w:cs="Times New Roman"/>
        </w:rPr>
        <w:t>Ìtàn tí a ṣàpẹẹrẹ láti inú Àjọ Ìrékọjá Nlá Josiah gẹ́gẹ́ bí a ti ń pè é, bẹ̀rẹ̀ ìyípo Jùbílì kẹtàlá-dín-lógún ti àwọn Júù. Láti Ìrékọjá Josiah, èyí tí í ṣe ìjíǹde ńlá jùlọ nínú Májẹ̀mú Láéláé, títí dé October 22, ń ṣàpẹẹrẹ ìtàn Millerite láti August 11, 1840 títí dé October 22, 1844, ṣùgbọ́n ní pàtàkì jùlọ ó ń ṣàpẹẹrẹ ìtàn 9/11 títí dé òfin Sunday. Àkókò ìdìdì àwọn ẹgbẹ̀rún kan ọgọ́rùn-ún mẹ́rìnlélógójì ni a ṣàpẹẹrẹ nípasẹ̀ ìyípo Jùbílì kẹtàlá-dín-lógún láti Josiah títí dé October 22. Mẹ́tàlá-dín-lógún jẹ́ àmì tí a fi ń so mọ́ àwọn ìṣẹ̀lẹ̀ pàtàkì ti àkókò ìdìdì, àti pé nọ́mbà mẹ́tàlá-dín-lógún jẹ́ ojú-ìpàdé níbi tí àwọn àgbá kẹ̀kẹ́ Esekiẹli ti ń pàdé.</w:t>
      </w:r>
    </w:p>
    <w:p>
      <w:pPr>
        <w:pStyle w:val="ArticleBody"/>
        <w:jc w:val="left"/>
      </w:pPr>
      <w:r>
        <w:rPr>
          <w:rFonts w:ascii="Times New Roman" w:hAnsi="Times New Roman" w:eastAsia="Times New Roman" w:cs="Times New Roman"/>
        </w:rPr>
        <w:t>Nínú ìtàn àṣírí ẹsẹ̀ ogójì ti Dáníẹ́lì, gẹ́gẹ́ bí a ti ṣàfihàn rẹ̀ nínú ẹsẹ̀ mẹ́wàá sí mẹ́ẹ̀ẹ́dógún ti orí kan náà, ejò ńlá náà ní ìbáṣepọ̀ pẹ̀lú nọ́mbà “17” nípasẹ̀ ìjọba Ptolemy. Ìtàn láti ogun Rafia ti ẹsẹ̀ kọkànlá títí dé ogun Rafia ti ẹsẹ̀ kẹ́ẹ̀ẹ́dógún jẹ́ ọdún “17”. Ìtàn náà fi Donald Trump sí àárín ọdún mẹ́tàdínlógún tí àwọn ogun méjèèjì wọ̀nyí dúró fún. Àwòrán ẹranko náà tí a dá sílẹ̀ tí a sì gbé kalẹ̀ nípasẹ̀ Trump ní Orílẹ̀-Èdè Amẹ́ríkà ni a ṣojú fún nípasẹ̀ ọdún “17” láti 313 sí 330. Nínú ẹsẹ̀ kìn-ín-ní ti orí kìn-ín-ní, Ìṣẹ́kíẹ́lì wà ní ọdún ọgbọ̀n ti ìyí Jubilee “17th”. Ṣé o ti lá àlá rí pé nọ́mbà mẹ́tàdínlógún dúró fún ọ̀kan lára àwọn àgbá kẹ̀kẹ́ tí Ìṣẹ́kíẹ́lì rí nínú Ibi Mímọ́ Jùlọ?</w:t>
      </w:r>
    </w:p>
    <w:p>
      <w:pPr>
        <w:pStyle w:val="ArticleBody"/>
        <w:jc w:val="left"/>
      </w:pPr>
      <w:r>
        <w:rPr>
          <w:rFonts w:ascii="Times New Roman" w:hAnsi="Times New Roman" w:eastAsia="Times New Roman" w:cs="Times New Roman"/>
        </w:rPr>
        <w:t>Esekiẹli jẹ́ ààmì àwọn tí ó wà ní àkókò ìdìdì tí, nípa ìgbàgbọ́, ti wọ inú Ibi Mímọ́ Jùlọ. Wọ́n jẹ́ àwọn àlùfáà Peteru.</w:t>
      </w:r>
    </w:p>
    <w:p>
      <w:pPr>
        <w:pStyle w:val="ArticleScripture"/>
        <w:jc w:val="left"/>
      </w:pPr>
      <w:r>
        <w:rPr>
          <w:rFonts w:ascii="Times New Roman" w:hAnsi="Times New Roman" w:eastAsia="Times New Roman" w:cs="Times New Roman"/>
        </w:rPr>
        <w:t>Ẹ̀yin pẹ̀lú, gẹ́gẹ́ bí àwọn òkúta alààyè, ni a ń kọ́ yín sí ilé ẹ̀mí kan, ìṣèjẹ́ àlùfáà mímọ́, láti rú àwọn ẹbọ ẹ̀mí tí ó ṣe ìtẹ́wọ́gbà lọ́dọ̀ Ọlọ́run nípasẹ̀ Jésù Kristi. 1 Peteru 2:5.</w:t>
      </w:r>
    </w:p>
    <w:p>
      <w:pPr>
        <w:pStyle w:val="ArticleBody"/>
        <w:jc w:val="left"/>
      </w:pPr>
      <w:r>
        <w:rPr>
          <w:rFonts w:ascii="Times New Roman" w:hAnsi="Times New Roman" w:eastAsia="Times New Roman" w:cs="Times New Roman"/>
        </w:rPr>
        <w:t>A ti yàn wọ́n láti kede ìránṣẹ́ kan sí àwọn ènìyàn májẹ̀mú àtijọ́ ti Ọlọ́run tí a ń kọjá lọ nígbà náà, bí ó tilẹ̀ jẹ́ pé a ti kìlọ̀ tẹ́lẹ̀ pé àwọn ènìyàn májẹ̀mú àtijọ́ ti Ọlọ́run kì yóò rí tàbí gbọ́.</w:t>
      </w:r>
    </w:p>
    <w:p>
      <w:pPr>
        <w:pStyle w:val="ArticleScripture"/>
        <w:jc w:val="left"/>
      </w:pPr>
      <w:r>
        <w:rPr>
          <w:rFonts w:ascii="Times New Roman" w:hAnsi="Times New Roman" w:eastAsia="Times New Roman" w:cs="Times New Roman"/>
        </w:rPr>
        <w:t>Ó sì wí fún mi pé, Ọmọ ènìyàn, jẹ́ kí inú rẹ jẹ, kí o sì fi àkájọ yìí tí mo fi fún ọ kún ìfun rẹ. Nígbà náà ni mo jẹ ẹ́; ó sì dùn nínú ẹnu mi bí oyin. Ó sì wí fún mi pé, Ọmọ ènìyàn, lọ, lọ sí ilé Ísírẹ́lì, kí o sì fi ọ̀rọ̀ mi bá wọn sọ̀rọ̀. Nítorí a kò rán ọ sí ọ̀dọ̀ àwọn ènìyàn tí ọ̀rọ̀ wọn jẹ àjèjì, tí èdè wọn sì ṣòro, bí kò ṣe sí ilé Ísírẹ́lì; kì í ṣe sí ọ̀dọ̀ ọ̀pọ̀ ènìyàn tí ọ̀rọ̀ wọn jẹ àjèjì, tí èdè wọn sì ṣòro, àwọn tí ìwọ kò lè yé ọ̀rọ̀ wọn. Lójú òótọ́, ì bá ṣe pé mo rán ọ sí ọ̀dọ̀ wọn, wọn ì bá ti fetí sí ọ. Ṣùgbọ́n ilé Ísírẹ́lì kò ní fetí sí ọ; nítorí wọn kò ní fetí sí mi: nítorí gbogbo ilé Ísírẹ́lì ni wọ́n ní ojú líle àti ọkàn líle. Wò ó, mo ti mú ojú rẹ le lòdì sí ojú wọn, mo sì mú iwájú orí rẹ le lòdì sí iwájú orí wọn. Bí dàímọ́ndì tí ó le ju òkúta iná lọ ni mo ṣe mú iwájú orí rẹ le: má bẹ̀rù wọn, bẹ́ẹ̀ ni má ṣe yà á sílẹ̀ nítorí ìrísí wọn, bí ó tilẹ̀ jẹ́ pé ilé ọlọ̀tẹ̀ ni wọ́n. Esekiẹli 3:3–9.</w:t>
      </w:r>
    </w:p>
    <w:p>
      <w:pPr>
        <w:pStyle w:val="ArticleBody"/>
        <w:jc w:val="left"/>
      </w:pPr>
      <w:r>
        <w:rPr>
          <w:rFonts w:ascii="Times New Roman" w:hAnsi="Times New Roman" w:eastAsia="Times New Roman" w:cs="Times New Roman"/>
        </w:rPr>
        <w:t>A pàṣẹ fún Ìsíkíẹ́lì láti kéde ìránṣẹ́ kan sí àwọn ènìyàn májẹ̀mú àtijọ́ gẹ́gẹ́ bí wọ́n ti jẹ́ aṣojú nínú àwọn Pùrótẹ́sítàǹtì nínú ìtàn àwọn Mílléráìtì àti ìjọ Seventh-day Adventist ti Laodikea ní àwọn ọjọ́ ìkẹyìn. Bí ó bá kọ̀ láti kéde ìránṣẹ́ náà, ẹ̀jẹ̀ àwọn tí a fi sílẹ̀ láìkìlọ̀ yóò wà lára rẹ̀.</w:t>
      </w:r>
    </w:p>
    <w:p>
      <w:pPr>
        <w:pStyle w:val="ArticleScripture"/>
        <w:jc w:val="left"/>
      </w:pPr>
      <w:r>
        <w:rPr>
          <w:rFonts w:ascii="Times New Roman" w:hAnsi="Times New Roman" w:eastAsia="Times New Roman" w:cs="Times New Roman"/>
        </w:rPr>
        <w:t>Ọmọ ènìyàn, mo ti fi ọ jẹ́ olùṣọ́ sí ilé Israẹli: nítorí náà gbọ́ ọ̀rọ̀ láti ẹnu mi, kí o sì fi ìkìlọ̀ fún wọn láti ọ̀dọ̀ mi. Nígbà tí mo bá sọ fún ẹni búburú pé, Dájúdájú ìwọ yóò kú; tí ìwọ kò sì fi ìkìlọ̀ fún un, tàbí kí o sọ̀rọ̀ láti kìlọ̀ fún ẹni búburú náà kúrò ní ọ̀nà búburú rẹ̀, láti gba ẹ̀mí rẹ̀ là; ẹni búburú náà yóò kú nínú ẹ̀ṣẹ̀ rẹ̀; ṣùgbọ́n èmi yóò béèrè ẹ̀jẹ̀ rẹ̀ lọ́wọ́ rẹ. Ṣùgbọ́n bí ìwọ bá kìlọ̀ fún ẹni búburú, tí kò sì yí padà kúrò nínú ìwà búburú rẹ̀, tàbí kúrò ní ọ̀nà búburú rẹ̀, yóò kú nínú ẹ̀ṣẹ̀ rẹ̀; ṣùgbọ́n ìwọ ti gba ọkàn rẹ là. Pẹ̀lú, nígbà tí olódodo bá yí kúrò nínú òdodo rẹ̀, tí ó sì ṣe àìṣòdodo, tí èmi sì fi ohun ìkọ̀sẹ̀ síwájú rẹ̀, yóò kú: nítorí ìwọ kò fi ìkìlọ̀ fún un, yóò kú nínú ẹ̀ṣẹ̀ rẹ̀, a kì yóò sì rántí òdodo rẹ̀ tí ó ti ṣe; ṣùgbọ́n èmi yóò béèrè ẹ̀jẹ̀ rẹ̀ lọ́wọ́ rẹ. Síbẹ̀síbẹ̀ bí ìwọ bá kìlọ̀ fún olódodo, kí olódodo má bàa ṣẹ̀, tí kò sì ṣẹ̀, dájúdájú yóò yè, nítorí a ti kìlọ̀ fún un; ìwọ náà sì ti gba ọkàn rẹ là. Hesekieli 3:17–21.</w:t>
      </w:r>
    </w:p>
    <w:p>
      <w:pPr>
        <w:pStyle w:val="ArticleBody"/>
        <w:jc w:val="left"/>
      </w:pPr>
      <w:r>
        <w:rPr>
          <w:rFonts w:ascii="Times New Roman" w:hAnsi="Times New Roman" w:eastAsia="Times New Roman" w:cs="Times New Roman"/>
        </w:rPr>
        <w:t>Nínú “orí mọ́kànlá” àkọ́kọ́ ti Ìsíkíẹ́lì, a fi ìparun Jerúsálẹ́mù hàn án, gẹ́gẹ́ bí a ti ṣàlàyé rẹ̀ nípasẹ̀ àwọn ìran lẹ́gbẹ̀ẹ́ odò Kébárì, ní pẹ̀tẹ́lẹ̀ àti ní Jerúsálẹ́mù. A yàn án láti kéde ìkìlọ̀ kan nípa ìdájọ́ tí ń bọ̀ sórí Jerúsálẹ́mù. Ìhìn ìkìlọ̀ nípa ìdájọ́ tí ń bọ̀ sórí Jerúsálẹ́mù ni ìkìlọ̀ tí a kọ́kọ́ fi fún ìjọ Seventh-day Adventist ti Laodíṣíà. Ìkìlọ̀ náà ń tọ́ka sí ìdájọ́ àti ìkọ̀sílẹ̀ àwọn ènìyàn Ọlọ́run ní Jerúsálẹ́mù tí kò ní èdìdì Ọlọ́run. Ìkìlọ̀ tí a fi Ìsíkíẹ́lì ṣe àpẹẹrẹ rẹ̀ ni ìkìlọ̀ nípa òfin Sunday tí yóò dé láìpẹ́.</w:t>
      </w:r>
    </w:p>
    <w:p>
      <w:pPr>
        <w:pStyle w:val="ArticleBody"/>
        <w:jc w:val="left"/>
      </w:pPr>
      <w:r>
        <w:rPr>
          <w:rFonts w:ascii="Times New Roman" w:hAnsi="Times New Roman" w:eastAsia="Times New Roman" w:cs="Times New Roman"/>
        </w:rPr>
        <w:t>Nínú àwọn orí kíní mọ́kànlá wọ̀nyí níbi tí a ti gbé àwọn òtítọ́ wọ̀nyí kalẹ̀, a mú kí Ẹsẹkiẹli di adití-ọ̀rọ̀, kò sì tún sọ̀rọ̀ lẹ́yìn náà àfi nígbà tí Ọlọ́run bá ṣí ẹnu rẹ̀ ní pàtó; èyí sì ń bá a lọ títí dé ìparun Jerusalẹmu, nígbà náà ni ó tún lè sọ̀rọ̀.</w:t>
      </w:r>
    </w:p>
    <w:p>
      <w:pPr>
        <w:pStyle w:val="ArticleScripture"/>
        <w:jc w:val="left"/>
      </w:pPr>
      <w:r>
        <w:rPr>
          <w:rFonts w:ascii="Times New Roman" w:hAnsi="Times New Roman" w:eastAsia="Times New Roman" w:cs="Times New Roman"/>
        </w:rPr>
        <w:t>Nígbà náà ni Ẹ̀mí wọ inú mi, ó sì gbé mi dúró lórí ẹsẹ̀ mi, ó bá mi sọ̀rọ̀, ó sì wí fún mi pé, Lọ, ti ara rẹ mọ́lẹ̀ nínú ilé rẹ. Ṣùgbọ́n ìwọ, ọmọ ènìyàn, wò ó, wọn yóò fi ọ̀ràn dè ọ́, wọn yóò sì fi wọ́n so ọ́, ìwọ kì yóò sì jáde lọ láàrín wọn: Èmi yóò sì mú kí ahọ́n rẹ lẹ mọ́ àjà ẹnu rẹ, kí o lè di adití, kí o má sì ṣe jẹ́ olùbá wọn wí: nítorí wọ́n jẹ́ ilé ọlọ̀tẹ̀. Ṣùgbọ́n nígbà tí mo bá bá ọ sọ̀rọ̀, èmi yóò ṣí ẹnu rẹ, ìwọ yóò sì wí fún wọn pé, Báyìí ni Olúwa Ọlọ́run wí; Ẹni tí ó bá gbọ́, jẹ́ kí ó gbọ́; àti ẹni tí ó bá kọ̀, jẹ́ kí ó kọ̀: nítorí wọ́n jẹ́ ilé ọlọ̀tẹ̀. Esekiẹli 3:24–27.</w:t>
      </w:r>
    </w:p>
    <w:p>
      <w:pPr>
        <w:pStyle w:val="ArticleBody"/>
        <w:jc w:val="left"/>
      </w:pPr>
      <w:r>
        <w:rPr>
          <w:rFonts w:ascii="Times New Roman" w:hAnsi="Times New Roman" w:eastAsia="Times New Roman" w:cs="Times New Roman"/>
        </w:rPr>
        <w:t>Nígbà tí Jerusalẹmu ṣubú, Ẹsẹkiẹli tún lè sọ̀rọ̀ lẹ́ẹ̀kan sí i.</w:t>
      </w:r>
    </w:p>
    <w:p>
      <w:pPr>
        <w:pStyle w:val="ArticleScripture"/>
        <w:jc w:val="left"/>
      </w:pPr>
      <w:r>
        <w:rPr>
          <w:rFonts w:ascii="Times New Roman" w:hAnsi="Times New Roman" w:eastAsia="Times New Roman" w:cs="Times New Roman"/>
        </w:rPr>
        <w:t>Ó sì ṣẹ ní ọdún kejìlá ìgbèkùn wa, ní oṣù kẹwàá, ní ọjọ́ karùn-ún oṣù náà, pé ẹni kan tí ó sá bọ́ kúrò ní Jerusalẹmu wá sọ́dọ̀ mi, ó ní, A ti lu ìlú náà. Ní ìrọ̀lẹ́ sì ni ọwọ́ Olúwa wà lórí mi kí ẹni tí ó sá bọ́ náà tó dé; ó sì ti la ẹnu mi sílẹ̀ títí ó fi tọ̀ mí wá ní òwúrọ̀; a sì la ẹnu mi sílẹ̀, èmi kò sì yà mọ́. Hesekieli 33:21, 22.</w:t>
      </w:r>
    </w:p>
    <w:p>
      <w:pPr>
        <w:pStyle w:val="ArticleBody"/>
        <w:jc w:val="left"/>
      </w:pPr>
      <w:r>
        <w:rPr>
          <w:rFonts w:ascii="Times New Roman" w:hAnsi="Times New Roman" w:eastAsia="Times New Roman" w:cs="Times New Roman"/>
        </w:rPr>
        <w:t>Ìṣubú Jerúsálẹ́mù dúró fún ìṣubú ìjọ Seventh-day Adventist ti Laodicea ní àwọn ọjọ́ ìkẹyìn. Ìṣubú náà ń ṣẹlẹ̀ nígbà tí àwọn tí a ti fi èdìdì dì ní Jerúsálẹ́mù nínú orí kẹ́sàn-án ni a sì gbé sókè gẹ́gẹ́ bí ìjọ ajẹ́gun. A mú àwọn ti Laodicea tí ó wà nínú Jerúsálẹ́mù kúrò, a sì gbé ẹgbẹ̀rún ọgọ́rùn-ún mẹ́rìnlélógójì sókè bí a ti ń fi ìjọba ògo múlẹ̀. Ìjọba ògo náà ni a fi hàn ní àpẹẹrẹ ṣáájú nípasẹ̀ ìdásílẹ̀ ìjọba oore-ọ̀fé ní orí àgbélébùú. Ìjọba oore-ọ̀fé ní orí àgbélébùú bá ìjọba ògo mu ní àkókò òfin Ọjọ́-Àìkú, a sì fi àwọn ìjọba méjèèjì wọ inú ìtẹ̀síwájú ìtàn àsọtẹ́lẹ̀ tí ó wà nínú ìwé Ẹsikẹ́lì. Àwọn orí kìn-ín-ní dé kọkànlá, nígbà tí a bá fi Ẹsikẹ́lì sí inú àyíká ibi mímọ́, jẹ́ nípa ìwẹ̀nùmọ́ ìjọ Ọlọ́run bí àwọn ènìyàn Rẹ̀ ṣe ń yípadà láti inú ìjọ jagunjagun, èyí tí a túmọ̀ sí gẹ́gẹ́ bí èyí tí ó jẹ́ àkópọ̀ alíkámà àti èpò búburú, sí inú ìjọ ajẹ́gun, èyí tí a fi ọrẹ alíkámà ti Pẹntikosti ṣe.</w:t>
      </w:r>
    </w:p>
    <w:p>
      <w:pPr>
        <w:pStyle w:val="ArticleScripture"/>
        <w:jc w:val="left"/>
      </w:pPr>
      <w:r>
        <w:rPr>
          <w:rFonts w:ascii="Times New Roman" w:hAnsi="Times New Roman" w:eastAsia="Times New Roman" w:cs="Times New Roman"/>
        </w:rPr>
        <w:t>Ìwọ sì, ìwọ aláìmọ́, ọmọ-aládé búburú Ísírẹ́lì, ẹni tí ọjọ́ rẹ̀ ti dé, nígbà tí ẹ̀ṣẹ̀ yóò dé òpin, báyìí ni Olúwa Ọlọ́run wí; Yọ adé-ìbọ̀rí náà kúrò, kí o sì bọ adé náà: èyí kì yóò sì rí bẹ́ẹ̀ mọ́: gbé ẹni tí ó wà nípò kẹ̀kẹ́ ga, sì rẹ ẹni tí ó wà nípò gíga sílẹ̀. Èmi yóò sì yi i palẹ̀, yi i palẹ̀, yi i palẹ̀: kì yóò sì sí mọ́, títí ẹni tí ó ní ẹ̀tọ́ sí i yóò fi dé; èmi yóò sì fi í fún un. Ìsíkíẹ́lì 21:25–27.</w:t>
      </w:r>
    </w:p>
    <w:p>
      <w:pPr>
        <w:pStyle w:val="ArticleBody"/>
        <w:jc w:val="left"/>
      </w:pPr>
      <w:r>
        <w:rPr>
          <w:rFonts w:ascii="Times New Roman" w:hAnsi="Times New Roman" w:eastAsia="Times New Roman" w:cs="Times New Roman"/>
        </w:rPr>
        <w:t>Sedekiah ni ọba ikẹhin Juda, òun sì ni “ọmọ-aládé búburú Israẹli, ẹni tí ọjọ́ rẹ̀ dé” nínú àwọn ẹsẹ̀ náà. Nebukadinésari ti fẹ́ gba Jerusalẹmu, a sì máa yọ adé Sedekiah kúrò lọ́wọ́ Bábílónì, ẹni tí àwọn Mẹdi àti àwọn Pérsia yóò sì borí, tí àwọn ará Gíríìkì yóò sì borí lẹ́yìn wọn, tí Róòmù yóò sì borí. Ìyípadà ìṣubú kẹta náà dé sí Róòmù, èyí tí í ṣe ìtàn ìgbà tí Ọba náà “ẹni tí ó ní ẹ̀tọ́ sí i” yóò gba adé ìjọba oore-ọ̀fé nígbà ìdásílẹ̀ ìjọba náà lórí àgbélébùú.</w:t>
      </w:r>
    </w:p>
    <w:p>
      <w:pPr>
        <w:pStyle w:val="ArticleScripture"/>
        <w:jc w:val="left"/>
      </w:pPr>
      <w:r>
        <w:rPr>
          <w:rFonts w:ascii="Times New Roman" w:hAnsi="Times New Roman" w:eastAsia="Times New Roman" w:cs="Times New Roman"/>
        </w:rPr>
        <w:t>“Sí ‘aláìmọ́, ọmọ-aládé búburú’ ni ọjọ́ ìdájọ́ ìkẹyìn ti dé. ‘Yọ adé alùfáà náà kúrò,’ ni Olúwa pàṣẹ, ‘kí o sì bọ adé ọba náà kúrò.’ Kì í ṣe títí di ìgbà tí Kristi tìkára Rẹ̀ yóò fi gbé ìjọba Rẹ̀ kalẹ̀ ni a ó tún jẹ́ kí Júdà ní ọba. ‘Èmi yóò yi i palẹ̀, yi i palẹ̀, yi i palẹ̀,’ ni àṣẹ ọ̀run nípa itẹ́ ilé Dáfídì; ‘kò sì ní sí mọ́, títí Ẹni tí ó ní ẹ̀tọ́ sí i yóò fi dé; èmi yóò sì fi í fún Un.’ Esekiẹli 21:25–27.” Àwọn Wòlíì àti Àwọn Ọba, 451.</w:t>
      </w:r>
    </w:p>
    <w:p>
      <w:pPr>
        <w:pStyle w:val="ArticleBody"/>
        <w:jc w:val="left"/>
      </w:pPr>
      <w:r>
        <w:rPr>
          <w:rFonts w:ascii="Times New Roman" w:hAnsi="Times New Roman" w:eastAsia="Times New Roman" w:cs="Times New Roman"/>
        </w:rPr>
        <w:t>Ní àkókò òjò ìkẹyìn, èyí tí ó bẹ̀rẹ̀ nígbà tí ìdájọ́ àwọn alààyè bẹ̀rẹ̀ ní 9/11, Kristi gbé ìjọba ògo rẹ̀ kalẹ̀.</w:t>
      </w:r>
    </w:p>
    <w:p>
      <w:pPr>
        <w:pStyle w:val="ArticleScripture"/>
        <w:jc w:val="left"/>
      </w:pPr>
      <w:r>
        <w:rPr>
          <w:rFonts w:ascii="Times New Roman" w:hAnsi="Times New Roman" w:eastAsia="Times New Roman" w:cs="Times New Roman"/>
        </w:rPr>
        <w:t>“Nígbà tí àwọn áńgẹ́lì mẹ́rin bá tú ọwọ́ sílẹ̀, Kristi yóò gbé ìjọba Rẹ̀ kalẹ̀.” Spalding and Magan, 3.</w:t>
      </w:r>
    </w:p>
    <w:p>
      <w:pPr>
        <w:pStyle w:val="ArticleBody"/>
        <w:jc w:val="left"/>
      </w:pPr>
      <w:r>
        <w:rPr>
          <w:rFonts w:ascii="Times New Roman" w:hAnsi="Times New Roman" w:eastAsia="Times New Roman" w:cs="Times New Roman"/>
        </w:rPr>
        <w:t>Àkókò ìmúrasílẹ̀ bẹ̀rẹ̀ ní 9/11, àti ní òfin Ọjọ́ Àìkú ni a gbé òkè mímọ́ ológo náà ga ju gbogbo àwọn òkè kéékèèké àti àwọn òkè ńlá lọ.</w:t>
      </w:r>
    </w:p>
    <w:p>
      <w:pPr>
        <w:pStyle w:val="ArticleScripture"/>
        <w:jc w:val="left"/>
      </w:pPr>
      <w:r>
        <w:rPr>
          <w:rFonts w:ascii="Times New Roman" w:hAnsi="Times New Roman" w:eastAsia="Times New Roman" w:cs="Times New Roman"/>
        </w:rPr>
        <w:t>Ọ̀rọ̀ tí Isaiah ọmọ Amoz rí nípa Juda àti Jerusalẹmu. Yóò sì ṣẹlẹ̀ ní àwọn ọjọ́ ìkẹyìn, pé òkè ilé Olúwa ni a ó fi múlẹ̀ lórí orí àwọn òkè, a ó sì gbé e ga ju àwọn òkè kékeré lọ; gbogbo orílẹ̀-èdè yóò sì ṣàn wá sí i. Ọ̀pọ̀ ènìyàn yóò sì lọ, wọn yóò sì wí pé, Ẹ wá, ẹ jẹ́ kí a gòkè lọ sí òkè Olúwa, sí ilé Ọlọ́run Jakọbu; yóò sì kọ́ wa nípa ọ̀nà rẹ̀, a ó sì máa rìn ní ipa ọ̀nà rẹ̀: nítorí láti Sioni ni òfin yóò ti jáde, àti ọ̀rọ̀ Olúwa láti Jerusalẹmu. Isaiah 2:1–3.</w:t>
      </w:r>
    </w:p>
    <w:p>
      <w:pPr>
        <w:pStyle w:val="ArticleBody"/>
        <w:jc w:val="left"/>
      </w:pPr>
      <w:r>
        <w:rPr>
          <w:rFonts w:ascii="Times New Roman" w:hAnsi="Times New Roman" w:eastAsia="Times New Roman" w:cs="Times New Roman"/>
        </w:rPr>
        <w:t>Ní 9/11 ni a tú àwọn ẹ̀fúùfù sílẹ̀, lẹ́yìn náà ni a sì fà wọ́n sẹ́yìn; nípa bẹ́ẹ̀ ni a fi samisi ìbẹ̀rẹ̀ ìdásílẹ̀ ìjọba Dáníẹ́lì méjì, èyí tí a ṣàpẹẹrẹ rẹ̀ gẹ́gẹ́ bí òkúta kan tí a gé jáde kúrò nínú òkè, tí ó sì kún gbogbo ayé.</w:t>
      </w:r>
    </w:p>
    <w:p>
      <w:pPr>
        <w:pStyle w:val="ArticleScripture"/>
        <w:jc w:val="left"/>
      </w:pPr>
      <w:r>
        <w:rPr>
          <w:rFonts w:ascii="Times New Roman" w:hAnsi="Times New Roman" w:eastAsia="Times New Roman" w:cs="Times New Roman"/>
        </w:rPr>
        <w:t>“A fi ìran yìí hàn ní ọdún 1847 nígbà tí ó jẹ́ pé díẹ̀ gan-an nínú àwọn ará Advent ni wọ́n ń pa ọjọ́ ìsinmi Sábáàtì mọ́, àti nínú àwọn wọ̀nyí díẹ̀ péré ni wọ́n rò pé pípa a mọ́ ní ìtóbi tó tó láti fa ìlà ìyàtọ̀ sílẹ̀ láàárín àwọn ènìyàn Ọlọ́run àti àwọn aláìgbàgbọ́. Ní báyìí, ìmúṣẹ ìran náà ti ń bẹ̀rẹ̀ sí í farahàn. ‘Ìbẹ̀rẹ̀ àkókò ìpọ́njú náà,’ tí a mẹ́nu kàn níbí, kò tọ́ka sí àkókò tí àwọn àjàkálẹ̀-àrùn yóò bẹ̀rẹ̀ sí í tú jáde, bí kò ṣe sí àkókò kúkúrú kan díẹ̀ ṣáájú kí a tó tú wọn jáde, nígbà tí Kristi wà nínú ibi mímọ́. Ní àkókò náà, nígbà tí iṣẹ́ ìgbàlà ń dé òpin, ìpọ́njú yóò máa dé sórí ayé, àwọn orílẹ̀-èdè yóò sì bínú, síbẹ̀ a ó di wọ́n mú kí wọ́n má bàa lè dí iṣẹ́ áńgẹ́lì kẹta náà lọ́wọ́. Ní àkókò náà ni ‘òjò àkẹ́yìn,’ tàbí ìtútù láti iwájú Olúwa, yóò dé, láti fi agbára fún ohùn ńlá ti áńgẹ́lì kẹta náà, àti láti pèsè àwọn ẹni mímọ́ sílẹ̀ láti dúró ní àkókò tí a ó tú àwọn àjàkálẹ̀-àrùn méje ìkẹyìn náà jáde.” Early Writings, 85.</w:t>
      </w:r>
    </w:p>
    <w:p>
      <w:pPr>
        <w:pStyle w:val="ArticleBody"/>
        <w:jc w:val="left"/>
      </w:pPr>
      <w:r>
        <w:rPr>
          <w:rFonts w:ascii="Times New Roman" w:hAnsi="Times New Roman" w:eastAsia="Times New Roman" w:cs="Times New Roman"/>
        </w:rPr>
        <w:t>Kristi ń gbé ìjọba Rẹ̀ tí ó wà láéláé kalẹ̀ ní àkókò òjò ìkẹyìn, ìjọba Rẹ̀ sì ní inú rẹ̀ ìjọba oore-ọ̀fẹ́ tí a fi ìdí rẹ̀ múlẹ̀ lórí àgbélébùú, bẹ́ẹ̀ pẹ̀lú ìjọba ògo Rẹ̀ ní òfin Ọjọ́-Àìkú. Sedekiah sí Babiloni (ìjọba àkọ́kọ́), sí Medo-Persia (ìjọba kejì), sí Gíríìsì (ìjọba kẹta), àti títí dé Romu keferi (ìjọba kẹrin), ń fi ìtàn tí ó ṣáájú ìjọba oore-ọ̀fẹ́ hàn. Ìtàn náà ń fi àtẹ̀lé ìtàn kan tí ó jọra hàn láti Romu Pápá (Babiloni ti ẹ̀mí, ìjọba karùn-ún), sí Orílẹ̀-Èdè Amẹ́ríkà (Medo-Persia ti ẹ̀mí, ìjọba kẹfà), sí Àjọ Ìṣọ̀kan Àgbáyé (Gíríìsì ti ẹ̀mí, ìjọba keje), àti títí dé ìṣọ̀kan mẹ́ta ti dragoni, ẹranko náà, àti wòlíì èké, tí gbogbo wọn jọ ṣe Romu òde-òní (Romu ti ẹ̀mí, ìjọba kẹjọ tí ó jẹ́ ti àwọn méje).</w:t>
      </w:r>
    </w:p>
    <w:p>
      <w:pPr>
        <w:pStyle w:val="ArticleBody"/>
        <w:jc w:val="left"/>
      </w:pPr>
      <w:r>
        <w:rPr>
          <w:rFonts w:ascii="Times New Roman" w:hAnsi="Times New Roman" w:eastAsia="Times New Roman" w:cs="Times New Roman"/>
        </w:rPr>
        <w:t>Ìṣẹ́gun ìjọba náà nínú Dáníẹ́lì méjì ni a fi àpáta ṣàfihàn, àwọn olóòótọ́ Ọlọ́run sì jẹ́ òkúta nínú tẹ́ńpìlì náà.</w:t>
      </w:r>
    </w:p>
    <w:p>
      <w:pPr>
        <w:pStyle w:val="ArticleScripture"/>
        <w:jc w:val="left"/>
      </w:pPr>
      <w:r>
        <w:rPr>
          <w:rFonts w:ascii="Times New Roman" w:hAnsi="Times New Roman" w:eastAsia="Times New Roman" w:cs="Times New Roman"/>
        </w:rPr>
        <w:t>Ẹ̀yin pẹ̀lú, gẹ́gẹ́ bí àwọn òkúta alààyè, a ń kọ́ yín jọ sí ilé ẹ̀mí, sí ìjọ àlùfáà mímọ́, láti máa rú àwọn ẹbọ ẹ̀mí sókè, tí ó ṣe ìtẹ́wọ́gbà lọ́dọ̀ Ọlọ́run nípasẹ̀ Jésù Kristi. 1 Peteru 2:5.</w:t>
      </w:r>
    </w:p>
    <w:p>
      <w:pPr>
        <w:pStyle w:val="ArticleBody"/>
        <w:jc w:val="left"/>
      </w:pPr>
      <w:r>
        <w:rPr>
          <w:rFonts w:ascii="Times New Roman" w:hAnsi="Times New Roman" w:eastAsia="Times New Roman" w:cs="Times New Roman"/>
        </w:rPr>
        <w:t>Ìyẹn ni ayérayé, ó ṣẹ́gun àwọn ìjọba ayé, ó sì kún gbogbo ayé. Nínú Ìwé Ìsíkíẹ́lì orí ogójì títí dé òpin ìwé rẹ̀, a tún fi ìjọba kan náà hàn gẹ́gẹ́ bí tẹ́ńpìlì kan tí ó fi omi ìyè kún gbogbo ayé.</w:t>
      </w:r>
    </w:p>
    <w:p>
      <w:pPr>
        <w:pStyle w:val="ArticleBody"/>
        <w:jc w:val="left"/>
      </w:pPr>
      <w:r>
        <w:rPr>
          <w:rFonts w:ascii="Times New Roman" w:hAnsi="Times New Roman" w:eastAsia="Times New Roman" w:cs="Times New Roman"/>
        </w:rPr>
        <w:t>A ó tẹ̀síwájú pẹ̀lú àwọn nǹkan wọ̀nyí nínú àpilẹ̀kọ tí ó kàn.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Àṣírí ti Ẹsẹ̀ Kẹ́rìnlélógójì — Nọ́mbà Ogun-mẹ́ta</dc:title>
  <dc:subject>Hesekieli Nọ́mbà Kẹrin</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