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Ìtàn Àṣírí ti Ẹsẹ̀ Kẹ́rìnlélógójì — Nọ́mbà Márùn-ún-dín-lógún</w:t>
      </w:r>
    </w:p>
    <w:p>
      <w:pPr>
        <w:pStyle w:val="ArticleSubtitle"/>
        <w:jc w:val="left"/>
      </w:pPr>
      <w:r>
        <w:rPr>
          <w:rFonts w:ascii="Arial" w:hAnsi="Arial" w:eastAsia="Arial" w:cs="Arial"/>
        </w:rPr>
        <w:t>Èsíkíẹ́lì Nọ́mbà Mẹ́fà</w:t>
      </w:r>
    </w:p>
    <w:p>
      <w:pPr>
        <w:pStyle w:val="ArticleByline"/>
        <w:jc w:val="left"/>
      </w:pPr>
      <w:r>
        <w:rPr>
          <w:rFonts w:ascii="Arial" w:hAnsi="Arial" w:eastAsia="Arial" w:cs="Arial"/>
        </w:rPr>
        <w:t>Jeff Pippenger</w:t>
      </w:r>
    </w:p>
    <w:p>
      <w:pPr>
        <w:pStyle w:val="ArticleDate"/>
        <w:jc w:val="left"/>
      </w:pPr>
      <w:r>
        <w:rPr>
          <w:rFonts w:ascii="Arial" w:hAnsi="Arial" w:eastAsia="Arial" w:cs="Arial"/>
        </w:rPr>
        <w:t>2026-08-11</w:t>
      </w:r>
    </w:p>
    <w:p>
      <w:pPr>
        <w:pStyle w:val="ArticleBody"/>
        <w:jc w:val="left"/>
      </w:pPr>
      <w:r>
        <w:rPr>
          <w:rFonts w:ascii="Times New Roman" w:hAnsi="Times New Roman" w:eastAsia="Times New Roman" w:cs="Times New Roman"/>
        </w:rPr>
        <w:t>Mo ti ń fa láti inú àyọkà kan nínú Testimonies tí ó pèsè onírúurú ìlà òtítọ́ ní ìbáṣepọ̀ pẹ̀lú ìrírí Hesekieli, Isaiah àti Johanu nínú ibi mímọ́. Johanu yí padà láti rí ohùn kan lẹ́yìn rẹ̀ nínú Ìfihàn orí kìíní.</w:t>
      </w:r>
    </w:p>
    <w:p>
      <w:pPr>
        <w:pStyle w:val="ArticleScripture"/>
        <w:jc w:val="left"/>
      </w:pPr>
      <w:r>
        <w:rPr>
          <w:rFonts w:ascii="Times New Roman" w:hAnsi="Times New Roman" w:eastAsia="Times New Roman" w:cs="Times New Roman"/>
        </w:rPr>
        <w:t>Mo wà nínú Ẹ̀mí ní ọjọ́ Olúwa, mo sì gbọ́ lẹ́yìn mi ohùn ńlá kan, bí ti ìpè, tí ó ń wí pé, Èmi ni Alfa àti Omega, ẹni àkọ́kọ́ àti ẹni ìkẹyìn: àti pé, Ohun tí ìwọ bá rí, kọ ọ sínú ìwé kan, kí o sì rán án sí àwọn ìjọ méje tí ó wà ní Ásíà; sí Éfésù, àti sí Simírínà, àti sí Pẹgámù, àti sí Tiatírà, àti sí Sádísì, àti sí Filadẹ́lfíà, àti sí Laodíkíà. Mo sì yípadà láti wo ohùn tí ó bá mi sọ̀rọ̀. Nígbà tí mo sì yípadà, mo rí ọ̀pá-ìtẹ́lì wúrà méje. Ìfihàn 1:10–12.</w:t>
      </w:r>
    </w:p>
    <w:p>
      <w:pPr>
        <w:pStyle w:val="ArticleBody"/>
        <w:jc w:val="left"/>
      </w:pPr>
      <w:r>
        <w:rPr>
          <w:rFonts w:ascii="Times New Roman" w:hAnsi="Times New Roman" w:eastAsia="Times New Roman" w:cs="Times New Roman"/>
        </w:rPr>
        <w:t>Láti erékùṣù Pátímọ̀, àti lẹ́yìn náà sí inú ibi mímọ́ ti ọ̀run, níbi tí Jòhánù ti rí ìran Kristi náà tí Sister White sọ fún wa nípa rẹ̀, ni ìran kan náà tí Dáníẹ́lì rí ní orí kẹwàá ti ìwé rẹ̀.</w:t>
      </w:r>
    </w:p>
    <w:p>
      <w:pPr>
        <w:pStyle w:val="ArticleScripture"/>
        <w:jc w:val="left"/>
      </w:pPr>
      <w:r>
        <w:rPr>
          <w:rFonts w:ascii="Times New Roman" w:hAnsi="Times New Roman" w:eastAsia="Times New Roman" w:cs="Times New Roman"/>
        </w:rPr>
        <w:t>“‘Ní ọjọ́ wọ̀nyẹn èmi Dáníẹ́lì ń ṣọ̀fọ̀ fún ọ̀sẹ̀ mẹ́ta pípé. Èmi kò jẹ oúnjẹ aládùn, bẹ́ẹ̀ ni ẹran tàbí wáìnì kò wọ ẹnu mi, bẹ́ẹ̀ ni èmi kò fi òróró kun ara mi rárá.... Nígbà náà ni mo gbé ojú mi sókè, mo sì wò ó, sì kíyèsí i pé, wò ó, ọkùnrin kan wà tí a fi aṣọ ọ̀gbọ̀ wọ̀, ẹgbẹ́-ikun rẹ̀ sì di mọ́ ọn pẹ̀lú wúrà dáradára ti Úfásì. Ara rẹ̀ pẹ̀lú dàbí bérílì, ojú rẹ̀ sì rí bí ìránṣẹ́ mànàmáná, ojú rẹ̀ méjèèjì sì dàbí fìtílà iná, apá rẹ̀ àti ẹsẹ̀ rẹ̀ sì dàbí bàbà tí a ti dán mọ́, ohùn ọ̀rọ̀ rẹ̀ sì dàbí ohùn ọ̀pọ̀ ènìyàn’ (Dáníẹ́lì 10:2–6).”</w:t>
      </w:r>
    </w:p>
    <w:p>
      <w:pPr>
        <w:pStyle w:val="ArticleScripture"/>
        <w:jc w:val="left"/>
      </w:pPr>
      <w:r>
        <w:rPr>
          <w:rFonts w:ascii="Times New Roman" w:hAnsi="Times New Roman" w:eastAsia="Times New Roman" w:cs="Times New Roman"/>
        </w:rPr>
        <w:t>“Àpèjúwe yìí jọ èyí tí Johanu fún wa nígbà tí a fi Kristi hàn án lórí Erékùṣù Patmosi. Kì í ṣe ẹni kékeré ju Ọmọ Ọlọ́run lọ ni ó farahàn sí Danieli. Olúwa wa wá pẹ̀lú ojiṣẹ́ ọ̀run míràn láti kọ́ Danieli ní ohun tí yóò ṣẹlẹ̀ ní ọjọ́ ìkẹyìn.” Sanctified Life, 49.</w:t>
      </w:r>
    </w:p>
    <w:p>
      <w:pPr>
        <w:pStyle w:val="ArticleBody"/>
        <w:jc w:val="left"/>
      </w:pPr>
      <w:r>
        <w:rPr>
          <w:rFonts w:ascii="Times New Roman" w:hAnsi="Times New Roman" w:eastAsia="Times New Roman" w:cs="Times New Roman"/>
        </w:rPr>
        <w:t>Àwọn ẹsẹ̀ mẹ́sàn-án àkọ́kọ́ fi hàn bí Ìfihàn Jesu Kristi ṣe ń tú sílẹ̀ díẹ̀díẹ̀ ní ìṣúraájú ìparí àkókò àánú fún ẹ̀dá ènìyàn. A fi ìfihàn náà fún Jesu láti ọ̀dọ̀ Ọlọ́run, ẹni tí ó sì fi í fún Gébúrẹ́lì, ẹni tí ó sì fi í fún Johanu pẹ̀lú iṣẹ́ àyànfúnni kí Johanu lè rán ọ̀rọ̀ náà sí àwọn ìjọ méje. Isaiah gba iṣẹ́ àyànfúnni rẹ̀ láti ṣe bẹ́ẹ̀ gan-an ní orí kẹfà, Ẹsekieli sì gba àṣẹ kan náà ní orí kejì àti kẹta. Johanu jẹ́ ẹlẹ́wọ̀n nígbà tí ó gba iṣẹ́ àyànfúnni rẹ̀, Ẹsekieli àti Daniẹli sì jẹ́ ìgbèkùn ní Babiloni, Isaiah sì ń gbé láàárín ìtàn Ahasi, ọba búburú Juda.</w:t>
      </w:r>
    </w:p>
    <w:p>
      <w:pPr>
        <w:pStyle w:val="ArticleScripture"/>
        <w:jc w:val="left"/>
      </w:pPr>
      <w:r>
        <w:rPr>
          <w:rFonts w:ascii="Times New Roman" w:hAnsi="Times New Roman" w:eastAsia="Times New Roman" w:cs="Times New Roman"/>
        </w:rPr>
        <w:t>“Àwọn àgbá kẹ̀kẹ́ wà nínú àwọn àgbá kẹ̀kẹ́ ní ìtòlẹ́sẹẹsẹ kan tí ó díjú tó bẹ́ẹ̀ gẹ́gẹ́ bíi pé ní ìwòye àkọ́kọ́ wọ́n dà bí ẹni pé gbogbo wọn wà nínú ìrúkèrúdò fún Ìsíkíẹ́lì. Ṣùgbọ́n nígbà tí wọ́n ń rìn, ó jẹ́ pẹ̀lú ìpéye ẹlẹ́wà, àti ní ìbámu pípé. Àwọn ẹ̀dá ọ̀run ni ń dari àwọn àgbá kẹ̀kẹ́ wọ̀nyí, àti lókè gbogbo rẹ̀, lórí ìtẹ́ safáyà ológo náà, ni Ẹni Àìnípẹ̀kun wà; nígbà tí, yí i ká ìtẹ́ náà, ni òjò àwọ̀ tí ó yí i ká, àmì oore-ọ̀fẹ́ àti ìfẹ́, wà. Ní fífi ògo ẹlẹ́rùjẹ̀jẹ̀ ti ìran náà borí i, Ìsíkíẹ́lì dojúbolẹ̀, nígbà náà ni ohùn kan pàṣẹ fún un láti dìde kí ó sì gbọ́ ọ̀rọ̀ Olúwa. Nígbà náà ni a fi ìránṣẹ́ ìkìlọ̀ kan fún un fún Ísírẹ́lì.” Testimonies, 751.</w:t>
      </w:r>
    </w:p>
    <w:p>
      <w:pPr>
        <w:pStyle w:val="ArticleScripture"/>
        <w:jc w:val="left"/>
      </w:pPr>
      <w:r>
        <w:rPr>
          <w:rFonts w:ascii="Times New Roman" w:hAnsi="Times New Roman" w:eastAsia="Times New Roman" w:cs="Times New Roman"/>
        </w:rPr>
        <w:t>Pẹ̀lú èyí, mo sì gbọ́ ohùn Olúwa, tí ń wí pé, Ta ni èmi yóò rán, ta ni yóò sì lọ fún wa? Nígbà náà ni mo wí pé, Èmi nìyí; rán mi. Isaiah 6:8.</w:t>
      </w:r>
    </w:p>
    <w:p>
      <w:pPr>
        <w:pStyle w:val="ArticleScripture"/>
        <w:jc w:val="left"/>
      </w:pPr>
      <w:r>
        <w:rPr>
          <w:rFonts w:ascii="Times New Roman" w:hAnsi="Times New Roman" w:eastAsia="Times New Roman" w:cs="Times New Roman"/>
        </w:rPr>
        <w:t>“A fi ìran yìí fún Ìsíkíẹ́lì ní àkókò kan tí ọkàn rẹ̀ kún fún ìrònú ìbànújẹ́ tí ń sọ̀rọ̀ ibi tí ń bọ̀. Ó rí ilẹ̀ àwọn baba rẹ̀ ní ìparun...”</w:t>
      </w:r>
    </w:p>
    <w:p>
      <w:pPr>
        <w:pStyle w:val="ArticleScripture"/>
        <w:jc w:val="left"/>
      </w:pPr>
      <w:r>
        <w:rPr>
          <w:rFonts w:ascii="Times New Roman" w:hAnsi="Times New Roman" w:eastAsia="Times New Roman" w:cs="Times New Roman"/>
        </w:rPr>
        <w:t>“Bẹ́ẹ̀ gẹ́gẹ́, nígbà tí Ọlọ́run fẹ́ ṣí ìtàn ìjọ fún àwọn àkókò tí ń bọ̀ sílẹ̀ fún Johanu olùfẹ́ náà, Ó fi ìdánilójú ìfẹ́ àti ìtọ́jú Olùgbàlà sí àwọn ènìyàn Rẹ̀ hàn án nípa fífi ẹni kan hàn án, ‘Ẹni tí ó dàbí Ọmọ ènìyàn,’ tí ń rìn láàárín àwọn ọ̀pá fìtílà, tí wọ́n ṣàpẹẹrẹ àwọn ìjọ méje. …”</w:t>
      </w:r>
    </w:p>
    <w:p>
      <w:pPr>
        <w:pStyle w:val="ArticleScripture"/>
        <w:jc w:val="left"/>
      </w:pPr>
      <w:r>
        <w:rPr>
          <w:rFonts w:ascii="Times New Roman" w:hAnsi="Times New Roman" w:eastAsia="Times New Roman" w:cs="Times New Roman"/>
        </w:rPr>
        <w:t>“Àwọn ẹ̀kọ́ wọ̀nyí jẹ́ fún àǹfààní wa. A nílò láti fi ìgbàgbọ́ wa dúró lé Ọlọ́run, nítorí pé àsìkò kan wà níwájú wa lẹ́sẹ̀kẹsẹ̀ tí yóò dán ọkàn ènìyàn wò. …”</w:t>
      </w:r>
    </w:p>
    <w:p>
      <w:pPr>
        <w:pStyle w:val="ArticleScripture"/>
        <w:jc w:val="left"/>
      </w:pPr>
      <w:r>
        <w:rPr>
          <w:rFonts w:ascii="Times New Roman" w:hAnsi="Times New Roman" w:eastAsia="Times New Roman" w:cs="Times New Roman"/>
        </w:rPr>
        <w:t>“A dúró lórí ẹnu-ọ̀nà àwọn ìṣẹ̀lẹ̀ ńlá àti mímúra-ẹ̀rù. Àsọtẹ́lẹ̀ ń ṣẹ ní kánkán. Olúwa wà lẹ́nu-ọ̀nà. Kò ní pẹ́ kí àkókò kan tí ó kún fún ìfẹ́hónúhàn tó lágbára sí gbogbo alààyè ṣí síwájú wa. Àwọn ìjàmbá ọ̀ràn ìgbà àtijọ́ yóò tún jí dìde; àwọn ìjàmbá ọ̀ràn tuntun yóò sì dìde. Àwọn ìṣẹ̀lẹ̀ tí a óò ṣe ní ayé wa kò tíì wọ inú àlá ẹnikẹ́ni. Satani ń ṣiṣẹ́ nípasẹ̀ àwọn ohun èlò ènìyàn. Àwọn tí ń sapá láti yí Orílẹ̀-èdè náà padà, kí wọ́n sì rí òfin kan tí yóò fi ipa mú ìṣọ́ Ọjọ́-Àìkú, kò fi béẹ̀ mọ ohun tí abajade rẹ̀ yóò jẹ́. Ìpẹ̀yà kan ti fẹ́rẹ̀ dé bá wa.”</w:t>
      </w:r>
    </w:p>
    <w:p>
      <w:pPr>
        <w:pStyle w:val="ArticleScripture"/>
        <w:jc w:val="left"/>
      </w:pPr>
      <w:r>
        <w:rPr>
          <w:rFonts w:ascii="Times New Roman" w:hAnsi="Times New Roman" w:eastAsia="Times New Roman" w:cs="Times New Roman"/>
        </w:rPr>
        <w:t>“Ṣùgbọ́n àwọn ìránṣẹ́ Ọlọ́run kò gbọdọ̀ gbẹ́kẹ̀lé ara wọn nínú ìpọnjú ńlá yìí. Nínú àwọn ìran tí a fi fún Isaiah, fún Ezekiel, àti fún John ni a ti rí bí ọ̀run ṣe ní ìbáṣepọ̀ tímọ́tímọ́ pẹ̀lú àwọn ìṣẹ̀lẹ̀ tí ń ṣẹlẹ̀ lórí ilẹ̀ ayé, àti bí ìtọ́jú Ọlọ́run ṣe tóbi tó fún àwọn tí wọ́n jẹ́ olóòótọ́ sí I. Ayé kò sí láì ní Alákóso. Ètò àwọn ìṣẹ̀lẹ̀ tí ń bọ̀ wà ní ọwọ́ Olúwa. Ọláńlá ọ̀run ní ayànmọ́ àwọn orílẹ̀-èdè, pẹ̀lú àwọn ohun tí ó kan ìjọ Rẹ̀, lábẹ́ àbójútó Tire fúnra Rẹ̀. …”</w:t>
      </w:r>
    </w:p>
    <w:p>
      <w:pPr>
        <w:pStyle w:val="ArticleScripture"/>
        <w:jc w:val="left"/>
      </w:pPr>
      <w:r>
        <w:rPr>
          <w:rFonts w:ascii="Times New Roman" w:hAnsi="Times New Roman" w:eastAsia="Times New Roman" w:cs="Times New Roman"/>
        </w:rPr>
        <w:t>“Nínú ìran Ìsíkíẹ́lì, Ọlọ́run ní ọwọ́ Rẹ̀ lábẹ́ ìyẹ́ àwọn kérúbù. Èyí jẹ́ láti kọ́ àwọn ìránṣẹ́ Rẹ̀ pé agbára àtọ̀runwá ni ó ń fún wọn ní àṣeyọrí. Yóò bá wọn ṣiṣẹ́ bí wọ́n bá fi ìwà ẹ̀ṣẹ̀ sílẹ̀, tí wọ́n sì di mímọ́ nínú ọkàn àti nínú ìgbésí ayé.”</w:t>
      </w:r>
    </w:p>
    <w:p>
      <w:pPr>
        <w:pStyle w:val="ArticleScripture"/>
        <w:jc w:val="left"/>
      </w:pPr>
      <w:r>
        <w:rPr>
          <w:rFonts w:ascii="Times New Roman" w:hAnsi="Times New Roman" w:eastAsia="Times New Roman" w:cs="Times New Roman"/>
        </w:rPr>
        <w:t>“Ìmọ̀lẹ̀ dídán tí ń lọ láàárín àwọn ẹ̀dá alààyè pẹ̀lú yíyára bí mànàmáná ń ṣàpẹẹrẹ ìyára tí iṣẹ́ yìí yóò fi lọ síwájú ní ìkẹyìn títí yóò fi pé. …”</w:t>
      </w:r>
    </w:p>
    <w:p>
      <w:pPr>
        <w:pStyle w:val="ArticleScripture"/>
        <w:jc w:val="left"/>
      </w:pPr>
      <w:r>
        <w:rPr>
          <w:rFonts w:ascii="Times New Roman" w:hAnsi="Times New Roman" w:eastAsia="Times New Roman" w:cs="Times New Roman"/>
        </w:rPr>
        <w:t>“Ẹ̀yin ará, èyí kì í ṣe àkókò fún ọ̀fọ̀ àti ìrètí-pípàdánù báyìí, kì í sì í ṣe àkókò láti juwọ́ sí iyèméjì àti àìgbàgbọ́. Kristi kì í ṣe Olùgbàlà tí ó wà nísinsin yìí nínú ibojì tuntun Jóṣẹ́fù, tí a fi òkúta ńlá dé, tí a sì fi èdìdì Róòmù dì mọ́; a ní Olùgbàlà tí ó jíǹde. Òun ni Ọba, Olúwa àwọn ọmọ-ogun; ó jókòó láàárín àwọn kérúbù; àti láàárín ìjà àti rúdurùdu àwọn orílẹ̀-èdè, ó ṣì ń ṣọ́ àwọn ènìyàn Rẹ̀. Ẹni tí ń ṣàkóso ní ọ̀run ni Olùgbàlà wa. Ó ń wọn ìdánwò gbogbo. Ó ń ṣọ́ iná ilé-ìná tí ó gbọdọ̀ dán ọkàn gbogbo wò. Nígbà tí a bá wó àwọn ibi agbára àwọn ọba lulẹ̀, nígbà tí àwọn ọfà ìbínú Ọlọ́run yóò gún láàrín ọkàn àwọn ọ̀tá Rẹ̀, àwọn ènìyàn Rẹ̀ yóò wà ní ààbò nínú ọwọ́ Rẹ̀.” Testimonies, volume 5, 752–754.</w:t>
      </w:r>
    </w:p>
    <w:p>
      <w:pPr>
        <w:pStyle w:val="ArticleBody"/>
        <w:jc w:val="left"/>
      </w:pPr>
      <w:r>
        <w:rPr>
          <w:rFonts w:ascii="Times New Roman" w:hAnsi="Times New Roman" w:eastAsia="Times New Roman" w:cs="Times New Roman"/>
        </w:rPr>
        <w:t>Ẹlẹ́rìí mẹ́rin ti Bíbélì jẹ́rìí sí òtítọ́ pé a fi ìránṣẹ́ Ìṣípayá Jésù Kristi fún àwọn ẹni wọ̀nyí tí a fi àwọn ìrírí wòlíì wọ̀nyí nínú ibi mímọ́ ṣe àpẹẹrẹ wọn. Nígbà tí a bá wọ inú ibi mímọ́ ọ̀run, nígbà náà ni a máa fi ìránṣẹ́ tí a ti yàn wá tẹ́lẹ̀ láti kéde fún wa. “Iná ileru” tí ń dán “ẹ̀mí gbogbo” wò ni ileru ti Málákì orí kẹta.</w:t>
      </w:r>
    </w:p>
    <w:p>
      <w:pPr>
        <w:pStyle w:val="ArticleScripture"/>
        <w:jc w:val="left"/>
      </w:pPr>
      <w:r>
        <w:rPr>
          <w:rFonts w:ascii="Times New Roman" w:hAnsi="Times New Roman" w:eastAsia="Times New Roman" w:cs="Times New Roman"/>
        </w:rPr>
        <w:t>Ṣùgbọ́n ta ni yóò lè fara da ọjọ́ ìbọ̀ wá rẹ̀? ta sì ni yóò dúró nígbà tí ó bá farahàn? nítorí ó dàbí iná amúnísọ̀ di mímọ́, ó sì dàbí ọṣẹ́ alágbà-fọ̀ aṣọ: Yóò sì jókòó gẹ́gẹ́ bí amúnísọ̀ àti amúnímọ́ fàdákà: yóò sì sọ àwọn ọmọ Lefi di mímọ́, yóò sì wẹ̀ wọ́n mọ́ gẹ́gẹ́ bí wúrà àti fàdákà, kí wọ́n lè mú ọrẹ wa fún Olúwa nínú òdodo. Nígbà náà ni ọrẹ Juda àti Jerusalẹmu yóò dùn mọ́ Olúwa, gẹ́gẹ́ bí ní ọjọ́ àtijọ́, àti gẹ́gẹ́ bí ní àwọn ọdún ìṣáájú. Malaki 3:2–4.</w:t>
      </w:r>
    </w:p>
    <w:p>
      <w:pPr>
        <w:pStyle w:val="ArticleBody"/>
        <w:jc w:val="left"/>
      </w:pPr>
      <w:r>
        <w:rPr>
          <w:rFonts w:ascii="Times New Roman" w:hAnsi="Times New Roman" w:eastAsia="Times New Roman" w:cs="Times New Roman"/>
        </w:rPr>
        <w:t>Oníwẹ̀nù mọ̀ pé fàdákà náà ti wà nínú ilé-iná fún àkókò tó yẹ nígbà tí fàdákà náà bá ti mọ́ tó bẹ́ẹ̀ tí yóò fi ń fi ojú oníwẹ̀nù náà hàn. Òtítọ́ yìí nípa bí a ti ń wẹ̀nù fàdákà ní ayé àtijọ́ bá ọ̀rọ̀-ìṣe ìdí “marah” tí Dáníẹ́lì rí nínú orí kẹwàá mu. Ní àwọn ọjọ́ ìkẹyìn wọ̀nyí, Olúwa ń darí àwọn ènìyàn Rẹ̀ sínú ibi mímọ́ láti dán, láti sọ di mímọ́, àti láti wẹ àwọn olùdíje fún jíjẹ́ apá kan nínú àsíá àwọn ẹgbẹ̀rún mọ́kànlá-dín-lọ́gọ́rin àti ẹgbẹ̀rún mẹ́rinlélọ́gọ́rin náà. Ní àkókò yìí, “Yóò ṣiṣẹ́ pẹ̀lú” wa, “bí” àwa “yóò bá fi ìwà ẹ̀ṣẹ̀ sílẹ̀, tí a ó sì di mímọ́ ní ọkàn àti ìyè.” Díẹ̀, gẹ́gẹ́ bí nínú Dáníẹ́lì orí kẹwàá, sá kúrò nínú ìrírí náà; ṣùgbọ́n àwọn tí Dáníẹ́lì dúró fún ní àpẹẹrẹ, tí wọ́n sì rí ìran dígí ńlá ti ìfihàn Jesu Kristi, yóò, gẹ́gẹ́ bí Isaiah ṣe ṣàlàyé, ní ètè wọn tí a ó fi ẹyín iná láti orí pẹpẹ kàn, a ó sì sọ wọ́n di mímọ́, a ó sì pèsè wọ́n sílẹ̀ láti fi ìránṣẹ́ kan rán sí ṣọ́ọ̀ṣì apẹ̀yìndà kan, lẹ́yìn náà sí ayé.</w:t>
      </w:r>
    </w:p>
    <w:p>
      <w:pPr>
        <w:pStyle w:val="ArticleBody"/>
        <w:jc w:val="left"/>
      </w:pPr>
      <w:r>
        <w:rPr>
          <w:rFonts w:ascii="Times New Roman" w:hAnsi="Times New Roman" w:eastAsia="Times New Roman" w:cs="Times New Roman"/>
        </w:rPr>
        <w:t>A fi ìránṣẹ́ náà hàn fún àwọn ọkàn olóòtítọ́ wọ̀nyí nínú ibi mímọ́. Lefitiku ogún-mẹ́ta, nígbà tí a bá fi í bá àkókò Pẹ́ńtíkọ́sì mu, ni a ṣe láti fi Àpótí májẹ̀mú tó wà nínú Ibi Mímọ́ Jùlọ hàn gẹ́gẹ́ bí àfihàn. Nípa ìgbàgbọ́, ètò ìkọ́lé àwọn ìránṣẹ́ inú orí náà ń tọ́ka sí àwọn àmì ọ̀nà mẹ́ta nínú ìtàn mímọ́ níbi tí a ti mú ìdánwò ileru ṣẹ. Ní ọ̀nà tí ó jinlẹ̀ nípa ti Ọlọ́run—ètò àsọtẹ́lẹ̀ ti orí ogún-mẹ́ta ń jẹ́ kí akẹ́kọ̀ọ́ àsọtẹ́lẹ̀ lè rí ìpò Hesekieli nínú ẹsẹ̀ kìn-ín-ní ti orí kìn-ín-ní.</w:t>
      </w:r>
    </w:p>
    <w:p>
      <w:pPr>
        <w:pStyle w:val="ArticleScripture"/>
        <w:jc w:val="left"/>
      </w:pPr>
      <w:r>
        <w:rPr>
          <w:rFonts w:ascii="Times New Roman" w:hAnsi="Times New Roman" w:eastAsia="Times New Roman" w:cs="Times New Roman"/>
        </w:rPr>
        <w:t>Ní ọdún kẹtàlélọ́gbọ̀n, ní oṣù kẹrin, ní ọjọ́ karùn-ún oṣù náà, bí mo ṣe wà láàárín àwọn ìgbèkùn lẹ́bàá odò Kebari, ni a ṣí àwọn ọ̀run sílẹ̀, mo sì rí àwọn ìran Ọlọ́run. Ní ọjọ́ karùn-ún oṣù náà, èyí tí í ṣe ọdún karùn-ún ìgbèkùn Jèhóyákínì ọba. Hesekieli 1:1, 2.</w:t>
      </w:r>
    </w:p>
    <w:p>
      <w:pPr>
        <w:pStyle w:val="ArticleBody"/>
        <w:jc w:val="left"/>
      </w:pPr>
      <w:r>
        <w:rPr>
          <w:rFonts w:ascii="Times New Roman" w:hAnsi="Times New Roman" w:eastAsia="Times New Roman" w:cs="Times New Roman"/>
        </w:rPr>
        <w:t>Gẹ́gẹ́ bí àlùfáà ní àkókò fífi àmì èdìdì sí àwọn ọgọ́rùn-ún mẹ́rìnlélógójì ẹgbẹ̀rún, Hesekieli wà ní ọdún kẹtàlélọ́gbọ̀n ti àtẹ̀lé Jubilee kẹtàdínlógún, ọdún márùn-ún kí ìdòtì kẹta nínú mẹ́ta tí Nebukadinésari fi dó tì Jerusalẹmu ní ọdún 587 KÍ Í ṢÁJÚ KRISTI. Ọdún kẹtàlélọ́gbọ̀n tí a mẹ́nuba nínú ẹsẹ̀ náà jẹ́ ọdún mẹ́tàlélọ́gbọ̀n lẹ́yìn ìjíǹde ńlá jùlọ nínú ìtàn Májẹ̀mú Láíláí, ó sì jẹ́ ní ọjọ́ karùn-ún ti ọdún karùn-ún, bẹ́ẹ̀ ni a fi nọ́mbà márùn-ún lé ẹ̀rí Hesekieli lórí. Nínú ẹsẹ̀ méjì ìbẹ̀rẹ̀ náà a rí i pé a tọ́ka sí ọgbọ̀n lẹ́ẹ̀kan, a sì mẹ́nuba nọ́mbà márùn-ún lẹ́mẹ́ta. Nínú ìṣètò Lefitiku mẹ́tàlélógún tí a mú bá àkókò Pẹ́ńtíkọ́sì mu, ìdánwò kejì tí ọgbọ̀n ṣàpẹẹrẹ dé àjọ̀dún ìpè, ọjọ́ márùn-ún sí ìgòkè lọ Kristi, lẹ́yìn náà ọjọ́ márùn-ún sí ọjọ́ ètùtù, lẹ́yìn náà ọjọ́ márùn-ún sí àmì ọ̀nà tí ó dúró fún òjò ìbẹ̀rẹ̀ (Pẹ́ńtíkọ́sì) àti òjò ìkẹyìn (Àgọ́). Ìṣètò náà fi ọgbọ̀n hàn, lẹ́yìn náà ìgbésẹ̀ mẹ́ta ti márùn-ún. Hesekieli wà nínú tẹ́ńpìlì, ìṣètò Lefitiku mẹ́tàlélógún sì ni Àpótí náà.</w:t>
      </w:r>
    </w:p>
    <w:p>
      <w:pPr>
        <w:pStyle w:val="ArticleBody"/>
        <w:jc w:val="left"/>
      </w:pPr>
      <w:r>
        <w:rPr>
          <w:rFonts w:ascii="Times New Roman" w:hAnsi="Times New Roman" w:eastAsia="Times New Roman" w:cs="Times New Roman"/>
        </w:rPr>
        <w:t>Ìtàn náà jẹ́rìí sí òtítọ́ náà pé Ìsíkíẹ́lì ní àkókò yẹn wà ní ọdún márùn-ún ṣáájú ìdótì ààmì kan, èyí tí ó parí ní fífi òfin Ọjọ́-ìsinmi ọjọ́ Àìkú tí ń bọ̀ láìpẹ́ hàn gẹ́gẹ́ bí a ti ṣàfihàn rẹ̀ nínú ìparun Jerúsálẹ́mù. Nọ́mbà “márùn-ún” jẹ́ èròjà pàtàkì nínú àkànṣe Lefitíkù ogún-lé-lọ́gbọ̀n, gẹ́gẹ́ bí nọ́mbà ọgbọ̀n náà sì rí.</w:t>
      </w:r>
    </w:p>
    <w:p>
      <w:pPr>
        <w:pStyle w:val="ArticleBody"/>
        <w:jc w:val="left"/>
      </w:pPr>
      <w:r>
        <w:rPr>
          <w:rFonts w:ascii="Times New Roman" w:hAnsi="Times New Roman" w:eastAsia="Times New Roman" w:cs="Times New Roman"/>
        </w:rPr>
        <w:t>A ti fi hàn nínú àwọn àpilẹ̀kọ wọ̀nyí pé nígbà tí a bá tọ́ka ẹsẹ̀ méjìlélógún àkọ́kọ́ ti orí náà pọ̀ mọ́ ẹsẹ̀ méjìlélógún ìkẹyìn, lẹ́yìn náà tí a sì tún tọ́ka àwọn ìlà ẹsẹ̀ méjìlélógún méjèèjì náà pọ̀ mọ́ àkókò Pẹ́ńtíkọ́sì, a ó rí i kedere pé ìlànà ìdánwò ìgbésẹ̀ mẹ́ta náà, èyí tí í ṣe iná ilé-ìná Malaki, ni a fi hàn ní kedere. Àwọn ìgbésẹ̀ mẹ́ta náà ní alfa àti òmégà nínú ìgbésẹ̀ kìn-ín-ní àti ìkẹta, tí ó ní àtòpọ̀ àmì ọ̀nà mẹ́rin tí ó dúró fún ìgbésẹ̀ kan.</w:t>
      </w:r>
    </w:p>
    <w:p>
      <w:pPr>
        <w:pStyle w:val="ArticleBody"/>
        <w:jc w:val="left"/>
      </w:pPr>
      <w:r>
        <w:rPr>
          <w:rFonts w:ascii="Times New Roman" w:hAnsi="Times New Roman" w:eastAsia="Times New Roman" w:cs="Times New Roman"/>
        </w:rPr>
        <w:t>Àjọ́ Ìrékọjá, tí àjọ àkàrà aláìwúkàrà tẹ̀ lé e, tí ẹbọ àkọ́so èso ọkà bálì sì tẹ̀ lé e, lẹ́yìn náà ‘ọjọ́ márùn-ún’ sí òpin àjọ àkàrà aláìwúkàrà. Àwọn àmì-ọ̀nà mẹ́rin wọ̀nyí ni ó dá àdánwò àkọ́kọ́ náà pọ̀, Jesu sì máa ń fi ìbẹ̀rẹ̀ ṣàfihàn òpin ní gbogbo ìgbà, àdánwò kẹta náà pẹ̀lú sì tún jẹ́ ti àwọn àmì-ọ̀nà mẹ́rin. Àjọ ipè, lẹ́yìn náà ìgòkè lọ Kristi, tí ọjọ́ ètùtù sì tẹ̀ lé e, lẹ́yìn náà ọjọ́ márùn-ún nígbà tí dídé Pẹ́ńtíkọ́sì àti Àjọ Àgọ́ bá dé papọ̀. Pẹ́ńtíkọ́sì jẹ́ àmì òjò ìbẹ̀rẹ̀, Àjọ Àgọ́ sì jẹ́ àmì òjò ìkẹyìn. Nínú àpẹẹrẹ Lefitiku ogún-lé-mẹ́ta, Pẹ́ńtíkọ́sì àti Àjọ Àgọ́ bá ara wọn mu.</w:t>
      </w:r>
    </w:p>
    <w:p>
      <w:pPr>
        <w:pStyle w:val="ArticleScripture"/>
        <w:jc w:val="left"/>
      </w:pPr>
      <w:r>
        <w:rPr>
          <w:rFonts w:ascii="Times New Roman" w:hAnsi="Times New Roman" w:eastAsia="Times New Roman" w:cs="Times New Roman"/>
        </w:rPr>
        <w:t>Ẹ̀yin ọmọ Síónì, ẹ yọ̀; kí ẹ sì máa yọ̀ nínú Olúwa Ọlọ́run yín: nítorí ó ti fi òjò àkọ́kọ́ fún yín níwọ̀ntúnwọ̀nsì, yóò sì mú kí òjò sọ̀kalẹ̀ wá fún yín, òjò àkọ́kọ́, àti òjò ìkẹ́yìn ní oṣù kìn-ín-ní. Joẹli 2:23.</w:t>
      </w:r>
    </w:p>
    <w:p>
      <w:pPr>
        <w:pStyle w:val="ArticleBody"/>
        <w:jc w:val="left"/>
      </w:pPr>
      <w:r>
        <w:rPr>
          <w:rFonts w:ascii="Times New Roman" w:hAnsi="Times New Roman" w:eastAsia="Times New Roman" w:cs="Times New Roman"/>
        </w:rPr>
        <w:t>Ilana ìkẹ̀yìn ti ìdánwò àti ìwẹ̀nùmọ́ bẹ̀rẹ̀ ní ọjọ́ December 31, 2023. Ìdánwò àkọ́kọ́ ni ìdánwò ìpìlẹ̀ tí a fi àríyànjiyàn “àwọn ọlọ́ṣà ti àwọn ènìyàn rẹ” ṣàpẹẹrẹ, èyí tí ó pín ẹgbẹ́ náà, àwọn tí a ti dánwò tẹ́lẹ̀ nípasẹ̀ ìdààmú ọjọ́ July 18, 2020.</w:t>
      </w:r>
    </w:p>
    <w:p>
      <w:pPr>
        <w:pStyle w:val="ArticleScripture"/>
        <w:jc w:val="left"/>
      </w:pPr>
      <w:r>
        <w:rPr>
          <w:rFonts w:ascii="Times New Roman" w:hAnsi="Times New Roman" w:eastAsia="Times New Roman" w:cs="Times New Roman"/>
        </w:rPr>
        <w:t>“Nínú ìtàn àti àsọtẹ́lẹ̀ Ọ̀rọ̀ Ọlọ́run ṣe àfihàn ìjà gígùn tí ó ti pẹ́ láàárín òtítọ́ àti àṣìṣe. Ìjà náà ṣì ń lọ lọ́wọ́. Àwọn nǹkan wọ̀nyí tí ó ti wà yóò tún ṣe é ṣe. Àwọn àríyànjiyàn àtijọ́ ni a óò tún jí dìde, àwọn ẹ̀kọ́ tuntun yóò sì máa dìde nígbà gbogbo. Ṣùgbọ́n àwọn ènìyàn Ọlọ́run, tí nínú ìgbàgbọ́ wọn àti ní ìmúṣẹ àsọtẹ́lẹ̀ wọn ti kó ipa kan nínú ìkéde ìránṣẹ́ áńgẹ́lì kìnní, kejì, àti kẹta, mọ ibi tí wọ́n dúró sí. Wọ́n ní ìrírí kan tí ó níye lórí ju wúrà dáradára lọ. Wọ́n gbọ́dọ̀ dúró ṣinṣin bí àpáta, kí wọ́n di ìbẹ̀rẹ̀ ìgbọ́kànlé wọn mú ṣinṣin títí dé òpin.” Manuscript Releases, ìdìpọ̀ 1, 47.</w:t>
      </w:r>
    </w:p>
    <w:p>
      <w:pPr>
        <w:pStyle w:val="ArticleBody"/>
        <w:jc w:val="left"/>
      </w:pPr>
      <w:r>
        <w:rPr>
          <w:rFonts w:ascii="Times New Roman" w:hAnsi="Times New Roman" w:eastAsia="Times New Roman" w:cs="Times New Roman"/>
        </w:rPr>
        <w:t>Nínú Lefitíkù orí kẹtalélógún, ìdánwò àkọ́kọ́ ni a ṣàfihàn nípasẹ̀ àkójọpọ̀ àsọtẹ́lẹ̀ ti mẹ́ta, tí òpin àkàrà aláìwú hàn lẹ́yìn ọjọ́ márùn-ún. Ìrékọjá ni ọjọ́ kìn-ín-ní, àjọ̀dún àkàrà aláìwú ni ọjọ́ kejì, ẹbọ èso àkọ́so sì ni ọjọ́ kẹta. Lẹ́yìn ọjọ́ márùn-ún, àjọ̀dún àkàrà aláìwú parí. Ìtòlẹ́sẹẹsẹ̀ àsọtẹ́lẹ̀ ti ìdánwò àkọ́kọ́ nínú mẹ́ta ni a tún ṣàfihàn nínú ìdánwò kẹta àti ìkẹyìn. Nínú àmì ọ̀nà kẹta náà, tí a dá pọ̀ mọ́ láti inú àmì ọ̀nà mẹ́ta tí ó tẹ̀lé e pẹ̀lú ọ̀kan, àjọ̀dún ìpè ni ọjọ́ kìn-ín-ní, ìgòkè Kristi sì wáyé lẹ́yìn ọjọ́ márùn-ún, nígbà náà ọjọ́ ètùtù tẹ̀lé e lẹ́yìn ọjọ́ márùn-ún, lẹ́yìn náà, lẹ́yìn ọjọ́ márùn-ún, Pẹ́ńtíkọ́sì àti àjọ̀dún Àgọ́ papọ̀ ń samisi òfin Ọjọ́-Àìkú tí ń bọ̀ ní kíákíá, èyí tí a ṣàfihàn nínú ìwé Ẹsẹ́kiẹli gẹ́gẹ́ bí ìparun Jerúsálẹ́mù.</w:t>
      </w:r>
    </w:p>
    <w:p>
      <w:pPr>
        <w:pStyle w:val="ArticleBody"/>
        <w:jc w:val="left"/>
      </w:pPr>
      <w:r>
        <w:rPr>
          <w:rFonts w:ascii="Times New Roman" w:hAnsi="Times New Roman" w:eastAsia="Times New Roman" w:cs="Times New Roman"/>
        </w:rPr>
        <w:t>Láàárín òpin àjọ̀dún àkàrà aláìwú àti àjọ̀dún ipè, ọgbọ̀n ọjọ́ wà, tí kì í ṣe pé wọ́n dúró fún àmì àfihàn àlùfáà nìkan, ṣùgbọ́n wọ́n tún jẹ́ ìdánwò kejì nínú àwọn ìdánwò mẹ́ta tí a ṣàfihàn nínú àpèjúwe Àtọ̀runwá.</w:t>
      </w:r>
    </w:p>
    <w:p>
      <w:pPr>
        <w:pStyle w:val="ArticleBody"/>
        <w:jc w:val="left"/>
      </w:pPr>
      <w:r>
        <w:rPr>
          <w:rFonts w:ascii="Times New Roman" w:hAnsi="Times New Roman" w:eastAsia="Times New Roman" w:cs="Times New Roman"/>
        </w:rPr>
        <w:t>Iribọmi Kristi ṣàfihàn àwọn àmì-ọ̀nà mẹ́ta ti Ìrékọjá, àkàrà aláìwú, àti àkọ́so èso, nítorí àwọn àmì-ọ̀nà mẹ́ta wọ̀nyí ń ṣojú ikú, ìsìnkú, àti àjíǹde Kristi. Àwọn ìgbésẹ̀ mẹ́ta wọ̀nyí, tí ọjọ́ márùn-ún ń tẹ̀ lé sí ìgbésẹ̀ kẹ́rin, ni a ṣojú nípa òpin àjọ̀dún àkàrà aláìwú. Iribọmi náà gbé àwọn ìgbésẹ̀ mẹ́ta náà kalẹ̀ ní ìṣẹ̀jú kékeré kan nígbà tí Johanu ṣe ìrìbọmi fún Mèsáyà rẹ̀. Àwọn àjọ̀dún orísun omi ya àwọn ìgbésẹ̀ mẹ́ta wọ̀nyí sọ́tọ̀ pẹ̀lú ọjọ́ kan fún ọkọọkan, àwọn àjọ̀dún ìgbà ìrẹ̀wẹ̀sì sì ya àwọn ìgbésẹ̀ mẹ́ta wọ̀nyí sọ́tọ̀ pẹ̀lú ọjọ́ márùn-ún.</w:t>
      </w:r>
    </w:p>
    <w:p>
      <w:pPr>
        <w:pStyle w:val="ArticleBody"/>
        <w:jc w:val="left"/>
      </w:pPr>
      <w:r>
        <w:rPr>
          <w:rFonts w:ascii="Times New Roman" w:hAnsi="Times New Roman" w:eastAsia="Times New Roman" w:cs="Times New Roman"/>
        </w:rPr>
        <w:t>Nígbà tí a bá fi àdánwò àkọ́kọ́ ti àwọn àjọ̀dún orísun omi sílò gẹ́gẹ́ bí àpapọ̀ àwọn àmì-ọ̀nà mẹ́ta tí àmì-ọ̀nà kan sì tẹ̀ lé lẹ́yìn ọjọ́ márùn-ún; lẹ́yìn náà tí a sì tún fi àwọn àjọ̀dún ìgbà ìwọ̀n èso sílò gẹ́gẹ́ bí àwọn àmì-ọ̀nà mẹ́ta tí àmì-ọ̀nà kan sì tẹ̀ lé lẹ́yìn ọjọ́ márùn-ún, a ti fi ìlànà àsọtẹ́lẹ̀ kan kalẹ̀ tí ó ní àmì-ọ̀nà alpha kan ti mẹ́ta tí ọjọ́ márùn-ún sì tẹ̀ lé e, lẹ́yìn náà tí ọjọ́ ọgbọ̀n sì tún tẹ̀ lé e, àti àdánwò kẹta ti àwọn àjọ̀dún ìgbà ìwọ̀n èso gẹ́gẹ́ bí àmì-ọ̀nà mẹ́ta tí ọjọ́ márùn-ún sì tẹ̀ lé e—ìlànà náà ń fi hàn pé àdánwò àkọ́kọ́ bo àpapọ̀ ọjọ́ márùn-ún, tí àdánwò kejì ti ọjọ́ ọgbọ̀n sì tẹ̀ lé e, tí ó dé àmì-ọ̀nà kẹta ti ọjọ́ márùn-ún. Márùn-ún pẹ̀lú ọgbọ̀n, pẹ̀lú márùn-ún jẹ́ ogójì (5 + 30 + 5 = 40).</w:t>
      </w:r>
    </w:p>
    <w:p>
      <w:pPr>
        <w:pStyle w:val="ArticleBody"/>
        <w:jc w:val="left"/>
      </w:pPr>
      <w:r>
        <w:rPr>
          <w:rFonts w:ascii="Times New Roman" w:hAnsi="Times New Roman" w:eastAsia="Times New Roman" w:cs="Times New Roman"/>
        </w:rPr>
        <w:t>Ìrìbọmi Kristi ni a tẹ̀lé lẹ́sẹ̀kẹsẹ̀ pẹ̀lú ọjọ́ ogójì, èyí tí ó parí pẹ̀lú ìdánwò mẹ́ta. Ó pọ̀ sí i tí a lè mọ̀ nínú ètò Lefitiku ogún-dín-lọ́gbọ̀n ní ìṣọ̀kan pẹ̀lú àsìkò Pẹ́ńtẹ́kọ́sì, ṣùgbọ́n ní ìpele mìíràn orí náà ṣojú Àpótí Májẹ̀mú nínú Ibi Mímọ́ Jùlọ.</w:t>
      </w:r>
    </w:p>
    <w:p>
      <w:pPr>
        <w:pStyle w:val="ArticleBody"/>
        <w:jc w:val="left"/>
      </w:pPr>
      <w:r>
        <w:rPr>
          <w:rFonts w:ascii="Times New Roman" w:hAnsi="Times New Roman" w:eastAsia="Times New Roman" w:cs="Times New Roman"/>
        </w:rPr>
        <w:t>Àwọn àjọ̀dún ìrúwé àti ìwọ̀ ooru nínú Lefitiku ogúnlélógún ni a gbé kalẹ̀ láàárín ọjọ́ ìsinmi méjì. Àwọn ọjọ́ ìsinmi méjèèjì náà ṣàpẹẹrẹ àwọn kérúbù méjì tí ń bo, àti àwọn àmì ọ̀nà àkókò Pẹ́ńtẹ́kọ́sìtì tí ó bá Lefitiku ogúnlélógún mu ń ṣàpẹẹrẹ Àpótí Májẹ̀mú àti àwọn kérúbù méjì tí ń bo. A mú Ìsíkíẹ́lì wọ inú ibi mímọ́ ní orí kìíní, àti nígbà tí a mú un wọ ibẹ̀, ó wà ní ọjọ́ márùn-ún ṣáájú ìdótì tí ó yọrí sí ìparun Jerúsálẹ́mù, èyí tí ń ṣàpẹẹrẹ òfin Ọjọ́ Àìkú tí ń bọ̀ láìpẹ́. Òfin Ọjọ́ Àìkú ni Pẹ́ńtẹ́kọ́sìtì àti Àjọ̀dún Àgọ́ nínú Lefitiku ogúnlélógún ń ṣàpẹẹrẹ. Ìsíkíẹ́lì wà ní ọdún ọgbọ̀n, àti ọgbọ̀n ni àkókò ìdánwò kejì nínú àwọn ìdánwò mẹ́ta tí ó dá iná ileru Malákì mẹ́ta pọ̀. Ọjọ́ ọgbọ̀n ni ń ṣàpẹẹrẹ ìdánwò kejì náà, gẹ́gẹ́ bí Ìsíkíẹ́lì ti wà ní ọdún ọgbọ̀n ti ìyíká Jùbílì kẹtadínlógún tí ó bẹ̀rẹ̀ ní Páská Nlá Josáyà, gẹ́gẹ́ bí àwọn akọ̀wé-ìtàn ṣe ń pè é. Ìsíkíẹ́lì wà ní ọdún márùn-ún ṣáájú ìdótì tí ó gba oṣù mẹ́ẹ̀ẹ́dógún, ó sì wà nínú tẹ́ńpìlì, èyí tí í ṣe àárín àwọn ìdánwò ìkẹyìn mẹ́ta tí ń wẹ́ ìyókù mọ́ tí wọ́n sì ń fọ ọ́ kúrò nínú àìmọ́. Pétérù wà ní Kesarea-Filippi (Panium), pẹ̀lú ní àárín àwọn ìdánwò mẹ́ta, gẹ́gẹ́ bí Panium (Kesarea-Filippi), òkè Ìyípadà àti àgbélébùú ṣe ṣàpẹẹrẹ.</w:t>
      </w:r>
    </w:p>
    <w:p>
      <w:pPr>
        <w:pStyle w:val="ArticleBody"/>
        <w:jc w:val="left"/>
      </w:pPr>
      <w:r>
        <w:rPr>
          <w:rFonts w:ascii="Times New Roman" w:hAnsi="Times New Roman" w:eastAsia="Times New Roman" w:cs="Times New Roman"/>
        </w:rPr>
        <w:t>Ní ọdún 592 ṣáájú ìbí Kristi, a sọ Ẹsẹkiẹli di adití-ọrọ ní ọ̀nà àgbàyanu, kò sì sọ̀rọ̀ bí kò ṣe nígbà tí Ọlọ́run bá ṣí ẹnu rẹ̀. Ipò náà sì tẹ̀síwájú títí di ìṣubú Jerusalẹmu ní ọdún 585/6 ṣáájú ìbí Kristi. Ọlọ́run ti mú un sọ̀rọ̀ nígbà tí ìdótì bẹ̀rẹ̀, ní ọjọ́ tí “ìfẹ́kúfẹ̀ẹ́” “ojú” rẹ̀ kú, ṣùgbọ́n a kò jẹ́ kí ó sọ̀rọ̀ lọ́fẹ̀ẹ́ títí di ìgbà tí Jerusalẹmu, “ìfẹ́kúfẹ̀ẹ́” “ojú” Ísírẹ́lì, fi ṣubú. Ìṣubú Jerusalẹmu ṣàpẹẹrẹ òfin Ọjọ́ Àìkú tí ń bọ̀ láìpẹ́, níbẹ̀ sì ni baba Johanu Oníbatisí, àlùfáà ti ẹ̀ka kẹjọ, ẹni tí a sọ di adití-ọrọ nígbà tí ó ń ṣe ìṣẹ́ ní tẹ́ńpìlì, ibẹ̀ náà gan-an ni Ẹsẹkiẹli wà (ní ìran) tí a sì tún sọ ọ́ di adití-ọrọ fún bí oṣù mẹ́sàn-án. Ní ọjọ́ kẹjọ lẹ́yìn ìbí Johanu, nígbà tí a ń kọ ọ ní ilà, ni a jẹ́ kí ó sọ̀rọ̀. Wòlíì méjì ni a sọ di adití-ọrọ nígbà tí wọ́n wà nínú ibi mímọ́. Wòlíì kẹta tí a sọ di adití-ọrọ nígbà tí ó ń wo Kristi nínú ibi mímọ́ ni Daniẹli. Nínú orí kẹwàá, Daniẹli wà nínú ibi mímọ́, gẹ́gẹ́ bí a sì ti ń fi ọwọ́ kàn án ní ìgbà kejì nínú ìgbà mẹ́ta, a sọ ọ́ di adití-ọrọ. Ní àárín-òpó, a sọ Daniẹli di adití-ọrọ.</w:t>
      </w:r>
    </w:p>
    <w:p>
      <w:pPr>
        <w:pStyle w:val="ArticleScripture"/>
        <w:jc w:val="left"/>
      </w:pPr>
      <w:r>
        <w:rPr>
          <w:rFonts w:ascii="Times New Roman" w:hAnsi="Times New Roman" w:eastAsia="Times New Roman" w:cs="Times New Roman"/>
        </w:rPr>
        <w:t>Nígbà tí ó sì bá mi sọ irú ọ̀rọ̀ bẹ́ẹ̀, mo dojú mi bolẹ̀, mo sì di adití-ẹnu. Sì kíyèsí i, ẹni kan tí ó dàbí àwòrán àwọn ọmọ ènìyàn fi ọwọ́ kan ètè mi; nígbà náà ni mo ṣí ẹnu mi, mo sì sọ̀rọ̀, mo sì wí fún ẹni tí ó dúró níwájú mi pé, Olúwa mi, nípa ìran náà, ìbànújẹ́ mi ti yí padà wá sórí mi, èmi kò sì ní agbára kankan mọ́. Danieli 10:15, 16.</w:t>
      </w:r>
    </w:p>
    <w:p>
      <w:pPr>
        <w:pStyle w:val="ArticleHeading"/>
        <w:jc w:val="left"/>
      </w:pPr>
      <w:r>
        <w:rPr>
          <w:rFonts w:ascii="Arial" w:hAnsi="Arial" w:eastAsia="Arial" w:cs="Arial"/>
        </w:rPr>
        <w:t>Sísọ</w:t>
      </w:r>
    </w:p>
    <w:p>
      <w:pPr>
        <w:pStyle w:val="ArticleBody"/>
        <w:jc w:val="left"/>
      </w:pPr>
      <w:r>
        <w:rPr>
          <w:rFonts w:ascii="Times New Roman" w:hAnsi="Times New Roman" w:eastAsia="Times New Roman" w:cs="Times New Roman"/>
        </w:rPr>
        <w:t>Àpẹẹrẹ ìṣàpẹẹrẹ “sísọ” ni a fi àmì sí nígbà òfin Sọ́ńdé tó súnmọ́ dé, nígbà tí Orílẹ̀-Èdè Amẹ́ríkà bá sọ̀rọ̀ gẹ́gẹ́ bí dírágónì; kẹ́tẹ́kẹ́tẹ́ Bálámù sọ̀rọ̀; ìran Hábákúkù sọ̀rọ̀, kò sì purọ́. Àwọn wòlíì adití mẹ́ta tí a sọ di adití nígbà tí wọ́n wà nínú ibi mímọ́, ń sọ̀rọ̀ nígbà ìparun Jerúsálẹ́mù. Pẹ̀lú Sákáríà, ó sọ̀rọ̀ láti fi jẹ́rìí pé orúkọ tuntun ọmọ rẹ̀ tọ́, bẹ́ẹ̀ ni ó ń ṣàpẹẹrẹ àwọn ará Filadẹ́lfíà tí a fún ní orúkọ tuntun.</w:t>
      </w:r>
    </w:p>
    <w:p>
      <w:pPr>
        <w:pStyle w:val="ArticleScripture"/>
        <w:jc w:val="left"/>
      </w:pPr>
      <w:r>
        <w:rPr>
          <w:rFonts w:ascii="Times New Roman" w:hAnsi="Times New Roman" w:eastAsia="Times New Roman" w:cs="Times New Roman"/>
        </w:rPr>
        <w:t>Ẹni tí ó bá ṣẹ́gun, èmi yóò sọ ọ́ di ọ̀wọ́n nínú tẹ́ńpìlì Ọlọ́run mi, òun kì yóò sì jáde mọ́ láéláé: èmi yóò sì kọ orúkọ Ọlọ́run mi lé e lórí, àti orúkọ ìlú Ọlọ́run mi, èyí tí í ṣe Jerusalẹmu tuntun, tí ó ti ọ̀dọ̀ Ọlọ́run mi sọ̀kalẹ̀ wá láti ọ̀run: èmi yóò sì kọ orúkọ tuntun mi lé e lórí. Ifihan 3:12.</w:t>
      </w:r>
    </w:p>
    <w:p>
      <w:pPr>
        <w:pStyle w:val="ArticleBody"/>
        <w:jc w:val="left"/>
      </w:pPr>
      <w:r>
        <w:rPr>
          <w:rFonts w:ascii="Times New Roman" w:hAnsi="Times New Roman" w:eastAsia="Times New Roman" w:cs="Times New Roman"/>
        </w:rPr>
        <w:t>A fi tábìlì kan fún Sakaraya láti kọ orúkọ ìdílé tuntun Jòhánù.</w:t>
      </w:r>
    </w:p>
    <w:p>
      <w:pPr>
        <w:pStyle w:val="ArticleScripture"/>
        <w:jc w:val="left"/>
      </w:pPr>
      <w:r>
        <w:rPr>
          <w:rFonts w:ascii="Times New Roman" w:hAnsi="Times New Roman" w:eastAsia="Times New Roman" w:cs="Times New Roman"/>
        </w:rPr>
        <w:t>Ó sì ṣẹ, ní ọjọ́ kẹjọ ni wọ́n wá láti kọ ọmọ náà ní ilà, wọ́n sì pè é ní Sekaráyà, gẹ́gẹ́ bí orúkọ baba rẹ̀. Ṣùgbọ́n ìyá rẹ̀ dáhùn, ó sì wí pé, Rárá; ṣugbọn a ó máa pè é ní Johanu. Wọ́n sì wí fún un pé, Kò sí ẹnìkan nínú àwọn ìbátan rẹ tí a ń pè ní orúkọ yìí. Wọ́n sì fi àmì bẹ bàbá rẹ̀ wò, bí òun yóò ṣe fẹ́ kí a máa pè é. Ó sì béèrè fún pátákó kọ̀wé, ó sì kọ ọ́ pé, Orúkọ rẹ̀ ni Johanu. Ẹnu sì yà gbogbo wọn. Lójúkan náà ni ẹnu rẹ̀ ṣí, ahọ́n rẹ̀ sì tú, ó sì sọ̀rọ̀, ó yin Ọlọ́run. Luku 1:59–64.</w:t>
      </w:r>
    </w:p>
    <w:p>
      <w:pPr>
        <w:pStyle w:val="ArticleBody"/>
        <w:jc w:val="left"/>
      </w:pPr>
      <w:r>
        <w:rPr>
          <w:rFonts w:ascii="Times New Roman" w:hAnsi="Times New Roman" w:eastAsia="Times New Roman" w:cs="Times New Roman"/>
        </w:rPr>
        <w:t>Orúkọ tuntun Johanu bá ìjọ Filadẹlfia mu, àti orúkọ Sekariah bá Laodicea mu gẹ́gẹ́ bí a ti ṣàfihàn nínú àìgbàgbọ́ Sekariah sí ìhìn-iṣẹ́ angẹli kẹta. Gbogbo àwọn wòlíì sọ̀rọ̀ nípa àwọn ọjọ́ ìkẹyìn, àti àwọn ọjọ́ ìkẹyìn ni ìtàn angẹli kẹta. Nítorí náà, angẹli tí ó mú ìhìn-iṣẹ́ náà wá gbọ́dọ̀ jẹ́ angẹli kẹta. Sekariah kọ̀ láti lóye pé Olúwa yóò kọjá lọ ní ẹ̀gbẹ́ ìjọ Adventist Ọjọ́ Keje ti Laodicea. Ó kù síi láti sọ nípa ìmúpadàbọ̀sípò ohùn nínú àwọn wòlíì wọ̀nyí, ṣùgbọ́n a ó tẹ̀síwájú láti lọ sí ìmọ̀ ìlà àsọtẹ́lẹ̀ Josiah.</w:t>
      </w:r>
    </w:p>
    <w:p>
      <w:pPr>
        <w:pStyle w:val="ArticleHeading"/>
        <w:jc w:val="left"/>
      </w:pPr>
      <w:r>
        <w:rPr>
          <w:rFonts w:ascii="Arial" w:hAnsi="Arial" w:eastAsia="Arial" w:cs="Arial"/>
        </w:rPr>
        <w:t>Kẹ̀kẹ́ Joṣaya</w:t>
      </w:r>
    </w:p>
    <w:p>
      <w:pPr>
        <w:pStyle w:val="ArticleBody"/>
        <w:jc w:val="left"/>
      </w:pPr>
      <w:r>
        <w:rPr>
          <w:rFonts w:ascii="Times New Roman" w:hAnsi="Times New Roman" w:eastAsia="Times New Roman" w:cs="Times New Roman"/>
        </w:rPr>
        <w:t>A ti ṣàlàyé ìpele Jubilee kẹtàdínlógún tí ó bẹ̀rẹ̀ ní Ìrékọjá Josiah ní ọdún 622 BC, ṣùgbọ́n ìlà Josiah bẹ̀rẹ̀ ní pẹ̀lú kí ọdún 622 BC tó dé. Ìṣọ̀tẹ̀ Israẹli tí ó mú Saulu gún orí ìtẹ́ gẹ́gẹ́ bí ọba àkọ́kọ́ Israẹli samisi ogójì ọdún tí ọba Saulu yóò ṣe ìjọba, lẹ́yìn èyí sì ni ogójì ọdún tí ọba Dafidi yóò ṣe ìjọba, lẹ́yìn náà sì ni ogójì ọdún tí Solomoni yóò ṣe ìjọba. Ìkọ̀sílẹ̀ Ọlọ́run tí ó mú ìbínú bá wòlíì Samuẹli gan-an ṣẹlẹ̀ ní ọdún 1097 BC, ó sì bẹ̀rẹ̀ ìlà àsọtẹ́lẹ̀ ìṣọ̀tẹ̀ kan tí ó parí lórí àgbélébùú nígbà tí àwọn Júù kéde pé, wọn kò ní ọba mìíràn bí kò ṣe Késárì.</w:t>
      </w:r>
    </w:p>
    <w:p>
      <w:pPr>
        <w:pStyle w:val="ArticleScripture"/>
        <w:jc w:val="left"/>
      </w:pPr>
      <w:r>
        <w:rPr>
          <w:rFonts w:ascii="Times New Roman" w:hAnsi="Times New Roman" w:eastAsia="Times New Roman" w:cs="Times New Roman"/>
        </w:rPr>
        <w:t>Ṣùgbọ́n wọ́n kígbe pé, Mú un kúrò, mú un kúrò, kàn án mọ́ àgbélébùú. Pílátù sọ fún wọn pé, Ṣé èmi yóò kàn Ọba yín mọ́ àgbélébùú bí? Àwọn olórí àlùfáà dáhùn pé, A kò ní ọba mìíràn bí kò ṣe Késárì. Johanu 19:15.</w:t>
      </w:r>
    </w:p>
    <w:p>
      <w:pPr>
        <w:pStyle w:val="ArticleBody"/>
        <w:jc w:val="left"/>
      </w:pPr>
      <w:r>
        <w:rPr>
          <w:rFonts w:ascii="Times New Roman" w:hAnsi="Times New Roman" w:eastAsia="Times New Roman" w:cs="Times New Roman"/>
        </w:rPr>
        <w:t>Ní ọdún 1097, àwọn ọba mẹ́ta yóò jọba fún ogójì ọdún kọ̀ọ̀kan títí di ikú Solomoni ní ọdún 977 ṣáájú ìbí Kristi, nígbà náà ni ìjọba náà sì pín sí àríwá àti gúúsù.</w:t>
      </w:r>
    </w:p>
    <w:p>
      <w:pPr>
        <w:pStyle w:val="ArticleScripture"/>
        <w:jc w:val="left"/>
      </w:pPr>
      <w:r>
        <w:rPr>
          <w:rFonts w:ascii="Times New Roman" w:hAnsi="Times New Roman" w:eastAsia="Times New Roman" w:cs="Times New Roman"/>
        </w:rPr>
        <w:t>Lẹ́yìn èyí, wọ́n sì fẹ́ ọba; Ọlọ́run sì fi Saulu ọmọ Kísi fún wọn, ẹni kan láti inú ẹ̀yà Benjamini, ní àkókò ogójì ọdún. Ìṣe 13:21.</w:t>
      </w:r>
    </w:p>
    <w:p>
      <w:pPr>
        <w:pStyle w:val="ArticleScripture"/>
        <w:jc w:val="left"/>
      </w:pPr>
      <w:r>
        <w:rPr>
          <w:rFonts w:ascii="Times New Roman" w:hAnsi="Times New Roman" w:eastAsia="Times New Roman" w:cs="Times New Roman"/>
        </w:rPr>
        <w:t>Dafidi jẹ́ ẹni ọdún mẹ́tàlélọ́gbọ̀n nígbà tí ó bẹ̀rẹ̀ sí í jọba, ó sì jọba fún ogójì ọdún. Ní Hebroni ni ó ti jọba lórí Juda fún ọdún méje àti oṣù mẹ́fà; ní Jerusalẹmu sì ni ó jọba fún ọdún mẹ́tàlélọ́gbọ̀n lórí gbogbo Israẹli àti Juda. 2 Samueli 2:4, 5.</w:t>
      </w:r>
    </w:p>
    <w:p>
      <w:pPr>
        <w:pStyle w:val="ArticleBody"/>
        <w:jc w:val="left"/>
      </w:pPr>
      <w:r>
        <w:rPr>
          <w:rFonts w:ascii="Times New Roman" w:hAnsi="Times New Roman" w:eastAsia="Times New Roman" w:cs="Times New Roman"/>
        </w:rPr>
        <w:t>Ìjọba Sólómónì bẹ̀rẹ̀ ní ọdún 971 ṣáájú Sànmánì Kristi; a sì fi ìpìlẹ̀ Tẹ́ńpìlì lélẹ̀ ní ọdún kẹrin Sólómónì (967 ṣáájú Sànmánì Kristi). Ìkọ́lé náà gba ọdún méje (1 Àwọn Ọba 6:37–38), a sì parí Tẹ́ńpìlì náà ní oṣù kẹjọ ti ọdún kọkànlá Sólómónì. Ìyàsímímọ́ àṣẹ̀dájọ́ náà wáyé ní oṣù keje (oṣù Etanimu), ní àkókò Àjọ̀dún Àgọ́ (1 Àwọn Ọba 8; 2 Kronika 5–7). Àwọn ọba, Tẹ́ńpìlì àti orílẹ̀-èdè náà, kọ̀ọ̀kan, ni a ṣojú nínú ìtàn pẹ̀lú àkókò ọdún ẹ̀ẹ̀dẹ́gbẹ̀rún mẹ́rìndínlógún [490] kan, èyí tí ó fi àkókò àsọtẹ́lẹ̀ kan hàn gbangba ní ìbáṣepọ̀ pẹ̀lú bóyá àwọn ọba, Tẹ́ńpìlì tàbí orílẹ̀-èdè náà.</w:t>
      </w:r>
    </w:p>
    <w:p>
      <w:pPr>
        <w:pStyle w:val="ArticleBody"/>
        <w:jc w:val="left"/>
      </w:pPr>
      <w:r>
        <w:rPr>
          <w:rFonts w:ascii="Times New Roman" w:hAnsi="Times New Roman" w:eastAsia="Times New Roman" w:cs="Times New Roman"/>
        </w:rPr>
        <w:t>Wọ́n kó Dáníẹ́lì lọ sí ìgbèkùn ní ọdún 607 Ṣ.K., bí ó tilẹ̀ jẹ́ pé ọ̀pọ̀ jùlọ nínú àwọn onímọ̀ ìṣirò-ìtẹ̀síwájú àkókò Bíbélì ń tọ́ka sí 605 Ṣ.K. Àkọsílẹ̀ ìtàn gbọ́dọ̀ bá ẹ̀rí àsọtẹ́lẹ̀ mu, àti pé àmì-ìṣàpẹẹrẹ àwọn ìṣẹ̀lẹ̀ tí a fi àmì sí lórí ìlà ìtàn tí ó bẹ̀rẹ̀ pẹ̀lú ìfẹ́-ọkàn fún ọba ní ọdún 1097 Ṣ.K. ń béèrè lórí ọ̀pọ̀ ẹlẹ́rìí àsọtẹ́lẹ̀ pé 607 Ṣ.K. ni ìlò tó péye, kì í ṣe 605 Ṣ.K. Ọdún 607 Ṣ.K. fi àmì sí òpin ọdún irinwó àti àádọ́rùn-ún nínú ìlà àwọn ọba, ṣùgbọ́n ó tún bẹ̀rẹ̀ ọ̀kan nínú àwọn àfihàn àkọ́kọ́ mẹ́ta ti ọdún àádọ́rin tí ó wà nínú ìlà náà. Ọdún 607 Ṣ.K. fi àmì sí òpin ọdún àádọ́rin tí ó bẹ̀rẹ̀ pẹ̀lú ìgbèkùn Mánásè ní ọdún 677 Ṣ.K. Àfihàn àkọ́kọ́ ti àmì ọdún irinwó àti àádọ́rùn-ún (èyí tí ó ní ẹlẹ́rìí mẹ́ta nínú ìlà náà) parí níbi tí ọ̀kan nínú àwọn ẹlẹ́rìí mẹ́ta ti ọdún àádọ́rin ti parí, tí ẹlẹ́rìí mìíràn ti ọdún àádọ́rin sì ti bẹ̀rẹ̀; ìṣètò ìṣirò náà ń jẹ́rìí sí 607 Ṣ.K., láìka èrò náà sí pé wọ́n kó Dáníẹ́lì lọ sí ìgbèkùn ní ọdún 605 Ṣ.K.</w:t>
      </w:r>
    </w:p>
    <w:p>
      <w:pPr>
        <w:pStyle w:val="ArticleBody"/>
        <w:jc w:val="left"/>
      </w:pPr>
      <w:r>
        <w:rPr>
          <w:rFonts w:ascii="Times New Roman" w:hAnsi="Times New Roman" w:eastAsia="Times New Roman" w:cs="Times New Roman"/>
        </w:rPr>
        <w:t>Nínú ìlà náà tí ó ní àkókò ọdún 490 tí a so pọ̀ mọ́ àwọn ọba láti 1097 Ṣ.K. títí dé 607 Ṣ.K., ọdún 490 mìíràn sì tún wà láti ìyàsímímọ́ Tẹ́ńpìlì Solomoni títí dé ìyàsímímọ́ Tẹ́ńpìlì lẹ́yìn ìgbèkùn nípasẹ̀ Serubabeli ní 516 Ṣ.K. Ọdún 490 náà ní ọdún 420 láti ìyàsímímọ́ Solomoni ní ọdún kọkànlá rẹ̀, tí a fi ọdún 70 kún un, èyí tí Tẹ́ńpìlì náà fi di ahoro ní àkókò ìgbèkùn, tí ó sì jẹ́ 490 ọdún. Ìlànà kẹta ti Atasasẹsì dé ní ọdún 59 lẹ́yìn náà ní 457 Ṣ.K., ó sì samisi ìbẹ̀rẹ̀ ọdún 490 tí a “pinnu” fún àwọn ènìyàn Ọlọ́run (gé kúrò, Daniẹli 9:24), èyí tí ó parí ní ọdún 34 nígbà tí wọ́n sọ Stefanu ní òkúta. Dájúdájú, ọ̀pọ̀ àwọn ẹ̀rí àkókò míràn tí ó jinlẹ̀ wà nínú ìlà àsọtẹ́lẹ̀ tí ó bẹ̀rẹ̀ pẹ̀lú ìpẹ̀yìndà ìpilẹ̀ tí ó jẹ́ ìkọ̀sílẹ̀ Ọlọ́run àti Ẹ̀mí Àsọtẹ́lẹ̀ ní 1097 Ṣ.K., tí ó sì parí nígbà tí Stefanu rí Kristi tí ó dúró ní ọwọ́ ọ̀tún Ọlọ́run. Nínú ẹ̀rí yìí ni a ti rí àgbáyé àsọtẹ́lẹ̀ ti Josiah.</w:t>
      </w:r>
    </w:p>
    <w:p>
      <w:pPr>
        <w:pStyle w:val="ArticleBody"/>
        <w:jc w:val="left"/>
      </w:pPr>
      <w:r>
        <w:rPr>
          <w:rFonts w:ascii="Times New Roman" w:hAnsi="Times New Roman" w:eastAsia="Times New Roman" w:cs="Times New Roman"/>
        </w:rPr>
        <w:t>Mo pe e ní “ìpẹ̀yìndà ìpìlẹ̀,” nítorí ìbẹ̀rẹ̀ ìlà náà ń fi ìgbà tí Ísírẹ́lì kọ Ọlọ́run sílẹ̀ gẹ́gẹ́ bí Ọba hàn, nínú ìfẹ́ wọn láti ní ọba ayé; báyìí ni a sì fi àmì sí ìpìlẹ̀ ìjọba ọba ènìyàn Ísírẹ́lì. Mo tún kọ èyí nípa àgbá kẹ̀kẹ́ Jóṣíà, èyí tí ó túmọ̀ sí “ìpìlẹ̀ Ọlọ́run,” tí ó sì jẹ́ ààmì fún ìpìlẹ̀ méjèèjì àti ìpẹ̀yìndà ìpìlẹ̀ ti àwọn ènìyàn Ọlọ́run.</w:t>
      </w:r>
    </w:p>
    <w:p>
      <w:pPr>
        <w:pStyle w:val="ArticleBody"/>
        <w:jc w:val="left"/>
      </w:pPr>
      <w:r>
        <w:rPr>
          <w:rFonts w:ascii="Times New Roman" w:hAnsi="Times New Roman" w:eastAsia="Times New Roman" w:cs="Times New Roman"/>
        </w:rPr>
        <w:t>Nígbà tí Solomoni kú, tí àwọn ẹ̀yà méjìlá sì pín sí àríwá àti gúúsù, ìyàsímímọ́ Jeroboamu sí ètò ìjọsìn èké náà ni wolii aláìgbọ́ràn náà bá wí, ìbáwí rẹ̀ sì ní àsọtẹ́lẹ̀ nípa ọba kan tí yóò wá, ẹni tí a óò pè ní Josiah. Ní ìpẹ̀yà ìṣọ̀tẹ̀pẹ̀yà ìpilẹ̀ṣẹ̀ ti Jeroboamu àti àwọn ẹ̀yà mẹ́wàá ti àríwá, ni a ti sọ àsọtẹ́lẹ̀ Josiah àti ìmújípadà rẹ̀ tẹ́lẹ̀, èyí tí Àjọ Ìrékọjá Nlá ti ọdún 622 BC jẹ́ àmì rẹ̀. Ìmújípadà náà ṣẹlẹ̀ nípasẹ̀ ìṣàwárí àwọn ìkọ̀wé Mose àti ìkéde ìdájọ́ lórí àwọn ènìyàn Ọlọ́run nítorí ìṣọ̀tẹ̀pẹ̀yà wọn tí kò dẹ́kun. Nígbà tí a ka àwọn ọ̀rọ̀ láti inú àwọn ìkọ̀wé Mose fún ọba Josiah, ó mú ìmújípadà tó tóbi jù lọ nínú ìtàn Májẹ̀mú Láéláe wá. Àsọtẹ́lẹ̀ nípa ọmọ kan tí a óò bí ní ọjọ́ iwájú tí a óò sì pè ní Josiah tún ní nínú rẹ̀ ìdálẹ́bi àsọtẹ́lẹ̀ ti ìṣọ̀tẹ̀pẹ̀yà ìpilẹ̀ṣẹ̀ tí wolii aláìgbọ́ràn náà fi kọlu ọba Jeroboamu.</w:t>
      </w:r>
    </w:p>
    <w:p>
      <w:pPr>
        <w:pStyle w:val="ArticleBody"/>
        <w:jc w:val="left"/>
      </w:pPr>
      <w:r>
        <w:rPr>
          <w:rFonts w:ascii="Times New Roman" w:hAnsi="Times New Roman" w:eastAsia="Times New Roman" w:cs="Times New Roman"/>
        </w:rPr>
        <w:t>Ègún Mósè, gẹ́gẹ́ bí Dáníẹ́lì ṣe pè é, ni “ìgbà méje” ti Lefitiku ogún-lẹ́yìn-mẹ́fà, ó sì di ìṣàwárí ìpìlẹ̀ ti William Miller, ẹni tí ó jẹ́ àmì òtítọ́ ìpìlẹ̀ ti Àdífẹnítì. Ìfúnniláráṣẹ ìránṣẹ́ Miller ní August 11, 1840 ni a mú wá nípasẹ̀ iṣẹ́ “Josiah” Litch ní 1838 àti 1840. Ní 1863 a fi àwọn ìpìlẹ̀ wọ̀nyí sí apá kan, “ìgbà méje” sì di àmì kì í ṣe ti òtítọ́ ìpìlẹ̀ àwọn Míllẹ́ráítì Filadẹlfíà nìkan, ṣùgbọ́n pẹ̀lú àmì ìṣọ̀tẹ̀ Míllẹ́rísìmù Laodísea sí àwọn ìpìlẹ̀ náà. Ìtàn àwọn Míllẹ́ráítì ti áńgẹ́lì kìn-ín-ní àti kejì ní àmì “Josiah,” èyí tí a ó tún ṣe ní pátápátá gẹ́gẹ́ bí ó ti rí nínú ìtàn àwọn ẹgbẹ̀rún mẹ́rìnlélọ́gọ́rin àti ẹgbẹ̀rún mẹ́rin. Àgbá kẹ̀kẹ́ Josiah ń lọ sẹ́yìn dé ọ̀dọ̀ àjẹ́ ọba Saul, lẹ́yìn náà ó sì tẹ̀ síwájú títí dé ìtutọ́ jáde ìjọ Seventh-day Adventist Laodísea ní àkókò òfin Sunday. Kẹ̀kẹ́ Josiah nínú Ezekieli ti ń wọ inú ìṣípayá báyìí gẹ́gẹ́ bí ìparí gíga ti ìdìmọ̀ àwọn ẹgbẹ̀rún mẹ́rìnlélọ́gọ́rin àti ẹgbẹ̀rún mẹ́rin.</w:t>
      </w:r>
    </w:p>
    <w:p>
      <w:pPr>
        <w:pStyle w:val="ArticleBody"/>
        <w:jc w:val="left"/>
      </w:pPr>
      <w:r>
        <w:rPr>
          <w:rFonts w:ascii="Times New Roman" w:hAnsi="Times New Roman" w:eastAsia="Times New Roman" w:cs="Times New Roman"/>
        </w:rPr>
        <w:t>A ó máa bá àwọn nǹkan wọ̀nyí lọ nínú àpilẹ̀kọ tí ó kàn.</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Ìtàn Àṣírí ti Ẹsẹ̀ Kẹ́rìnlélógójì — Nọ́mbà Márùn-ún-dín-lógún</dc:title>
  <dc:subject>Èsíkíẹ́lì Nọ́mbà Mẹ́fà</dc:subject>
  <dc:creator>Jeff Pippenger</dc:creator>
  <cp:keywords/>
  <dc:description>Generated by ArticleDigger from hidden_history\25_hidden_history.json</dc:description>
  <cp:lastModifiedBy>ArticleDigger</cp:lastModifiedBy>
  <cp:revision>1</cp:revision>
  <dcterms:created xsi:type="dcterms:W3CDTF">2000-01-01T00:00:00Z</dcterms:created>
  <dcterms:modified xsi:type="dcterms:W3CDTF">2000-01-01T00:00:00Z</dcterms:modified>
  <cp:category>hidden_history</cp:category>
  <cp:lastPrinted>2000-01-01T00:00:00Z</cp:lastPrinted>
</cp:coreProperties>
</file>