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Ìtàn Ìkọ̀kọ̀ ti Ẹsẹ̀ Kẹ́rìnlélógójì – Nọ́mbà Méjìlélógún àti Mẹ́fà</w:t>
      </w:r>
    </w:p>
    <w:p>
      <w:pPr>
        <w:pStyle w:val="ArticleSubtitle"/>
        <w:jc w:val="left"/>
      </w:pPr>
      <w:r>
        <w:rPr>
          <w:rFonts w:ascii="Arial" w:hAnsi="Arial" w:eastAsia="Arial" w:cs="Arial"/>
        </w:rPr>
        <w:t>Ìwé Ẹsekíẹ́lì Nọ́mbà Méje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2026-08-12</w:t>
      </w:r>
    </w:p>
    <w:p>
      <w:pPr>
        <w:pStyle w:val="ArticleBody"/>
        <w:jc w:val="left"/>
      </w:pPr>
      <w:r>
        <w:rPr>
          <w:rFonts w:ascii="Times New Roman" w:hAnsi="Times New Roman" w:eastAsia="Times New Roman" w:cs="Times New Roman"/>
        </w:rPr>
        <w:t>Ìlà àsọtẹ́lẹ̀ tí mo ń tọ́ka sí gẹ́gẹ́ bí ‘àgbá kẹ̀kẹ́ Josiah’ bẹ̀rẹ̀ pẹ̀lú ìṣọ̀tẹ̀ Ísírẹ́lì àtijọ́ nígbà tí wọ́n kọ Ọlọ́run gẹ́gẹ́ bí Ọba wọn ní 1097 BC. Àwọn ọba mẹ́ta àkọ́kọ́ (Saul, David àti Solomon) ni a mọ̀ sí ẹni tí wọ́n jọba fún ogójì ọdún kọ̀ọ̀kan, láti 1097 BC títí dé 977 BC. Ní ikú Solomon, ìṣọ̀tẹ̀ Jeroboam àti àwọn ẹ̀yà mẹ́wàá ti àríwá parí ìlà àwọn ọba mẹ́ta àkọ́kọ́ náà, ó sì bẹ̀rẹ̀ ìlà àwọn ọba ní ìjọba àríwá àti ti gúúsù méjèèjì.</w:t>
      </w:r>
    </w:p>
    <w:p>
      <w:pPr>
        <w:pStyle w:val="ArticleBody"/>
        <w:jc w:val="left"/>
      </w:pPr>
      <w:r>
        <w:rPr>
          <w:rFonts w:ascii="Times New Roman" w:hAnsi="Times New Roman" w:eastAsia="Times New Roman" w:cs="Times New Roman"/>
        </w:rPr>
        <w:t>Àwọn ọba mẹ́ta àkọ́kọ́ jẹ́ àmì ọ̀pọ̀lọpọ̀ òtítọ́, ṣùgbọ́n ọ̀kan lára àwọn àgbá kẹ̀kẹ́ òtítọ́ tí wọ́n so mọ́ ni àwọn ọba mẹ́ta ìkẹyìn ti Júdà—Jehoiakim, Jehoiachin àti Sedekiah—àwọn tí wọ́n sì, ní ìpẹ̀yà wọn, ṣojú fún Kírúsì, Dariusi àti Atasasẹsì. Kírúsì, Dariusi àti Atasasẹsì sì, ní ìpẹ̀yà wọn, ṣojú fún àwọn àṣẹ mẹ́ta wọn tí ó gùn láti 516 BC dé 457 BC; àwọn tí wọ́n sì, ní ìpẹ̀yà wọn, ṣojú fún àwọn angẹli mẹ́ta ti Ìfihàn orí kẹrìnlá, tí wọ́n dé ní 1798, April 19, 1844 àti October 22, 1844, ní ọ̀tọ̀ọ̀tọ̀. Ìtàn ìbọ̀wọ̀lé àwọn angẹli mẹ́ta ti Ìfihàn orí kẹrìnlá ni a tún ṣe padà dé lẹ́tà kíkún ní àkókò ìdìdì àwọn ẹgbẹ̀rún ọgọ́rùn-ún kan àti mẹ́rìnlélógójì, nípa bẹ́ẹ̀ sì ni ó ń fi hàn pé ìlà àsọtẹ́lẹ̀ tí ó bẹ̀rẹ̀ pẹ̀lú fífi òróró yàn Saulu gẹ́gẹ́ bí ọba dé ìparí rẹ̀ nígbà tí a bá fi òróró yàn ìjọ ajagunborí ní òfin ọjọ́ Àìkú tí ó ń bọ̀ láìpẹ́. Ìlà náà ní àgbá kẹ̀kẹ́ ọba Josiah nínú, tí ó sì ń dé sẹ́yìn títí dé ìṣọ̀tẹ̀ Jeroboam ní Beteli àti Dani ní 977 BC.</w:t>
      </w:r>
    </w:p>
    <w:p>
      <w:pPr>
        <w:pStyle w:val="ArticleHeading"/>
        <w:jc w:val="left"/>
      </w:pPr>
      <w:r>
        <w:rPr>
          <w:rFonts w:ascii="Arial" w:hAnsi="Arial" w:eastAsia="Arial" w:cs="Arial"/>
        </w:rPr>
        <w:t>Ẹgbẹ̀rún méjìlélógún</w:t>
      </w:r>
    </w:p>
    <w:p>
      <w:pPr>
        <w:pStyle w:val="ArticleBody"/>
        <w:jc w:val="left"/>
      </w:pPr>
      <w:r>
        <w:rPr>
          <w:rFonts w:ascii="Times New Roman" w:hAnsi="Times New Roman" w:eastAsia="Times New Roman" w:cs="Times New Roman"/>
        </w:rPr>
        <w:t>Jeroboamu ní ààmì ìṣàpẹẹrẹ méjìlélógún, nítorí pé ó jẹ ọba fún ọdún méjìlélógún, báyìí ni ó fi so ẹ̀rí rẹ̀ mọ́ ìtàn tí méjìlélógún ń ṣojú fún, èyí tí ó jẹ́ ààmì ìṣàpẹẹrẹ ìdapọ̀ Ìwà-Ọlọ́run pẹ̀lú ẹ̀dá ènìyàn gẹ́gẹ́ bí a ti fihàn nínú ìran marah ti Dáníẹ́lì ní ọjọ́ kejìlélógún, àti nọ́mbà igba méjìdínlógún, nínú èyí tí nọ́mbà méjìlélógún jẹ́ ìdámẹ́wàá.</w:t>
      </w:r>
    </w:p>
    <w:p>
      <w:pPr>
        <w:pStyle w:val="ArticleScripture"/>
        <w:jc w:val="left"/>
      </w:pPr>
      <w:r>
        <w:rPr>
          <w:rFonts w:ascii="Times New Roman" w:hAnsi="Times New Roman" w:eastAsia="Times New Roman" w:cs="Times New Roman"/>
        </w:rPr>
        <w:t>Àwọn ọjọ́ tí Jeroboamu sì fi jọba jẹ́ ọdún méjìlélógún: ó sì sùn pẹ̀lú àwọn baba rẹ̀, Nadabu ọmọ rẹ̀ sì jọba ní ipò rẹ̀. 1 Kings 14:20.</w:t>
      </w:r>
    </w:p>
    <w:p>
      <w:pPr>
        <w:pStyle w:val="ArticleBody"/>
        <w:jc w:val="left"/>
      </w:pPr>
      <w:r>
        <w:rPr>
          <w:rFonts w:ascii="Times New Roman" w:hAnsi="Times New Roman" w:eastAsia="Times New Roman" w:cs="Times New Roman"/>
        </w:rPr>
        <w:t>“Ìṣọ̀kan sí Ọ̀kan,” tí ó dúró fún ìsopọpọ̀ Ìwà-Ọlọ́run àti ẹ̀dá ènìyàn, ni iṣẹ́ Kristi tí ó bẹ̀rẹ̀ ní October 22, tàbí oṣù kẹwàá (Gregorian); mẹ́wàá ìgbà méjìlélógún dọ́gba pẹ̀lú igba méjìdínlógún. Jeroboamu gbé àwọn pẹpẹ èké kalẹ̀ ní Bẹtẹli àti Dani pẹ̀lú, nítorí náà ó jẹ́ ààmì ìjọsìn ọjọ́ Àìkú èké ní ìbáṣepọ̀ pẹ̀lú ìsopọpọ̀ ìjọ (Bẹtẹli: túmọ̀ sí ìjọ) àti ìjọba (Dani: túmọ̀ sí ìdájọ́).</w:t>
      </w:r>
    </w:p>
    <w:p>
      <w:pPr>
        <w:pStyle w:val="ArticleScripture"/>
        <w:jc w:val="left"/>
      </w:pPr>
      <w:r>
        <w:rPr>
          <w:rFonts w:ascii="Times New Roman" w:hAnsi="Times New Roman" w:eastAsia="Times New Roman" w:cs="Times New Roman"/>
        </w:rPr>
        <w:t>Nígbà náà ni Jeroboamu kọ́ Ṣekemu sí orí òkè Efraimu, ó sì gbé inú rẹ̀; ó sì jáde kúrò níbẹ̀, ó sì kọ́ Penueli. Jeroboamu sì sọ nínú ọkàn rẹ̀ pé, Ní báyìí ni ìjọba yóò padà sí ilé Dáfídì: bí àwọn ènìyàn wọ̀nyí bá gòkè lọ láti rú ẹbọ nínú ilé Olúwa ní Jerusalẹmu, nígbà náà ni ọkàn àwọn ènìyàn wọ̀nyí yóò padà sí ọ̀dọ̀ olúwa wọn, àní sí ọ̀dọ̀ Rehoboamu ọba Juda; wọn yóò sì pa mí, wọn yóò sì tún padà lọ sí ọ̀dọ̀ Rehoboamu ọba Juda. Nítorí náà, ọba náà gbìmọ̀, ó sì ṣe ọmọ màlúù wúrà méjì, ó sì wí fún wọn pé, Ó ti pọ̀ jù fún yín láti máa gòkè lọ sí Jerusalẹmu: wò ó, àwọn ọlọ́run rẹ, Ísírẹ́lì, tí wọ́n mú ọ jáde kúrò ní ilẹ̀ Ejibiti. Ó sì fi ọ̀kan kalẹ̀ ní Beteli, ó sì gbé èkejì sí Dani. Ohun yìí sì di ẹ̀ṣẹ̀: nítorí àwọn ènìyàn lọ láti foríbalẹ̀ níwájú ọ̀kan náà, àní títí dé Dani. Ó sì ṣe ilé àwọn ibi gíga, ó sì yan àlùfáà nínú ẹni-kẹ́yìn àwọn ènìyàn, àwọn tí kì í ṣe nínú àwọn ọmọ Lefi. Jeroboamu sì pàṣẹ àjọyọ̀ kan ní oṣù kẹjọ, ní ọjọ́ kẹẹ̀ẹ́dógún oṣù náà, bí àjọyọ̀ tí ó wà ní Juda; ó sì rú ẹbọ lórí pẹpẹ. Bákan náà ni ó ṣe ní Beteli, ní fífi ẹbọ rú fún àwọn ọmọ màlúù tí ó ṣe; ó sì fi àwọn àlùfáà àwọn ibi gíga tí ó ṣe sí Beteli. Nítorí náà ó rú ẹbọ lórí pẹpẹ tí ó ṣe ní Beteli ní ọjọ́ kẹẹ̀ẹ́dógún oṣù kẹjọ, àní nínú oṣù tí ó ti pète láti inú ọkàn ara rẹ̀; ó sì pàṣẹ àjọyọ̀ kan fún àwọn ọmọ Israẹli: ó sì rú ẹbọ lórí pẹpẹ, ó sì sun tùràrí. 1 Ọba 12:25–33.</w:t>
      </w:r>
    </w:p>
    <w:p>
      <w:pPr>
        <w:pStyle w:val="ArticleBody"/>
        <w:jc w:val="left"/>
      </w:pPr>
      <w:r>
        <w:rPr>
          <w:rFonts w:ascii="Times New Roman" w:hAnsi="Times New Roman" w:eastAsia="Times New Roman" w:cs="Times New Roman"/>
        </w:rPr>
        <w:t>Nínú ìtàn ìpilẹ̀ṣẹ̀ àwọn ẹ̀yà mẹ́wàá ti àríwá, ìṣọ̀tẹ̀ kan wà tí a ti fi ìkọ̀sílẹ̀ Ísírẹ́lì sí Ọlọ́run gẹ́gẹ́ bí ọba hàn ní àpẹẹrẹ, bẹ́ẹ̀ náà sì ni ìṣọ̀tẹ̀ Áárónì àti ọmọ màlúù wúrà. Ìṣọ̀tẹ̀ Áárónì wà ní ìtàn ìpilẹ̀ṣẹ̀ Ísírẹ́lì àtijọ́, ti Jèróbóámù sì wà ní ìtàn ìpilẹ̀ṣẹ̀ àwọn ẹ̀yà mẹ́wàá ti àríwá. “Láìnì lórí láìnì” Áárónì, gẹ́gẹ́ bí àlùfáà àgbà, dúró fún ìjọ, Jèróbóámù sì, gẹ́gẹ́ bí ọba, dúró fún ìpínlẹ̀. Àwọn ìṣọ̀tẹ̀ ìpilẹ̀ṣẹ̀ méjèèjì wọ̀nyí jẹ́ láìnì kan tí ó ní ìṣọ̀tẹ̀ ìpilẹ̀ṣẹ̀ àwọn ènìyàn Ísírẹ́lì nínú fífẹ́ ọba ènìyàn.</w:t>
      </w:r>
    </w:p>
    <w:p>
      <w:pPr>
        <w:pStyle w:val="ArticleHeading"/>
        <w:jc w:val="left"/>
      </w:pPr>
      <w:r>
        <w:rPr>
          <w:rFonts w:ascii="Arial" w:hAnsi="Arial" w:eastAsia="Arial" w:cs="Arial"/>
        </w:rPr>
        <w:t>490</w:t>
      </w:r>
    </w:p>
    <w:p>
      <w:pPr>
        <w:pStyle w:val="ArticleBody"/>
        <w:jc w:val="left"/>
      </w:pPr>
      <w:r>
        <w:rPr>
          <w:rFonts w:ascii="Times New Roman" w:hAnsi="Times New Roman" w:eastAsia="Times New Roman" w:cs="Times New Roman"/>
        </w:rPr>
        <w:t>Àwọn àkókò mẹ́ta ti ọ̀kẹ́ mẹ́rìnlélọ́gọ́rin [490] ọdún wà nínú ìtàn mímọ́ tí a ṣàfihàn nínú ìwé Ìsíkíẹ́lì, ọ̀kan sì ní ìbáṣepọ̀ pẹ̀lú àwọn ọba, èkejì pẹ̀lú ibi mímọ́, àti ẹ̀kẹta pẹ̀lú ogun náà. Àwọn àkókò mẹ́ta wọ̀nyí bá ìṣọ̀tẹ́ Áárónì mu, (ibi mímọ́), ti Sáúlù (ogun náà), àti ti Jèróbóámù (ọba). Nínú àwọn ààmì mẹ́ta wọ̀nyí—wòlíì, àlùfáà, àti ọba—ọba Sáúlù ni a dá mọ̀ gẹ́gẹ́ bí ẹni tí ó ń sọ̀rọ̀ àsọtẹ́lẹ̀, Áárónì sì ni àlùfáà, Jèróbóámù sì ni ọba.</w:t>
      </w:r>
    </w:p>
    <w:p>
      <w:pPr>
        <w:pStyle w:val="ArticleScripture"/>
        <w:jc w:val="left"/>
      </w:pPr>
      <w:r>
        <w:rPr>
          <w:rFonts w:ascii="Times New Roman" w:hAnsi="Times New Roman" w:eastAsia="Times New Roman" w:cs="Times New Roman"/>
        </w:rPr>
        <w:t>Ó sì ṣẹlẹ̀ pé, nígbà tí gbogbo àwọn tí ó ti mọ̀ ọ́ tẹ́lẹ̀ rí i pé, wò ó, ó ń sọtẹ́lẹ̀ láàárín àwọn wòlíì, nígbà náà ni àwọn ènìyàn sọ fún ara wọn pé, Kí ni èyí tí ó dé bá ọmọ Kiṣi? Ṣé Saulu náà wà láàárín àwọn wòlíì bí? Ọ̀kan nínú àwọn ènìyàn ibẹ̀ sì dáhùn, ó ní, Ṣùgbọ́n ta ni baba wọn? Nítorí náà ó di òwe pé, Ṣé Saulu náà wà láàárín àwọn wòlíì bí? 1 Samueli 10:11, 12.</w:t>
      </w:r>
    </w:p>
    <w:p>
      <w:pPr>
        <w:pStyle w:val="ArticleBody"/>
        <w:jc w:val="left"/>
      </w:pPr>
      <w:r>
        <w:rPr>
          <w:rFonts w:ascii="Times New Roman" w:hAnsi="Times New Roman" w:eastAsia="Times New Roman" w:cs="Times New Roman"/>
        </w:rPr>
        <w:t>Ìjọ́ ajagunmólè ní wòlíì ẹni ọdún mẹ́ẹ̀ẹ́gbọ̀n, àti àlùfáà ẹni ọdún mẹ́ẹ̀ẹ́gbọ̀n, àti ọba ẹni ọdún mẹ́ẹ̀ẹ́gbọ̀n, tí a ṣojú fún nípa Ẹsẹkiẹli tí ó bẹ̀rẹ̀ ní ọdún kẹtàlélọ́gbọ̀n, Josefu tí ó bẹ̀rẹ̀ iṣẹ́ ìránṣẹ́ rẹ̀ ní ọdún mẹ́ẹ̀ẹ́gbọ̀n, àti ọba Dáfídì tí ó bẹ̀rẹ̀ sí í jọba ní ọdún mẹ́ẹ̀ẹ́gbọ̀n rẹ̀. A ṣojú fún ìjọ́ ajagunmólè nínú orí mẹ́jọ tí ó gbẹ̀yìn nínú ìwé Ẹsẹkiẹli gẹ́gẹ́ bí tẹ́ńpìlì tí ń kun ilẹ̀ ayé, àti ìjọ́ ajagunmólè ni Filadẹlfia, èyí tí í ṣe ìjọ kẹjọ lára àwọn méje.</w:t>
      </w:r>
    </w:p>
    <w:p>
      <w:pPr>
        <w:pStyle w:val="ArticleBody"/>
        <w:jc w:val="left"/>
      </w:pPr>
      <w:r>
        <w:rPr>
          <w:rFonts w:ascii="Times New Roman" w:hAnsi="Times New Roman" w:eastAsia="Times New Roman" w:cs="Times New Roman"/>
        </w:rPr>
        <w:t>Ìlà àsọtẹ́lẹ̀ Jóṣíà tí ó bẹ̀rẹ̀ ní ọdún 977 ṣáájú Kristi parí ní òfin Ọjọ́ Àìkú tí ń bọ̀ láìpẹ́. Ìwẹ̀nùmọ́ àti ìdìdìpọ̀ ẹgbẹ̀rún lọ́nà ọgọ́rùn-ún mẹ́rìnlélógójì náà, tí ó bẹ̀rẹ̀ ní Ọjọ́ kọkànlélógún, oṣù kejìlá, ọdún 2023, bẹ̀rẹ̀ nígbà tí Maikeli sọ̀kalẹ̀ láti jí àwọn ẹlẹ́rìí méjì ti Ìfihàn orí kọkànlá dìde. Ọdún 2023 dé lẹ́yìn ọdún méjìlélógún láti ọjọ́ Kẹsán 11, 2001, gẹ́gẹ́ bí Alien and Sedition Acts ti 1798 ṣe dé lẹ́yìn ọdún méjìlélógún láti Ìkéde Òmìnira ní 1776. Ìjọba ọdún méjìlélógún Jeroboamu bẹ̀rẹ̀ ní ọdún 977 ṣáájú Kristi nígbà tí a gbé àsọtẹ́lẹ̀ Jóṣíà kalẹ̀. Ní àkókò náà, wòlíì aláìgbọ́ràn ti 1 Kings orí kẹtàlá dojú kọ ìpẹ̀yìndà Jeroboamu gẹ́gẹ́ bí Mose ṣe dojú kọ ìpẹ̀yìndà Aaroni, tí Samuẹli sì dojú kọ ogun tí ó fẹ́ ọba. Àwọn ìdójúkọ wọ̀nyí sí àwọn ìpẹ̀yìndà ìpìlẹ̀, tí a ṣàpẹẹrẹ wọn nípasẹ̀ ìránṣẹ́ wòlíì aláìgbọ́ràn, Mose, àti Samuẹli, ń ṣojú igbe ńlá ti áńgẹ́lì kẹta ní òfin Ọjọ́ Àìkú. Èyí ni ìfẹ̀sùn ìkìlọ̀ tí àpẹẹrẹ asia ń kéde, èyí tí a ṣàpẹẹrẹ rẹ̀ nínú ìtàn Jeroboamu gẹ́gẹ́ bí àsọtẹ́lẹ̀ Jóṣíà pẹ̀lú “àmì” kan.</w:t>
      </w:r>
    </w:p>
    <w:p>
      <w:pPr>
        <w:pStyle w:val="ArticleScripture"/>
        <w:jc w:val="left"/>
      </w:pPr>
      <w:r>
        <w:rPr>
          <w:rFonts w:ascii="Times New Roman" w:hAnsi="Times New Roman" w:eastAsia="Times New Roman" w:cs="Times New Roman"/>
        </w:rPr>
        <w:t>Sì kíyèsí i, ọkùnrin Ọlọ́run kan sì ti Júdà wá sí Bẹ́tẹ́lì nípa ọ̀rọ̀ Olúwa: Jeroboamu sì dúró lẹ́gbẹ̀ẹ́ pẹpẹ láti sun tùràrí. Ó sì ké sí pẹpẹ náà nípa ọ̀rọ̀ Olúwa, ó ní, Pẹpẹ, pẹpẹ, báyìí ni Olúwa wí; Wò ó, a ó bí ọmọkùnrin kan fún ilé Dáfídì, Jósáyà ni a ó máa pè é ní orúkọ; lórí rẹ ni yóò sì rúbọ àwọn àlùfáà ibi gíga tí ń sun tùràrí lórí rẹ, egungun ènìyàn ni a ó sì sun lórí rẹ. Ó sì fúnni ní àmì ní ọjọ́ náà gan-an, ó ní, Èyí ni àmì tí Olúwa ti sọ; Wò ó, pẹpẹ náà yóò ya, erùpẹ̀ tí ó wà lórí rẹ ni a ó sì dà sílẹ̀. Ó sì ṣe, nígbà tí ọba Jeroboamu gbọ́ ọ̀rọ̀ ọkùnrin Ọlọ́run náà, ẹni tí ó ti ké sí pẹpẹ ní Bẹ́tẹ́lì, tí ó na ọwọ́ rẹ̀ jáde láti ibi pẹpẹ, ó ní, Ẹ mú un. Ọwọ́ rẹ̀ sì, èyí tí ó nà jáde sí i, rọ gbẹ, bẹ́ẹ̀ tí kò fi lè fà á padà sọ́dọ̀ ara rẹ̀ mọ́.</w:t>
      </w:r>
    </w:p>
    <w:p>
      <w:pPr>
        <w:pStyle w:val="ArticleScripture"/>
        <w:jc w:val="left"/>
      </w:pPr>
      <w:r>
        <w:rPr>
          <w:rFonts w:ascii="Times New Roman" w:hAnsi="Times New Roman" w:eastAsia="Times New Roman" w:cs="Times New Roman"/>
        </w:rPr>
        <w:t>Pẹpẹ náà pẹ̀lú fọ́ sí méjì, erùpẹ̀ sì tú jáde kúrò lórí pẹpẹ náà, gẹ́gẹ́ bí àmì tí ọkùnrin Ọlọ́run náà ti fi ọ̀rọ̀ Olúwa sọ. Ọba sì dáhùn, ó sì wí fún ọkùnrin Ọlọ́run náà pé, “Ṣàdúrà báyìí sí ojú Olúwa Ọlọ́run rẹ, kí o sì bẹ̀bẹ̀ fún mi, kí ọwọ́ mi lè tún padà bọ̀ sí ipò rẹ̀.” Ọkùnrin Ọlọ́run náà sì bẹ Olúwa, ọwọ́ ọba náà sì tún padà bọ̀ sí ipò rẹ̀, ó sì di bí ó ti rí tẹ́lẹ̀. Ọba náà sì wí fún ọkùnrin Ọlọ́run náà pé, “Bá mi lọ sí ilé, kí o sì tún ara rẹ sọ, èmi yóò sì fún ọ ní èrè.” Ṣùgbọ́n ọkùnrin Ọlọ́run náà wí fún ọba náà pé, “Bí o bá fún mi ní ìdajì ilé rẹ, èmi kì yóò bá ọ wọlé, bẹ́ẹ̀ ni èmi kì yóò jẹ àkàrà tàbí mu omi ní ibi yìí. Nítorí pé báyìí ni a ti pàṣẹ fún mi nípa ọ̀rọ̀ Olúwa pé, ‘Má ṣe jẹ àkàrà, má sì ṣe mu omi, bẹ́ẹ̀ ni má ṣe padà ní ọ̀nà kan náà tí o gbà wá.’” Ní bẹ̀ẹ̀ ni ó fi gba ọ̀nà mìíràn lọ, kò sì padà ní ọ̀nà tí ó gbà wá sí Bẹtẹli. 1 Àwọn Ọba 13:1–10.</w:t>
      </w:r>
    </w:p>
    <w:p>
      <w:pPr>
        <w:pStyle w:val="ArticleBody"/>
        <w:jc w:val="left"/>
      </w:pPr>
      <w:r>
        <w:rPr>
          <w:rFonts w:ascii="Times New Roman" w:hAnsi="Times New Roman" w:eastAsia="Times New Roman" w:cs="Times New Roman"/>
        </w:rPr>
        <w:t>Ìkọ̀síwájú wòlíì náà láti bá Jeroboamu jẹun, láìka ìfilọ̀ “ààbọ̀ ilé rẹ” sí, bá ìlérí tí Hẹrọdu ṣe fún Salome, pé yóò fún un ní ààbọ̀ ìjọba rẹ, mu.</w:t>
      </w:r>
    </w:p>
    <w:p>
      <w:pPr>
        <w:pStyle w:val="ArticleScripture"/>
        <w:jc w:val="left"/>
      </w:pPr>
      <w:r>
        <w:rPr>
          <w:rFonts w:ascii="Times New Roman" w:hAnsi="Times New Roman" w:eastAsia="Times New Roman" w:cs="Times New Roman"/>
        </w:rPr>
        <w:t>Nígbà tí ọjọ́ àyè bá dé, tí Hẹ́rọ́dù sì ṣe àsè kan ní ọjọ́ ìbí rẹ̀ fún àwọn olúwa rẹ̀, àwọn olórí ọmọ-ogun, àti àwọn olókìkí ilẹ̀ Gálílì; nígbà tí ọmọbìnrin Hẹ́rọ́díà náà wọlé, tí ó sì jó, tí ó sì mú inú Hẹ́rọ́dù àti àwọn tí wọ́n bá a jókòó dùn, ọba náà wí fún ọmọbìnrin náà pé, Béèrè lọ́wọ́ mi ohunkóhun tí ìwọ bá fẹ́, èmi yóò sì fi í fún ọ. Ó sì búra fún un pé, Ohunkóhun tí ìwọ bá béèrè lọ́wọ́ mi, èmi yóò fi í fún ọ, títí dé ìdajì ìjọba mi. Ó sì jáde lọ, ó sì wí fún ìyá rẹ̀ pé, Kí ni èmi yóò béèrè? Ó sì wí pé, Orí Jòhánù Oníbatisí. Máàkù 6:21–24.</w:t>
      </w:r>
    </w:p>
    <w:p>
      <w:pPr>
        <w:pStyle w:val="ArticleBody"/>
        <w:jc w:val="left"/>
      </w:pPr>
      <w:r>
        <w:rPr>
          <w:rFonts w:ascii="Times New Roman" w:hAnsi="Times New Roman" w:eastAsia="Times New Roman" w:cs="Times New Roman"/>
        </w:rPr>
        <w:t>Ìlérí Hẹ́rọ́dù pé yóò fúnni ní ìdajì ìjọba rẹ̀ ṣẹlẹ̀ ní ọjọ́ ìbí rẹ̀. Hẹ́rọ́dù jẹ́ àmì ìṣàpẹẹrẹ Róòmù, àti àwọn ọba mẹ́wàá tí Ìfihàn orí kẹtàdínlógún sọ nípa wọn ni a ṣàpẹẹrẹ wọn nínú pípín Róòmù sí apá mẹ́wàá ní Dáníélì orí keje, àti nínú àwọn ìka ẹsẹ̀ mẹ́wàá ti orí kejì. A samisi ọjọ́ ìbí rẹ̀ nígbà tí a fi ìjọba kẹfà rọ́pò pẹ̀lú ìjọba keje ní òfin Ọjọ́-Àìkú, àti ní ìtumọ̀ yìí, ó jẹ́ ọjọ́ ìbí Ìṣọ̀kan Àwọn Orílẹ̀-Èdè gẹ́gẹ́ bí ìjọba keje ti àsọtẹ́lẹ̀ Bíbélì. Ní òfin Ọjọ́-Àìkú tí ó sún mọ́lé, àwọn ọba mẹ́wàá, tí a ṣàpẹẹrẹ wọn nípasẹ̀ ẹ̀yà mẹ́wàá àríwá ti Jèróbóámù, fara mọ́ láti fi ìjọba wọn fún ẹranko náà fún wákàtí kan gẹ́gẹ́ bí Ìfihàn “kẹtàdínlógún” ti sọ.</w:t>
      </w:r>
    </w:p>
    <w:p>
      <w:pPr>
        <w:pStyle w:val="ArticleScripture"/>
        <w:jc w:val="left"/>
      </w:pPr>
      <w:r>
        <w:rPr>
          <w:rFonts w:ascii="Times New Roman" w:hAnsi="Times New Roman" w:eastAsia="Times New Roman" w:cs="Times New Roman"/>
        </w:rPr>
        <w:t>Nítorí Ọlọ́run ni ó fi sínú ọkàn wọn láti ṣe ìfẹ́ rẹ̀, àti láti ní èrò kan náà, àti láti fi ìjọba wọn fún ẹranko náà, títí ọ̀rọ̀ Ọlọ́run yóò fi ṣẹ. Ìfihàn 17:17.</w:t>
      </w:r>
    </w:p>
    <w:p>
      <w:pPr>
        <w:pStyle w:val="ArticleBody"/>
        <w:jc w:val="left"/>
      </w:pPr>
      <w:r>
        <w:rPr>
          <w:rFonts w:ascii="Times New Roman" w:hAnsi="Times New Roman" w:eastAsia="Times New Roman" w:cs="Times New Roman"/>
        </w:rPr>
        <w:t>Kí a tó bẹ̀rẹ̀ sí í gbé àsọtẹ́lẹ̀ Ẹsikíẹ́lì ti orí kẹrin kalẹ̀, a ó kọ́kọ́ tọ́ka sí àwọn ìgbà “mẹ́tàlá” tí Ẹsikíẹ́lì fi dá ọjọ́ kan mọ̀ ní tààrà. Àwọn àmì-ọ̀nà mẹ́tàlá wọ̀nyí pín sí méjì ní àkópọ̀, láàárín ayé àti àwọn ènìyàn Ọlọ́run. Ayé, tí Íjíbítì ṣojú fún, ni a fi sí ọjọ́ pàtó ní ìgbà mẹ́fà ní tààrà, a sì bá Tírè sọ̀rọ̀ lẹ́ẹ̀kan, àti ní àwọn ìgbà mẹ́fà yòókù, Jérúsálẹ́mù ni kókó-ọrọ̀ náà. Ìwé náà bẹ̀rẹ̀ ní ọdún 592 BC, èyí tí í ṣe ọdún kọkàndínlógún kẹta nínú àkókò Jubilee kejìlá-dín-lógún, àti ẹsẹ̀ kìn-ín-ní orí ogójì ti Ẹsikíẹ́lì tọ́ka sí October 22, 573 BC gẹ́gẹ́ bí òpin àkókò náà. Àkókò Jubilee náà dúró fún àkókò ìdìdì àwọn ẹgbẹ̀rún méjìlá lé ní ogójì ẹgbẹ̀rún [one hundred and forty-four thousand] láti 9/11 títí dé òfin Ọjọ́ Àìkú tí ń bọ̀ láìpẹ́, èyí tí, ní ẹ̀wẹ̀, a tún ṣojú fún nínú fíràkítàlì kan ti ìtàn náà gan-an láti December 31, 2023 títí dé òfin Ọjọ́ Àìkú tí ń bọ̀ láìpẹ́. August 11, 1840 títí dé October 22, 1844 ni wọ́n jẹ́ àpẹẹrẹ àwọn àkókò méjèèjì náà.</w:t>
      </w:r>
    </w:p>
    <w:p>
      <w:pPr>
        <w:pStyle w:val="ArticleBody"/>
        <w:jc w:val="left"/>
      </w:pPr>
      <w:r>
        <w:rPr>
          <w:rFonts w:ascii="Times New Roman" w:hAnsi="Times New Roman" w:eastAsia="Times New Roman" w:cs="Times New Roman"/>
        </w:rPr>
        <w:t>Ní ọjọ́ kẹ́rìnlá oṣù Kẹjọ, ọdún 1840, kò sí ẹni kéré ju Jésù Kristi lọ tí ó sọ̀kalẹ̀ gẹ́gẹ́ bí áńgẹ́lì alágbára náà ti Ìfihàn mẹ́wàá, ẹni tí ó mú ìwé kékeré kan wá tí a ní kí àwọn ènìyàn Ọlọ́run gbà kí wọ́n sì jẹ ẹ́. Áńgẹ́lì kan náà tún sọ̀kalẹ̀ ní 9/11 láti samisi ìbẹ̀rẹ̀ àkókò ìdìdì. Áńgẹ́lì kan náà sọ̀kalẹ̀ ní ọjọ́ 31, oṣù Kejìlá, ọdún 2023 láti jí àwọn ẹlẹ́rìí méjì náà dìde, àwọn tí wọ́n ti pa ní òpópónà ìlú ńlá náà ti Sódómù àti Ejibiti, níbi tí a sì ti kàn Olúwa mọ́ àgbélébùú pẹ̀lú. Ìsọ̀kalẹ̀ náà samisi àkókò ìparí àkókò ìdìdì. Nínú àkókò fraktali láti ọjọ́ 31, oṣù Kejìlá, ọdún 2023 títí dé òfin Ọjọ́-Àìkú, a fún Esekiẹli àlùfáà ní ìran tẹ́ńpìlì náà ní ọ̀run. Ní àkókò náà, a mú un yadi, kò sì sọ̀rọ̀ bí kò ṣe nígbà tí Ọlọ́run bá pàṣẹ fún un láti ṣe bẹ́ẹ̀. Ipò rẹ̀ ń bá a lọ títí di òfin Ọjọ́-Àìkú tí ó súnmọ́, èyí tí ìparun Jerúsálẹmu dúró fún.</w:t>
      </w:r>
    </w:p>
    <w:p>
      <w:pPr>
        <w:pStyle w:val="ArticleBody"/>
        <w:jc w:val="left"/>
      </w:pPr>
      <w:r>
        <w:rPr>
          <w:rFonts w:ascii="Times New Roman" w:hAnsi="Times New Roman" w:eastAsia="Times New Roman" w:cs="Times New Roman"/>
        </w:rPr>
        <w:t>Gẹ́gẹ́ bí ó ti rí pẹ̀lú Johanu, a pàṣẹ fún Esekiẹli láti mú ìwé náà tí ó wà ní ọwọ́ áńgẹ́lì tí ń sọ̀kalẹ̀ ní Ìfihàn orí kẹwàá, a sì tún sọ fún un láti jẹ ìwé ẹkún, ìṣọ̀fọ̀, àti ègbé.</w:t>
      </w:r>
    </w:p>
    <w:p>
      <w:pPr>
        <w:pStyle w:val="ArticleScripture"/>
        <w:jc w:val="left"/>
      </w:pPr>
      <w:r>
        <w:rPr>
          <w:rFonts w:ascii="Times New Roman" w:hAnsi="Times New Roman" w:eastAsia="Times New Roman" w:cs="Times New Roman"/>
        </w:rPr>
        <w:t>Ṣùgbọ́n ìwọ, ọmọ ènìyàn, gbọ́ ohun tí mo sọ fún ọ; má ṣe jẹ́ ọlọ̀tẹ̀ bí ilé ọlọ̀tẹ̀ náà; yà ẹnu rẹ sílẹ̀, kí o sì jẹ ohun tí mo fi fún ọ. Nígbà tí mo sì wo, wò ó, a rán ọwọ́ kan sí mi; sì kíyèsi i, ìkájọ ìwé kan wà nínú rẹ̀; ó sì tẹ́ ẹ kalẹ̀ níwájú mi; a sì kọ ọ́ ní inú àti ní òde; a sì kọ ọ́ nínú rẹ̀ ní ẹkún, àti ìṣọ̀fọ̀, àti ègbé. Hesekieli 2:8–10.</w:t>
      </w:r>
    </w:p>
    <w:p>
      <w:pPr>
        <w:pStyle w:val="ArticleBody"/>
        <w:jc w:val="left"/>
      </w:pPr>
      <w:r>
        <w:rPr>
          <w:rFonts w:ascii="Times New Roman" w:hAnsi="Times New Roman" w:eastAsia="Times New Roman" w:cs="Times New Roman"/>
        </w:rPr>
        <w:t>A ṣe aṣoju ìhìnrere náà gẹ́gẹ́ bí ìhìnrere aláìlékọ̀ọ̀kan mẹ́ta, nípa bẹ́ẹ̀ ó ń ṣàpẹẹrẹ ìhìnrere àwọn áńgẹ́lì mẹ́ta ti Ìfihàn orí kẹrìnlá. Nítorí náà, ìhìnrere èdìdì ti áńgẹ́lì kẹta ni ó ń fi èdìdì dì àwọn tí wọ́n wà nínú Jerúsálẹ́mù, tí wọ́n ń ṣọ̀fọ̀, tí wọ́n sì ń kẹ́dùn nítorí ẹ̀ṣẹ̀ ìjọ àti ilẹ̀ náà, gẹ́gẹ́ bí a ti ṣàpẹẹrẹ rẹ̀ nínú Ìsíkíẹ́lì orí kẹsàn-án àti Ìfihàn orí keje.</w:t>
      </w:r>
    </w:p>
    <w:p>
      <w:pPr>
        <w:pStyle w:val="ArticleScripture"/>
        <w:jc w:val="left"/>
      </w:pPr>
      <w:r>
        <w:rPr>
          <w:rFonts w:ascii="Times New Roman" w:hAnsi="Times New Roman" w:eastAsia="Times New Roman" w:cs="Times New Roman"/>
        </w:rPr>
        <w:t>Ògo Ọlọ́run Israẹli sì ti lékè lọ kúrò lórí kérúbù tí ó wà lé lórí rẹ̀, lọ sí ẹnu-ọ̀nà ilé náà. Ó sì pè ọkùnrin tí a fi aṣọ ọ̀gbọ̀ wọ̀, ẹni tí ó ní àgò ìnki akòwé lẹ́gbẹ̀ẹ́ rẹ̀; OLúwa sì wí fún un pé, Lọ la àárín ìlú náà kọjá, àní la àárín Jerúsálẹ́mù kọjá, kí o sì fi ààmì sí iwájú orí àwọn ọkùnrin tí ń súfèé tí wọ́n sì ń ké nítorí gbogbo àwọn ìríra tí a ń ṣe ní àárín rẹ̀. Ezekieli 9:3, 4.</w:t>
      </w:r>
    </w:p>
    <w:p>
      <w:pPr>
        <w:pStyle w:val="ArticleBody"/>
        <w:jc w:val="left"/>
      </w:pPr>
      <w:r>
        <w:rPr>
          <w:rFonts w:ascii="Times New Roman" w:hAnsi="Times New Roman" w:eastAsia="Times New Roman" w:cs="Times New Roman"/>
        </w:rPr>
        <w:t>Àwọn tí ń gba èdìdì náà ń ṣọ̀fọ̀ nítorí àwọn ẹ̀ṣẹ̀ ìjọ àti àwọn ẹ̀ṣẹ̀ ilẹ̀ náà, ẹ̀rí sì ni a hun sínú ìtàn Jerúsálẹ́mù àti Ejibiti nínú ẹ̀rí Ìsíkíẹ́lì, gẹ́gẹ́ bí àpẹẹrẹ ìjọ àti ayé.</w:t>
      </w:r>
    </w:p>
    <w:p>
      <w:pPr>
        <w:pStyle w:val="ArticleScripture"/>
        <w:jc w:val="left"/>
      </w:pPr>
      <w:r>
        <w:rPr>
          <w:rFonts w:ascii="Times New Roman" w:hAnsi="Times New Roman" w:eastAsia="Times New Roman" w:cs="Times New Roman"/>
        </w:rPr>
        <w:t>“Iwúkàrà ìwà-bí-Ọlọ́run kò tíì pàdánù agbára rẹ̀ pátápátá. Ní àkókò tí ewu àti ìrẹ̀wẹ̀sì ìjọ bá tóbi jùlọ, ẹgbẹ́ kékeré tí ń dúró nínú ìmọ́lẹ̀ yóò máa sọ̀fọ̀, yóò sì máa ké nítorí àwọn ohun ìríra tí a ń ṣe ní ilẹ̀ náà. Ṣùgbọ́n ní pàtàkì jùlọ ni àwọn àdúrà wọn yóò máa gòkè lọ nítorí ìjọ, nítorí àwọn ọmọ ẹgbẹ́ rẹ̀ ń hùwà gẹ́gẹ́ bí ọ̀nà ayé. …”</w:t>
      </w:r>
    </w:p>
    <w:p>
      <w:pPr>
        <w:pStyle w:val="ArticleScripture"/>
        <w:jc w:val="left"/>
      </w:pPr>
      <w:r>
        <w:rPr>
          <w:rFonts w:ascii="Times New Roman" w:hAnsi="Times New Roman" w:eastAsia="Times New Roman" w:cs="Times New Roman"/>
        </w:rPr>
        <w:t>“Àṣẹ náà ni pé: ‘Lọ kọjá láàárín ìlú náà, láàárín Jerusalẹmu, kí o sì fi àmì kan sí iwájú orí àwọn ọkùnrin tí ń kẹ́dùn tí wọ́n sì ń ké nítorí gbogbo ohun ìríra tí a ń ṣe láàárín rẹ̀.’ Àwọn ẹni tí ń kẹ́dùn, tí wọ́n sì ń ké wọ̀nyí ti ń gbé àwọn ọ̀rọ̀ ìyè kalẹ̀; wọ́n ti báni wí, wọ́n ti gbani níyànjú, wọ́n sì ti fi ìtẹnumọ́ bẹ̀bẹ̀. Àwọn kan tí wọ́n ti ń bu Ọlọ́run ní ọlá jẹ́ ronúpìwàdà, wọ́n sì rẹ ara wọn sílẹ̀ níwájú Rẹ̀. Ṣùgbọ́n ògo Oluwa ti kúrò lórí Israeli; bí ó tilẹ̀ jẹ́ pé ọ̀pọ̀lọpọ̀ ṣì ń bá a lọ nínú àwọn ìṣe ìsìn ní ìrísí wọn, agbára àti ìwàláàyè Rẹ̀ kò sí.” Testimonies, ìwọ̀n 5, 209, 210.</w:t>
      </w:r>
    </w:p>
    <w:p>
      <w:pPr>
        <w:pStyle w:val="ArticleBody"/>
        <w:jc w:val="left"/>
      </w:pPr>
      <w:r>
        <w:rPr>
          <w:rFonts w:ascii="Times New Roman" w:hAnsi="Times New Roman" w:eastAsia="Times New Roman" w:cs="Times New Roman"/>
        </w:rPr>
        <w:t>Nínú àyíká ìwé Ẹkún, ìṣòro ọkàn àti ègbé tí ń ṣàpẹẹrẹ àwọn áńgẹ́lì mẹ́ta ti Ìfihàn orí kẹrìnlá, àwọn ẹkún àti ìṣòro ọkàn náà ni áńgẹ́lì kìíní àti èkejì, ẹ̀kẹta sì ni ìránṣẹ́ ègbé náà, àmì afẹ́fẹ́ ìlà-oòrùn tí àwọn áńgẹ́lì mẹ́rin tí ń dáwọ́ dúró ti Ìfihàn orí keje ń kó mọ́lẹ̀.</w:t>
      </w:r>
    </w:p>
    <w:p>
      <w:pPr>
        <w:pStyle w:val="ArticleHeading"/>
        <w:jc w:val="left"/>
      </w:pPr>
      <w:r>
        <w:rPr>
          <w:rFonts w:ascii="Arial" w:hAnsi="Arial" w:eastAsia="Arial" w:cs="Arial"/>
        </w:rPr>
        <w:t>Íjíbítì</w:t>
      </w:r>
    </w:p>
    <w:p>
      <w:pPr>
        <w:pStyle w:val="ArticleBody"/>
        <w:jc w:val="left"/>
      </w:pPr>
      <w:r>
        <w:rPr>
          <w:rFonts w:ascii="Times New Roman" w:hAnsi="Times New Roman" w:eastAsia="Times New Roman" w:cs="Times New Roman"/>
        </w:rPr>
        <w:t>Nínú ìwé Ìsẹ́kẹ́lì, a tọ́ka sí ọjọ́ mẹ́tàlá. Àkọ́kọ́ nínú àwọn ọjọ́ tí ó jẹ́ ti ìṣèjọba Íjíbítì ni Ìsẹ́kẹ́lì 29:1, ó sì ṣojú fún ọdún 587 ṣáájú Sànmánì Kristi.</w:t>
      </w:r>
    </w:p>
    <w:p>
      <w:pPr>
        <w:pStyle w:val="ArticleScripture"/>
        <w:jc w:val="left"/>
      </w:pPr>
      <w:r>
        <w:rPr>
          <w:rFonts w:ascii="Times New Roman" w:hAnsi="Times New Roman" w:eastAsia="Times New Roman" w:cs="Times New Roman"/>
        </w:rPr>
        <w:t>Ní ọdún kẹwàá, ní oṣù kẹwàá, ní ọjọ́ kejìlá oṣù náà, ọ̀rọ̀ Olúwa tọ̀ mí wá, wí pé, Ọmọ ènìyàn, dojúkọ Fáráò ọba Íjíbítì, kí o sì sọ̀rọ̀ àsọtẹ́lẹ̀ sí i, àti sí gbogbo Íjíbítì: Sọ̀rọ̀, kí o sì wí pé, Báyìí ni Olúwa Ọlọ́run wí; Wò ó, mo wà lòdì sí ọ, Fáráò ọba Íjíbítì, dragoni ńlá tí ó dùbúlẹ̀ ní àárín àwọn odò rẹ̀, ẹni tí ó ti wí pé, Odò mi jẹ́ ti èmi fúnra mi, mo sì ti ṣe é fún ara mi. Ẹsekíẹ́lì 29:1–3.</w:t>
      </w:r>
    </w:p>
    <w:p>
      <w:pPr>
        <w:pStyle w:val="ArticleBody"/>
        <w:jc w:val="left"/>
      </w:pPr>
      <w:r>
        <w:rPr>
          <w:rFonts w:ascii="Times New Roman" w:hAnsi="Times New Roman" w:eastAsia="Times New Roman" w:cs="Times New Roman"/>
        </w:rPr>
        <w:t>587 BC ni ọdún ìdótì, èyí tí ó bẹ̀rẹ̀ ọdún kan àti àbọ̀ kí ìparun Jerúsálẹ́mù tó wáyé. Ní àkókò náà ni Ésékíẹ́lì kéde pé Ọlọ́run yóò ṣubú Ejibiti, àti pé ìṣubú náà yóò fi hàn fún àwọn ènìyàn Ọlọ́run ìwèrè wọn nínú fífi ìgbẹ́kẹ̀lé wọn lé dragoni Ejibiti. Ní òpin orí náà ni a ṣe ìkéde pé a ó fi Ejibiti fún Babiloni, báyìí ni a sì fi mọ̀ ìgbà tí àwọn ọba mẹ́wàá fi ìjọba keje wọn nínú àsọtẹ́lẹ̀ Bíbélì fún Babiloni òde-òní—ìjọba kẹjọ tí ó jẹ́ nínú àwọn méje. A mú àsọtẹ́lẹ̀ náà ṣẹ ní ọdún mẹ́tàdínlógún lẹ́yìn náà ní 571 BC gẹ́gẹ́ bí a ti ṣàlàyé rẹ̀ ní òpin orí náà. Nítorí náà, orí 29 ní ìtọ́kasí ọjọ́ àkọ́kọ́ àti ìkẹyìn tí ó ní í ṣe pẹ̀lú Ejibiti.</w:t>
      </w:r>
    </w:p>
    <w:p>
      <w:pPr>
        <w:pStyle w:val="ArticleScripture"/>
        <w:jc w:val="left"/>
      </w:pPr>
      <w:r>
        <w:rPr>
          <w:rFonts w:ascii="Times New Roman" w:hAnsi="Times New Roman" w:eastAsia="Times New Roman" w:cs="Times New Roman"/>
        </w:rPr>
        <w:t>Ó sì ṣẹ ní ọdún kẹtàdínlọ́gbọ̀n, ní oṣù kìíní, ní ọjọ́ kìíní oṣù náà, pé ọ̀rọ̀ Olúwa tọ̀ mí wá, wí pé, Ọmọ ènìyàn, Nebukadnessari ọba Babeli mú kí ẹgbẹ́ ọmọ-ogun rẹ̀ ṣe iṣẹ́ ńlá kan sí Tiru: gbogbo orí di pá, gbogbo èjìká sì bó; ṣùgbọ́n kò ní èrè kankan, tàbí ẹgbẹ́ ọmọ-ogun rẹ̀, nítorí Tiru, nítorí iṣẹ́ tí ó ṣe sí i: Nítorí náà báyìí ni Olúwa Ọlọ́run wí; Kíyèsi i, èmi yóò fi ilẹ̀ Ejibiti fún Nebukadnessari ọba Babeli; yóò sì kó ọ̀pọ̀ ènìyàn rẹ̀ lọ, yóò sì gba ìkógun rẹ̀, yóò sì mú ohun ọdẹ rẹ̀; èyí yóò sì jẹ́ èrè fún ẹgbẹ́ ọmọ-ogun rẹ̀. Èmi ti fi ilẹ̀ Ejibiti fún un gẹ́gẹ́ bí èrè iṣẹ́ rẹ̀ tí ó fi ṣe iṣẹ́ sí i, nítorí wọ́n ṣiṣẹ́ fún mi, ni Olúwa Ọlọ́run wí. Ní ọjọ́ náà ni èmi yóò mú kí ìwo ilé Israẹli hù jáde, èmi yóò sì fún ọ ní ṣíṣi ẹnu láàrín wọn; wọ́n yóò sì mọ̀ pé èmi ni Olúwa. Hesekieli 29:17–21.</w:t>
      </w:r>
    </w:p>
    <w:p>
      <w:pPr>
        <w:pStyle w:val="ArticleBody"/>
        <w:jc w:val="left"/>
      </w:pPr>
      <w:r>
        <w:rPr>
          <w:rFonts w:ascii="Times New Roman" w:hAnsi="Times New Roman" w:eastAsia="Times New Roman" w:cs="Times New Roman"/>
        </w:rPr>
        <w:t>Ọdún ogún, ní oṣù kìn-ín-ní, ní ọjọ́ kìn-ín-ní ti ẹsẹ̀ kẹtàdínlógún, dúró fún ọjọ́ ìkẹyìn nínú àwọn ọjọ́ mẹ́tàlá tí ó wà nínú Ìsíkíẹ́lì, ó sì jẹ́ ọjọ́ kan ṣoṣo tí ó ṣubú lẹ́yìn October 22, 573 BC. Ó dúró fún ìgbà tí a fi Íjíbítì fún ọba àríwá nínú Dáníẹ́lì mọ́kànlá ẹsẹ̀ méjìlélógójì àti mẹ́tàlélógójì, pẹ̀lú àkókò náà gan-an tí àwọn ọba mẹ́wàá fi ìjọba keje wọn fún ìjọba kẹjọ tí ó jẹ́ ti àwọn méje. A mú un ṣẹ nígbà tí “ìwo ilé Ísírẹ́lì” bá hù jáde. Nínú Aísáyà, Ísírẹ́lì máa hù ní ọjọ́ afẹ́fẹ́ ìlà-oòrùn.</w:t>
      </w:r>
    </w:p>
    <w:p>
      <w:pPr>
        <w:pStyle w:val="ArticleScripture"/>
        <w:jc w:val="left"/>
      </w:pPr>
      <w:r>
        <w:rPr>
          <w:rFonts w:ascii="Times New Roman" w:hAnsi="Times New Roman" w:eastAsia="Times New Roman" w:cs="Times New Roman"/>
        </w:rPr>
        <w:t>Yóò mú kí àwọn tí yóò ti ọ̀dọ̀ Jékọ́bù wá gbòǹgbò: Ísráẹ́lì yóò yọ̀, yóò sì hu ìrù, yóò sì fi èso kún ojú ayé. Isaiah 27:8.</w:t>
      </w:r>
    </w:p>
    <w:p>
      <w:pPr>
        <w:pStyle w:val="ArticleBody"/>
        <w:jc w:val="left"/>
      </w:pPr>
      <w:r>
        <w:rPr>
          <w:rFonts w:ascii="Times New Roman" w:hAnsi="Times New Roman" w:eastAsia="Times New Roman" w:cs="Times New Roman"/>
        </w:rPr>
        <w:t>Nígbà tí Ìsíkíẹ́lì 29:17 bá ṣẹ, tí a sì fi dragoni Ejibiti fún ẹranko póòpù ní òfin Àìkú tó ń bọ̀ láìpẹ́, nígbà náà ni a ó dà òjò ìkẹyìn jáde lórí Israẹli láìní ìwọ̀n. Òjò náà bẹ̀rẹ̀ ní 9/11 gẹ́gẹ́ bí ìtànráńṣẹ́ kékeré, gẹ́gẹ́ bí a ti ṣàpẹẹrẹ rẹ̀ nípasẹ̀ Kírísti tí ó mí lórí àwọn ọmọ-ẹ̀yìn Rẹ̀ lẹ́yìn tí Ó sọ̀kalẹ̀ wá sí ayé lẹ́yìn tí Ó ti gòkè lọ sí ọ̀dọ̀ Baba Rẹ̀ lẹ́yìn àjíǹde Rẹ̀.</w:t>
      </w:r>
    </w:p>
    <w:p>
      <w:pPr>
        <w:pStyle w:val="ArticleScripture"/>
        <w:jc w:val="left"/>
      </w:pPr>
      <w:r>
        <w:rPr>
          <w:rFonts w:ascii="Times New Roman" w:hAnsi="Times New Roman" w:eastAsia="Times New Roman" w:cs="Times New Roman"/>
        </w:rPr>
        <w:t>“Iṣe Kristi ní fífì mí sára àwọn ọmọ-ẹ̀yìn rẹ̀ Ẹ̀mí Mímọ́, àti ní pípín àlàáfíà rẹ̀ fún wọn, jẹ́ bí ìṣàn díẹ̀ ṣáájú òjò púpọ̀ tí a ó fi fún ní ọjọ́ Pẹ́ńtíkọ́sì.” Spirit of Prophecy, ìdì 3, 243.</w:t>
      </w:r>
    </w:p>
    <w:p>
      <w:pPr>
        <w:pStyle w:val="ArticleBody"/>
        <w:jc w:val="left"/>
      </w:pPr>
      <w:r>
        <w:rPr>
          <w:rFonts w:ascii="Times New Roman" w:hAnsi="Times New Roman" w:eastAsia="Times New Roman" w:cs="Times New Roman"/>
        </w:rPr>
        <w:t>A kéde àsọtẹ́lẹ̀ Ìṣubú Ejibiti tí Hesekieli sọ ni a kéde ní ọdún 587 BC, ọdún ìdótì, àti ní ọdún mẹ́tàdínlógún lẹ́yìn náà ni àsọtẹ́lẹ̀ náà ṣẹ. Ó ṣẹ ní àkókò tí nọ́mbà “mẹ́tàdínlógún” dúró fún, nípa bẹ́ẹ̀ ó ń ṣojú ìtàn ìkọ̀kọ̀ ẹsẹ̀ ogójì ti Danieli mọ́kànlá. Ó yẹ kí ó ṣẹ ní àkókò ìdìdè mọ́ra àwọn ọ̀kẹ́ márùn-ún-dín-lọ́gọ́rin [ọgọ́rùn-ún kan àti mẹ́rìnlélógójì] tí a ṣàfihàn nínú orí kẹ́sàn-án ti Hesekieli. Ní àkókò ìdìdè mọ́ra ni a tú òjò ìkẹyìn jáde, ní ìbẹ̀rẹ̀ gẹ́gẹ́ bí ìbọ̀fọ̀ kan ní 9/11, lẹ́yìn náà gẹ́gẹ́ bí ìtújáde kíkún ní òfin Ọjọ́ Àìkú. Ó ṣẹ gẹ́gẹ́ bí Isaiah sọ, ní “ọjọ́ afẹ́fẹ́ ìlà-oòrùn,” àti pé Islam ni afẹ́fẹ́ ìlà-oòrùn náà, Islam sì ni “ègbé” kẹta. Ìránṣẹ́ tí Hesekieli ní láti jẹ jẹ́ ìránṣẹ́ mẹ́ta-lọ́nà kan, nínú èyí tí apá kẹta jẹ́ ìránṣẹ́ ègbé.</w:t>
      </w:r>
    </w:p>
    <w:p>
      <w:pPr>
        <w:pStyle w:val="ArticleBody"/>
        <w:jc w:val="left"/>
      </w:pPr>
      <w:r>
        <w:rPr>
          <w:rFonts w:ascii="Times New Roman" w:hAnsi="Times New Roman" w:eastAsia="Times New Roman" w:cs="Times New Roman"/>
        </w:rPr>
        <w:t>Àwọn ìránṣẹ́ tí a ṣe ọjọ́ mẹ́tàlá ti Ezekiel ni a gbé kalẹ̀ ní ìbáṣepọ̀ pẹ̀lú Jerusalẹmu, Ejibiti àti Tiri. Gbogbo wọn ni wọ́n ń sọ̀rọ̀ sí ìṣọ̀tẹ̀, gẹ́gẹ́ bí nọ́mbà “mẹ́tàlá” ṣe ń ṣojú fún un.</w:t>
      </w:r>
    </w:p>
    <w:p>
      <w:pPr>
        <w:pStyle w:val="ArticleBody"/>
        <w:jc w:val="left"/>
      </w:pPr>
      <w:r>
        <w:rPr>
          <w:rFonts w:ascii="Times New Roman" w:hAnsi="Times New Roman" w:eastAsia="Times New Roman" w:cs="Times New Roman"/>
        </w:rPr>
        <w:t>A ó máa bá a lọ láti wo ìpín ọjọ́ ìwé Ìsíkíẹ́lì nínú àpilẹ̀kọ tí ó tẹ̀lé.</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Ìtàn Ìkọ̀kọ̀ ti Ẹsẹ̀ Kẹ́rìnlélógójì – Nọ́mbà Méjìlélógún àti Mẹ́fà</dc:title>
  <dc:subject>Ìwé Ẹsekíẹ́lì Nọ́mbà Méje</dc:subject>
  <dc:creator>Jeff Pippenger</dc:creator>
  <cp:keywords/>
  <dc:description>Generated by ArticleDigger from hidden_history\26_hidden_history.json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