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Ìtàn Ìkọ̀kọ̀ ti Ẹsẹ̀ Kẹ́rìnlélógójì — Nọ́mbà Méje-lélógún</w:t>
      </w:r>
    </w:p>
    <w:p>
      <w:pPr>
        <w:pStyle w:val="ArticleSubtitle"/>
        <w:jc w:val="left"/>
      </w:pPr>
      <w:r>
        <w:rPr>
          <w:rFonts w:ascii="Arial" w:hAnsi="Arial" w:eastAsia="Arial" w:cs="Arial"/>
        </w:rPr>
        <w:t>Ésékíẹ́lì Nọ́mbà Mẹ́jọ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Àwọn ìtọ́kasí sí ọjọ́ mẹ́tàlá wà nínú ìwé Ezekieli; mẹ́fà sọ̀rọ̀ nípa Jerusalẹmu, mẹ́fà sì sọ̀rọ̀ nípa Ejibiti, ọ̀kan sì nípa Taya. Gbogbo àwọn ìtọ́kasí náà ni a gbé kalẹ̀ lábẹ́ àyíká ìṣọ̀tẹ̀, èyí tí nọ́mbà “mẹ́tàlá” ń ṣàpẹẹrẹ. Ní ọdún lẹ́yìn ikú aya Ezekieli nítorí àrùn ìṣán-ara, tí ó samisi ìbẹ̀rẹ̀ ìdótì kẹta, a pàṣẹ fún Ezekieli láti sọ̀rọ̀ lòdì sí Ejibiti, ní fífi hàn pé yóò di ahoro fún ogójì ọdún.</w:t>
      </w:r>
    </w:p>
    <w:p>
      <w:pPr>
        <w:pStyle w:val="ArticleScripture"/>
        <w:jc w:val="left"/>
      </w:pPr>
      <w:r>
        <w:rPr>
          <w:rFonts w:ascii="Times New Roman" w:hAnsi="Times New Roman" w:eastAsia="Times New Roman" w:cs="Times New Roman"/>
        </w:rPr>
        <w:t>Èmi yóò sì sọ ilẹ̀ Ejibiti di ahoro láàrín àwọn orílẹ̀-èdè tí ó ti di ahoro, àti àwọn ìlú rẹ̀ láàrín àwọn ìlú tí a ti pa run yóò di ahoro fún ọdún mẹ́ẹ̀ẹ̀dógójì: èmi yóò sì tú àwọn ará Ejibiti ká láàrín àwọn orílẹ̀-èdè, èmi yóò sì fọ́n wọn ká kiri nípasẹ̀ àwọn ilẹ̀ náà. Ṣùgbọ́n báyìí ni Olúwa Ọlọ́run wí; Ní òpin ọdún mẹ́ẹ̀ẹ̀dógójì ni èmi yóò kó àwọn ará Ejibiti jọ kúrò láàrín àwọn ènìyàn síbi tí a ti tú wọn ká: Èmi yóò sì mú ìgbèkùn Ejibiti padà, èmi yóò sì mú kí wọ́n padà sí ilẹ̀ Pathrosi, sí ilẹ̀ ibùgbé wọn; níbẹ̀ ni wọn yóò sì jẹ́ ìjọba kékeré. Hesekieli 29:12–14.</w:t>
      </w:r>
    </w:p>
    <w:p>
      <w:pPr>
        <w:pStyle w:val="ArticleBody"/>
        <w:jc w:val="left"/>
      </w:pPr>
      <w:r>
        <w:rPr>
          <w:rFonts w:ascii="Times New Roman" w:hAnsi="Times New Roman" w:eastAsia="Times New Roman" w:cs="Times New Roman"/>
        </w:rPr>
        <w:t>Ìdótì bẹ̀rẹ̀ ní ọdún 588 KÍ SÁÀJÚ KRISTI, ọdún kan sì tẹ̀lé e, ní 587 KÍ SÁÀJÚ KRISTI, ni a pàṣẹ fún Ìsíkíẹ́lì láti sọ̀rọ̀. Nínú ẹsẹ̀ “mẹ́tàdínlógún”, ọdún 571 KÍ SÁÀJÚ KRISTI fi hàn pé a ó fi Ejibiti fún Babiloni gẹ́gẹ́ bí èrè fún iṣẹ́ tí a ṣe. Àwọn oníṣírò-ìgbà Bíbélì daba ọdún 567 KÍ SÁÀJÚ KRISTI sí 527 KÍ SÁÀJÚ KRISTI gẹ́gẹ́ bí àkókò ogójì ọdún tí a tọ́ka sí nínú àwọn ẹsẹ̀ náà, àti láti inú ìhìn àkọ́kọ́ ìdájọ́ tí a kéde ní 587 KÍ SÁÀJÚ KRISTI títí dé ìkéde ẹsẹ̀ mẹ́tàdínlógún ní 571 KÍ SÁÀJÚ KRISTI pé Olúwa ti fi Ejibiti lé ọwọ́ Nebukadinésárì, a rí àkókò “ọdún mẹ́tàdínlógún”.</w:t>
      </w:r>
    </w:p>
    <w:p>
      <w:pPr>
        <w:pStyle w:val="ArticleBody"/>
        <w:jc w:val="left"/>
      </w:pPr>
      <w:r>
        <w:rPr>
          <w:rFonts w:ascii="Times New Roman" w:hAnsi="Times New Roman" w:eastAsia="Times New Roman" w:cs="Times New Roman"/>
        </w:rPr>
        <w:t>Ọmọ-ogun Nebukadnessari ja ìpolongo ogun gígùn, tí ó sì ṣòro, sí Tire (ìdótì náà pẹ́ ní nǹkan bí ọdún mẹ́tàlá, ní ìwọ̀n 586–573 ṣáájú Kristi). Àwọn ọmọ-ogun náà ṣiṣẹ́ takuntakun gidigidi (gbogbo orí di pálapàla, a sì fọ ejika gbogbo di ìhòhò nítorí gbígbé ẹrù), síbẹ̀ wọn kò rí owó-iṣẹ́ tàbí ìkógun ńlá kankan gbà láti ọwọ́ Tire fúnra rẹ̀. Nítorí iṣẹ́ àìlérè yìí, Ọlọ́run pinnu láti fi Ejibiti fún Nebukadnessari gẹ́gẹ́ bí ìsanwó (“owó-iṣẹ́”) fún iṣẹ́ tí ọmọ-ogun rẹ̀ ṣe sí Tire.</w:t>
      </w:r>
    </w:p>
    <w:p>
      <w:pPr>
        <w:pStyle w:val="ArticleScripture"/>
        <w:jc w:val="left"/>
      </w:pPr>
      <w:r>
        <w:rPr>
          <w:rFonts w:ascii="Times New Roman" w:hAnsi="Times New Roman" w:eastAsia="Times New Roman" w:cs="Times New Roman"/>
        </w:rPr>
        <w:t>Ẹ sì máa dúró nínú ilé kan náà, ní jíjẹ àti ní mímu irú àwọn ohun tí wọ́n bá fún yín; nítorí òṣìṣẹ́ yẹ sí èrè iṣẹ́ rẹ̀. Ẹ má ṣe máa lọ láti ilé dé ilé. Luke 10:7.</w:t>
      </w:r>
    </w:p>
    <w:p>
      <w:pPr>
        <w:pStyle w:val="ArticleBody"/>
        <w:jc w:val="left"/>
      </w:pPr>
      <w:r>
        <w:rPr>
          <w:rFonts w:ascii="Times New Roman" w:hAnsi="Times New Roman" w:eastAsia="Times New Roman" w:cs="Times New Roman"/>
        </w:rPr>
        <w:t>Nítorí náà Nebukadinésárì kọ́kọ́ gba Tírè, àti lẹ́yìn ìdótì ọdún mẹ́tàlá náà, a fi Ejibiti fún un. Kí ó tó gba Tírè, ó gba Jerusalẹmu ní ọdún 586 Ṣ.K., lẹ́yìn náà ó ṣe ìdótì ọdún mẹ́tàlá sí Tírè, àti lẹ́yìn èyí Ejibiti. A gba Jerusalẹmu ní ọdún 586 Ṣ.K., ìdótì Tírè sì bẹ̀rẹ̀ ní ọdún 586 Ṣ.K. ó sì lọ títí di ọdún 573 Ṣ.K. Nọ́mbà mẹ́tàlá ní ìbáṣepọ̀ pẹ̀lú Orílẹ̀-Èdè Amẹ́ríkà.</w:t>
      </w:r>
    </w:p>
    <w:p>
      <w:pPr>
        <w:pStyle w:val="ArticleBody"/>
        <w:jc w:val="left"/>
      </w:pPr>
      <w:r>
        <w:rPr>
          <w:rFonts w:ascii="Times New Roman" w:hAnsi="Times New Roman" w:eastAsia="Times New Roman" w:cs="Times New Roman"/>
        </w:rPr>
        <w:t>Arábìnrin White jẹ́ kí a mọ̀ pé Jerusalẹmu nínú ìwé Ezekieli dúró fún ìjọ Adventist Ọjọ́ Keje ti Laodicea, àti pé Nebukadinésárì, ọba àríwá, dúró fún agbára póòpù ní àwọn ọjọ́ ìkẹyìn. Nínú àpèjúwe ìtàn ti orí ogún-ún-ín-lọ́gbọ̀n, àwọn olè ní àwọn ọjọ́ ìkẹyìn lára àwọn ènìyàn rẹ, tí wọ́n dúró fún Róòmù póòpù, ṣẹ́gun ohun mẹ́ta nínú orí náà. Ní ìbẹ̀rẹ̀, ó gba Jerusalẹmu; lẹ́yìn náà Tírè; ní ìkẹyìn sì ni Ejibiti.</w:t>
      </w:r>
    </w:p>
    <w:p>
      <w:pPr>
        <w:pStyle w:val="ArticleBody"/>
        <w:jc w:val="left"/>
      </w:pPr>
      <w:r>
        <w:rPr>
          <w:rFonts w:ascii="Times New Roman" w:hAnsi="Times New Roman" w:eastAsia="Times New Roman" w:cs="Times New Roman"/>
        </w:rPr>
        <w:t>Ìdájọ́ bẹ̀rẹ̀ ní ilé Ọlọ́run, a sì kọ́kọ́ ṣẹ́gun ìwo Pùròtẹ́sítántì ní Orílẹ̀-Èdè Amẹ́ríkà kí òfin Ọjọ́-Àìkú tó dé. Ìwo Pùròtẹ́sítántì aláìṣòtítọ́ ní Orílẹ̀-Èdè Amẹ́ríkà ní Ìjọ Seventh-day Adventist ti Laodicea nínú, èyí tí ó dúró fún àwọn ènìyàn májẹ̀mú “àtẹ́lẹwọ́” tí a kọjá lọ bí a ti kọjá Ísírẹ́lì ìgbàanì lọ ní ọdún 34 àti àwọn Pùròtẹ́sítántì ní 1844. Ìkọjá-lọ àwọn ènìyàn májẹ̀mú àtẹ́lẹwọ́ wọ̀nyí ti Ọlọ́run ní 34 àti 1844 ni a ṣojú fún méjèèjì nínú ìtàn àsọtẹ́lẹ̀ àsọtẹ́lẹ̀ ọdún ẹgbẹ̀rún méjì ọ̀ọ́dúnrún nínú Dáníẹ́lì 8:14. Ìdájọ́ bẹ̀rẹ̀ pẹ̀lú ilé Ọlọ́run, a sì ṣe ìdájọ́ ìwo Pùròtẹ́sítántì kí ìwo Répùblíkáníìsìmù tó wá sí ìdájọ́.</w:t>
      </w:r>
    </w:p>
    <w:p>
      <w:pPr>
        <w:pStyle w:val="ArticleScripture"/>
        <w:jc w:val="left"/>
      </w:pPr>
      <w:r>
        <w:rPr>
          <w:rFonts w:ascii="Times New Roman" w:hAnsi="Times New Roman" w:eastAsia="Times New Roman" w:cs="Times New Roman"/>
        </w:rPr>
        <w:t>Nítorí àkókò ti dé tí ìdájọ́ gbọ́dọ̀ bẹ̀rẹ̀ ní ilé Ọlọ́run: bí ó bá sì kọ́kọ́ bẹ̀rẹ̀ lọ́dọ̀ wa, kí ni òpin wọn yóò jẹ́, àwọn tí kò gbọ́ràn sí ìhìnrere Ọlọ́run? 1 Peteru 4:17.</w:t>
      </w:r>
    </w:p>
    <w:p>
      <w:pPr>
        <w:pStyle w:val="ArticleBody"/>
        <w:jc w:val="left"/>
      </w:pPr>
      <w:r>
        <w:rPr>
          <w:rFonts w:ascii="Times New Roman" w:hAnsi="Times New Roman" w:eastAsia="Times New Roman" w:cs="Times New Roman"/>
        </w:rPr>
        <w:t>Ìtọ́kasí àkọ́kọ́ sí ìdájọ́ Ejibiti wà ní ẹsẹ̀ àkọ́kọ́ orí kọkàndínlọ́gbọ̀n, ọjọ́ ìkẹyìn tí Ẹsikíẹli sì mẹ́nu kàn ní ìbáṣepọ̀ pẹ̀lú Ejibiti wà ní ẹsẹ̀ “mẹ́tàdínlógún” orí kan náà. Orí náà fi hàn pé Romu òde-òní kọ́kọ́ borí ìwo ìsìn Pùròtẹ́sítáǹtì, lẹ́yìn náà sì borí Tírè, èyí tí ó ṣojú ìwo ìṣèlú Orílẹ̀-èdè Olómìnira tí a ṣẹ́gun ní àkókò òfin Àìkú tí ó súnmọ́ dé. Nígbà tí Nebukadinésárì bá ṣẹ́gun Tírè (Orílẹ̀-Èdè Amẹ́ríkà) ní àkókò òfin Àìkú, a ó sì fi Ejibiti lé e lọ́wọ́ pẹ̀lú. Ní ìpínlẹ̀ yẹn ni ọgbẹ́ ikú ti pàápàá yóò di mímú láradá. Kì í ṣe pé ọgbẹ́ ikú ti pàápàá nìkan ni a ó mú láradá nígbà náà, ṣùgbọ́n Ẹsikíẹli sọ fún wa pé èyí ń ṣẹlẹ̀ ní àkókò òjò ìkẹyìn.</w:t>
      </w:r>
    </w:p>
    <w:p>
      <w:pPr>
        <w:pStyle w:val="ArticleScripture"/>
        <w:jc w:val="left"/>
      </w:pPr>
      <w:r>
        <w:rPr>
          <w:rFonts w:ascii="Times New Roman" w:hAnsi="Times New Roman" w:eastAsia="Times New Roman" w:cs="Times New Roman"/>
        </w:rPr>
        <w:t>Ní ọjọ́ náà ni èmi yóò mú kí ìwo ilé Israẹli hù jáde, èmi yóò sì fún ọ ní ìṣílẹ̀ ẹnu láàrín wọn; wọn yóò sì mọ̀ pé èmi ni Olúwa. Esekiẹli 29:21.</w:t>
      </w:r>
    </w:p>
    <w:p>
      <w:pPr>
        <w:pStyle w:val="ArticleHeading"/>
        <w:jc w:val="left"/>
      </w:pPr>
      <w:r>
        <w:rPr>
          <w:rFonts w:ascii="Arial" w:hAnsi="Arial" w:eastAsia="Arial" w:cs="Arial"/>
        </w:rPr>
        <w:t>Jakọbu àti Ísráẹ́lì</w:t>
      </w:r>
    </w:p>
    <w:p>
      <w:pPr>
        <w:pStyle w:val="ArticleBody"/>
        <w:jc w:val="left"/>
      </w:pPr>
      <w:r>
        <w:rPr>
          <w:rFonts w:ascii="Times New Roman" w:hAnsi="Times New Roman" w:eastAsia="Times New Roman" w:cs="Times New Roman"/>
        </w:rPr>
        <w:t>Aísáyà ṣàfihàn pé Ísírẹ́lì yóò hù jáde, yóò yọ̀, yóò sì fi èso kún gbogbo ayé. Òjò ni ó ń mú ìpele mẹ́ta náà wá—ìhù jáde, ìyọ̀ àti jíjẹ́ èso—gẹ́gẹ́ bí Aísáyà sì ti sọ, òjò àkẹ́yìn máa dé nígbà tí “ẹ̀fúùfù líle” bá dáwọ́ dúró. Ó tún ṣàfihàn pé ní àkókò ìhù jáde, ìyọ̀ àti jíjẹ́ èso, a óò wẹ ẹ̀ṣẹ̀ Jákọ́bù kúrò; ọ̀rọ̀ Hébérù tí a túmọ̀ sí “wẹ kúrò” sì túmọ̀ sí pé a ti ṣe ètùtù fún un.</w:t>
      </w:r>
    </w:p>
    <w:p>
      <w:pPr>
        <w:pStyle w:val="ArticleScripture"/>
        <w:jc w:val="left"/>
      </w:pPr>
      <w:r>
        <w:rPr>
          <w:rFonts w:ascii="Times New Roman" w:hAnsi="Times New Roman" w:eastAsia="Times New Roman" w:cs="Times New Roman"/>
        </w:rPr>
        <w:t>Níwọ̀n ìwọ̀n, nígbà tí ó bá rú jáde, ìwọ yóò bá a ṣe ìjàngbọ̀n: ó dá ẹ̀fúùfù líle rẹ̀ dúró ní ọjọ́ ẹ̀fúùfù ìlà oòrùn. Nítorí èyí ni a ó fi wẹ ẹ̀ṣẹ̀ Jékọ́bù kúrò; èyí sì ni gbogbo èso rẹ̀, láti mú ẹ̀ṣẹ̀ rẹ̀ kúrò; nígbà tí ó bá sọ gbogbo àwọn òkúta pẹpẹ di bí òkúta chalk tí a ti fọ́ túútúú, àwọn ibilẹ̀ igi àti àwọn ère kì yóò dúró. Isaiah 27:8, 9.</w:t>
      </w:r>
    </w:p>
    <w:p>
      <w:pPr>
        <w:pStyle w:val="ArticleBody"/>
        <w:jc w:val="left"/>
      </w:pPr>
      <w:r>
        <w:rPr>
          <w:rFonts w:ascii="Times New Roman" w:hAnsi="Times New Roman" w:eastAsia="Times New Roman" w:cs="Times New Roman"/>
        </w:rPr>
        <w:t>Nígbà tí a bá dá afẹ́fẹ́ mẹ́rin náà dúró—afẹ́fẹ́ líle rẹ̀ ti ìjà—ìdìdì àwọn ẹgbẹ̀rún ọgọ́rùn-ún kan ó lé mẹ́rìnlélógójì bẹ̀rẹ̀, a sì yà àwọn ọlọ́gbọ́n àti àwọn ènìyàn búburú nínú Adventism sílẹ̀ ní ìkẹyìn; gbogbo èyí sì ni a ṣe ní “ọjọ́ afẹ́fẹ́ ìlà-oòrùn.” Àkókò ìdìdì náà bẹ̀rẹ̀ pẹ̀lú ìtúká díẹ̀ ní 9/11, ó sì parí pẹ̀lú ìdásílẹ̀ kíkún ní òfin Ọjọ́ Àìkú nígbà tí ilẹ̀ ayé yóò sì kún fún èso nígbà náà. Àkókò ìdìdì náà jẹ́ ìwẹ̀nùmọ́ àti ìwẹ̀ kúrò ní ìlọsíwájú gẹ́gẹ́ bí ó ti bá Malaki orí kẹta mu. Ṣùgbọ́n nínú àkókò ọdún mẹ́tàlá-dín-lógún tí àwọn ọjọ́ ìbẹ̀rẹ̀ àti ìparí Ẹsekieli ogún-dín-lọ́gbọ̀n ṣojú fún, ìṣẹ́gun lórí ìjọba kẹfà ti àsọtẹ́lẹ̀ Bíbélì, gẹ́gẹ́ bí Jerusalẹmu ti ṣojú fún un—àmì ìwo Protestantism, ìjọ náà—àti Tírè, àmì ìwo tàbí Republicanism, ìpínlẹ̀ náà. Díẹ̀ lẹ́yìn òpin ìdótì ọdún mẹ́tàlá ti Tírè, ìṣẹ́gun lórí ìjọba keje ti àwọn ọba mẹ́wàá tí Ejibiti ṣojú fún ṣẹlẹ̀. Àwọn ìṣẹ́gun mẹ́ta náà lórí Jerusalẹmu, Tírè, àti Ejibiti ṣẹlẹ̀ nígbà tí “ìwo ilé Ísráẹ́lì” bá yọ̀ jáde, tí a sì fi ìṣípayá ẹnu fún un.</w:t>
      </w:r>
    </w:p>
    <w:p>
      <w:pPr>
        <w:pStyle w:val="ArticleBody"/>
        <w:jc w:val="left"/>
      </w:pPr>
      <w:r>
        <w:rPr>
          <w:rFonts w:ascii="Times New Roman" w:hAnsi="Times New Roman" w:eastAsia="Times New Roman" w:cs="Times New Roman"/>
        </w:rPr>
        <w:t>Àìrọ̀ ẹnu àwọn àlùfáà méjèèjì, Ìsíkíẹ́lì àti Sákáríà, parí ní òfin Ọjọ́ Àìkú, nígbà tí Orílẹ̀-Èdè Amẹ́ríkà àti kẹ́tẹ́kẹ́tẹ́ Báláámù yóò sọ̀rọ̀ pẹ̀lú. Olúwa fún ilé Ísírẹ́lì ní “ṣíṣí ẹnu” ní òfin Ọjọ́ Àìkú. Nígbà náà ni a ti wẹ ẹ̀ṣẹ̀ Jákọ́bù kúrò, a sì yí orúkọ rẹ̀ padà sí ilé Ísírẹ́lì. Ìhìn tí wọ́n ń kéde ni a ṣàfihàn nípasẹ̀ ẹlẹ́rìí kẹta ti àìrọ̀ ẹnu àsọtẹ́lẹ̀, tí a ṣojú rẹ̀ nípasẹ̀ Dáníẹ́lì, ẹni tí a sì fi ìhìn Dáníẹ́lì orí kẹ́wàá-lélọ́gọ́rin fún nígbà náà, èyí tí ó sì jẹ́ ìran Hábákúkù pẹ̀lú, tí ó sì “sọ̀rọ̀, kì yóò sì purọ́” nígbà náà. Ìsíkíẹ́lì, Sákáríà, àti Dáníẹ́lì bá ìkéde igbe ńlá angẹli kẹta mu, gẹ́gẹ́ bí Jeremáyà náà ṣe rí bẹ́ẹ̀ ní orí kẹ́ẹ̀ẹ́dógún, níbi tí a ti ṣe ìlérí fún un pé yóò jẹ́ ẹnu Ọlọ́run bí ó bá yí padà kúrò nínú ìdààmú àkọ́kọ́.</w:t>
      </w:r>
    </w:p>
    <w:p>
      <w:pPr>
        <w:pStyle w:val="ArticleScripture"/>
        <w:jc w:val="left"/>
      </w:pPr>
      <w:r>
        <w:rPr>
          <w:rFonts w:ascii="Times New Roman" w:hAnsi="Times New Roman" w:eastAsia="Times New Roman" w:cs="Times New Roman"/>
        </w:rPr>
        <w:t>Èéṣe tí ìrora mi fi jẹ́ àìdákẹ́, tí ọgbẹ́ mi sì jẹ́ èyí tí kò ṣeé wo sàn, tí ó kọ̀ láti jẹ́ kí a mú un láradá? Ṣé ìwọ yóò ha jẹ́ fún mi pátápátá bí ẹni èké, àti bí omi tí ń ṣàìkùn? Nítorí náà báyìí ni Olúwa wí, Bí ìwọ bá padà, èmi yóò sì mú ọ padà wá, ìwọ yóò sì dúró níwájú mi: bí ìwọ bá yọ ohun iyebíye kúrò nínú ohun èérí, ìwọ yóò dàbí ẹnu mi: jẹ́ kí wọn padà wá sọ́dọ̀ rẹ; ṣùgbọ́n ìwọ, má ṣe padà sọ́dọ̀ wọn. Jeremiah 15:18, 19.</w:t>
      </w:r>
    </w:p>
    <w:p>
      <w:pPr>
        <w:pStyle w:val="ArticleBody"/>
        <w:jc w:val="left"/>
      </w:pPr>
      <w:r>
        <w:rPr>
          <w:rFonts w:ascii="Times New Roman" w:hAnsi="Times New Roman" w:eastAsia="Times New Roman" w:cs="Times New Roman"/>
        </w:rPr>
        <w:t>Jésù fi ìbẹ̀rẹ̀ ṣàpèjúwe òpin, àti ní 9/11 ìsísẹ̀ náà mú ìyọ̀ jáde, igi Jékọ́bù sì bẹ̀rẹ̀ sí í dàgbà; ní ìkẹyìn, nígbà tí a bá fọ àìṣòdodo Jékọ́bù kúrò, ilé Israẹli yóò sọ̀rọ̀. Ìyọ̀ jáde ní 9/11 tí òjò mú ṣẹ ni ó ń ṣàfihàn ìyọ̀ jáde kan ní òpin àkókò ìdìdì, nígbà tí “ìwo” ilé Israẹli bá yọ̀ jáde, gan-an níbi tí Nebukadinésárì ti borí àwọn ìwo Pùròtẹ́sítáǹtì apẹ̀yìndà àti ti Republikani.</w:t>
      </w:r>
    </w:p>
    <w:p>
      <w:pPr>
        <w:pStyle w:val="ArticleBody"/>
        <w:jc w:val="left"/>
      </w:pPr>
      <w:r>
        <w:rPr>
          <w:rFonts w:ascii="Times New Roman" w:hAnsi="Times New Roman" w:eastAsia="Times New Roman" w:cs="Times New Roman"/>
        </w:rPr>
        <w:t>Ní àkókò náà, ìyàtọ̀ tó wà láàárín ìwo èké ti Pùròtẹ́sítáǹtì ni a fi wé ìwo òtítọ́ ti Pùròtẹ́sítáǹtì gẹ́gẹ́ bí a ti ṣàpẹẹrẹ rẹ̀ nínú ọ̀pá Áárónì tí ó hù jáde, ní ìyàtọ̀ sí àwọn ọ̀pá mìíràn ti àwọn ẹ̀yà Ísírẹ́lì. Àwọn ọjọ́ méjì tí ó wà nínú orí kọkàndínlọ́gbọ̀n ti Ìsíkíẹ́lì ń tọ́ka sí ìtàn gbígbé àsíá àwọn ẹgbẹ̀rún ọgọ́rùn-ún mẹ́rìnlélógójì náà sókè ní àkókò òfin Ọjọ́ Àìkú tí yóò dé láìpẹ́.</w:t>
      </w:r>
    </w:p>
    <w:p>
      <w:pPr>
        <w:pStyle w:val="ArticleBody"/>
        <w:jc w:val="left"/>
      </w:pPr>
      <w:r>
        <w:rPr>
          <w:rFonts w:ascii="Times New Roman" w:hAnsi="Times New Roman" w:eastAsia="Times New Roman" w:cs="Times New Roman"/>
        </w:rPr>
        <w:t>Ìlànà ìyọ́jú, ìtànná ododo, àti fífi èso kún ayé bẹ̀rẹ̀ ní ìsísín òjò ìkẹyìn ní ọjọ́ 9/11, gẹ́gẹ́ bí àkókò Pẹ́ńtẹ́kọ́sì ṣe bẹ̀rẹ̀ nígbà tí Kristi fi mí díẹ̀ lára àwọn akẹ́kọ̀ọ́ Rẹ̀, èyí tí ó yọrí sí Pẹ́ńtẹ́kọ́sì nígbà tí ìtújáde kíkún ṣẹlẹ̀. Ìyọ́jú ti 9/11 ní ìbẹ̀rẹ̀ ìwẹ̀nùmọ́ Jakọbu (ẹlẹ́tan-ipò), èyí tí í ṣe àkókò ìdìdì, ṣàpẹẹrẹ ìyọ́jú ilé Israẹli (ẹni tí ó ṣẹ́gun) ní àkókò òfin Ọjọ́ Àìkú. Ìyọ́jú ní òpin ń fi ìyàtọ̀ hàn láàárín àwọn ènìyàn májẹ̀mú àtijọ́ àti ẹgbẹ̀rún mẹ́rìndínlọ́gọ́rin [144,000], gẹ́gẹ́ bí ìtújáde iná lórí Òkè Kámẹ́lì ṣe fi ìyàtọ̀ hàn láàárín wòlíì Elijah àti àwọn wòlíì Baali. Ìyàtọ̀ náà ni a ṣàfihàn nípasẹ̀ ẹ̀ka kan tí ó ń tijú ní ìtumọ̀ àsọtẹ́lẹ̀ nítorí ìránṣẹ́ àlàáfíà àti ààbò èké, àti ẹ̀ka kejì sì ń yọ̀ ní ìtumọ̀ àsọtẹ́lẹ̀, wọn kì yóò sì tijú láéláé.</w:t>
      </w:r>
    </w:p>
    <w:p>
      <w:pPr>
        <w:pStyle w:val="ArticleHeading"/>
        <w:jc w:val="left"/>
      </w:pPr>
      <w:r>
        <w:rPr>
          <w:rFonts w:ascii="Arial" w:hAnsi="Arial" w:eastAsia="Arial" w:cs="Arial"/>
        </w:rPr>
        <w:t>Àwọn Ọjọ́ Mẹ́fà ti Íjíbítì</w:t>
      </w:r>
    </w:p>
    <w:p>
      <w:pPr>
        <w:pStyle w:val="ArticleBody"/>
        <w:jc w:val="left"/>
      </w:pPr>
      <w:r>
        <w:rPr>
          <w:rFonts w:ascii="Times New Roman" w:hAnsi="Times New Roman" w:eastAsia="Times New Roman" w:cs="Times New Roman"/>
        </w:rPr>
        <w:t>Esekiẹli ṣe ìdánimọ̀ ọjọ́ mẹ́rin mìíràn tí ó ní ìbáṣepọ̀ pẹ̀lú Íjíbítì, méjì nínú àwọn ọjọ́ wọ̀nyí sì tọ́ka sí ọdún kọkànlá, àwọn ọjọ́ méjì yòókù sì tọ́ka sí ọdún kejìlá ìgbèkùn náà.</w:t>
      </w:r>
    </w:p>
    <w:p>
      <w:pPr>
        <w:pStyle w:val="ArticleHeading"/>
        <w:jc w:val="left"/>
      </w:pPr>
      <w:r>
        <w:rPr>
          <w:rFonts w:ascii="Arial" w:hAnsi="Arial" w:eastAsia="Arial" w:cs="Arial"/>
        </w:rPr>
        <w:t>Ìdótì Ọdún Kọkànlá náà</w:t>
      </w:r>
    </w:p>
    <w:p>
      <w:pPr>
        <w:pStyle w:val="ArticleScripture"/>
        <w:jc w:val="left"/>
      </w:pPr>
      <w:r>
        <w:rPr>
          <w:rFonts w:ascii="Times New Roman" w:hAnsi="Times New Roman" w:eastAsia="Times New Roman" w:cs="Times New Roman"/>
        </w:rPr>
        <w:t>Ó sì ṣẹ ní ọdún kọkànlá, ní oṣù kìn-ín-ní, ní ọjọ́ keje oṣù náà, pé ọ̀rọ̀ Olúwa tọ̀ mí wá, wí pé, Ọmọ ènìyàn, èmi ti fọ́ apá Farao ọba Ejibiti; sì kíyèsi i, a kì yóò dì í pọ̀ kí ó lè sàn, láti fi aṣọ ìdì sí i láti dì í, kí a lè mú un lágbára láti di idà mú. Hesekieli 30:20, 21.</w:t>
      </w:r>
    </w:p>
    <w:p>
      <w:pPr>
        <w:pStyle w:val="ArticleScripture"/>
        <w:jc w:val="left"/>
      </w:pPr>
      <w:r>
        <w:rPr>
          <w:rFonts w:ascii="Times New Roman" w:hAnsi="Times New Roman" w:eastAsia="Times New Roman" w:cs="Times New Roman"/>
        </w:rPr>
        <w:t>Ó sì ṣẹ ní ọdún kọkànlá, ní oṣù kẹta, ní ọjọ́ kìíní oṣù náà, pé ọ̀rọ̀ Olúwa tọ̀ mí wá, wí pé, Ọmọ ènìyàn, sọ fún Fáráò ọba Íjíbítì, àti fún ọ̀pọ̀ ènìyàn rẹ̀ pé, Ta ni ìwọ jọ nínú títóbi rẹ? Hesekieli 31:1, 2.</w:t>
      </w:r>
    </w:p>
    <w:p>
      <w:pPr>
        <w:pStyle w:val="ArticleBody"/>
        <w:jc w:val="left"/>
      </w:pPr>
      <w:r>
        <w:rPr>
          <w:rFonts w:ascii="Times New Roman" w:hAnsi="Times New Roman" w:eastAsia="Times New Roman" w:cs="Times New Roman"/>
        </w:rPr>
        <w:t>Ní ọdún kọkànlá ìgbèkùn, a fọ apá Ejibiti àti ti Farao, a sì fi agbára mú apá Babeli le ní orí kẹtàlélọ́gbọ̀n. Ní ọdún kọkànlá, nínú orí kọkànlélọ́gbọ̀n, a fi ìṣubú Ejibiti àti ipa rẹ̀ lórí ayé hàn.</w:t>
      </w:r>
    </w:p>
    <w:p>
      <w:pPr>
        <w:pStyle w:val="ArticleHeading"/>
        <w:jc w:val="left"/>
      </w:pPr>
      <w:r>
        <w:rPr>
          <w:rFonts w:ascii="Arial" w:hAnsi="Arial" w:eastAsia="Arial" w:cs="Arial"/>
        </w:rPr>
        <w:t>Ọdún Kejìlá àti Ìṣubú Jerúsálẹmu</w:t>
      </w:r>
    </w:p>
    <w:p>
      <w:pPr>
        <w:pStyle w:val="ArticleBody"/>
        <w:jc w:val="left"/>
      </w:pPr>
      <w:r>
        <w:rPr>
          <w:rFonts w:ascii="Times New Roman" w:hAnsi="Times New Roman" w:eastAsia="Times New Roman" w:cs="Times New Roman"/>
        </w:rPr>
        <w:t>Àwọn ọjọ́ méjì nínú ọdún kejìlá wà nínú Ìsíkíẹ́lì ọgbọ̀n-dín-lọ́gbọ̀n.</w:t>
      </w:r>
    </w:p>
    <w:p>
      <w:pPr>
        <w:pStyle w:val="ArticleScripture"/>
        <w:jc w:val="left"/>
      </w:pPr>
      <w:r>
        <w:rPr>
          <w:rFonts w:ascii="Times New Roman" w:hAnsi="Times New Roman" w:eastAsia="Times New Roman" w:cs="Times New Roman"/>
        </w:rPr>
        <w:t>Ó sì ṣe ní ọdún kejìlá, ní oṣù kejìlá, ní ọjọ́ kìíní oṣù náà, pé ọ̀rọ̀ Olúwa tọ̀ mí wá, wí pé, Ọmọ ènìyàn, gbé ẹkún sókè fún Farao ọba Ejibiti, kí o sì wí fún un pé, Ìwọ dàbí ọmọ kìnnìún láàárín àwọn orílẹ̀-èdè, ìwọ sì dàbí ẹja ńlá nínú òkun; ìwọ sì jáde pẹ̀lú àwọn odò rẹ, o fi ẹsẹ̀ rẹ da omi rú, o sì ba àwọn odò wọn jẹ́. Bayi ni Oluwa Ọlọrun wi; Nítorí náà èmi yóò tẹ àwọ̀n mi sórí rẹ pẹ̀lú àwùjọ àwọn ènìyàn púpọ̀; wọn yóò sì mú ọ gòkè nínú àwọ̀n mi. Hesekieli 32:1–3.</w:t>
      </w:r>
    </w:p>
    <w:p>
      <w:pPr>
        <w:pStyle w:val="ArticleScripture"/>
        <w:jc w:val="left"/>
      </w:pPr>
      <w:r>
        <w:rPr>
          <w:rFonts w:ascii="Times New Roman" w:hAnsi="Times New Roman" w:eastAsia="Times New Roman" w:cs="Times New Roman"/>
        </w:rPr>
        <w:t>Ó sì ṣẹ̀ ní ọdún kejìlá pẹ̀lú, ní ọjọ́ kẹ́ẹ̀ẹ́dógún oṣù náà, pé ọ̀rọ̀ Olúwa tọ̀ mí wá, ó ní, Ọmọ ènìyàn, ṣe ìṣọ̀fọ̀ fún ọ̀pọ̀ ènìyàn Ejibiti, kí o sì sọ wọ́n kalẹ̀, àní òun àti àwọn ọmọbìnrin àwọn orílẹ̀-èdè olókìkí, sí àwọn apá ìsàlẹ̀ ayé, pẹ̀lú àwọn tí ń sọ̀kalẹ̀ lọ sí inú kòtò. Ezekieli 32:17, 18.</w:t>
      </w:r>
    </w:p>
    <w:p>
      <w:pPr>
        <w:pStyle w:val="ArticleHeading"/>
        <w:jc w:val="left"/>
      </w:pPr>
      <w:r>
        <w:rPr>
          <w:rFonts w:ascii="Arial" w:hAnsi="Arial" w:eastAsia="Arial" w:cs="Arial"/>
        </w:rPr>
        <w:t>Farao àti Ọ̀pọ̀lọpọ̀ Ènìyàn Rẹ̀</w:t>
      </w:r>
    </w:p>
    <w:p>
      <w:pPr>
        <w:pStyle w:val="ArticleBody"/>
        <w:jc w:val="left"/>
      </w:pPr>
      <w:r>
        <w:rPr>
          <w:rFonts w:ascii="Times New Roman" w:hAnsi="Times New Roman" w:eastAsia="Times New Roman" w:cs="Times New Roman"/>
        </w:rPr>
        <w:t>Nínú ìkéde orí kẹtàlélọ́gbọ̀n sí Ejibiti, àwọn ẹsẹ̀ ìkẹyìn sọ pé:</w:t>
      </w:r>
    </w:p>
    <w:p>
      <w:pPr>
        <w:pStyle w:val="ArticleScripture"/>
        <w:jc w:val="left"/>
      </w:pPr>
      <w:r>
        <w:rPr>
          <w:rFonts w:ascii="Times New Roman" w:hAnsi="Times New Roman" w:eastAsia="Times New Roman" w:cs="Times New Roman"/>
        </w:rPr>
        <w:t>Mo mú kí àwọn orílẹ̀-èdè mì ní ìró ìṣubú rẹ̀, nígbà tí mo sọ ọ sọ̀kalẹ̀ sí ọ̀run àpáàdì pẹ̀lú àwọn tí ń sọ̀kalẹ̀ lọ sínú kòtò; àti gbogbo àwọn igi Édẹni, àyànfẹ́ àti èyí tí ó dára jùlọ ní Lebanoni, gbogbo àwọn tí ń mu omi, ni a ó tù nínú ìsàlẹ̀ ilẹ̀ ayé. Wọ́n pẹ̀lú sọ̀kalẹ̀ sí ọ̀run àpáàdì pẹ̀lú rẹ̀ sọ́dọ̀ àwọn tí a fi idà pa; àti àwọn tí wọ́n jẹ́ apá rẹ̀, tí wọ́n ń gbé lábẹ́ ojiji rẹ̀ láàrín àwọn kèfèrí. Ta ni ìwọ dà bí bẹ́ẹ̀ nínú ògo àti nínú ńlá láàrín àwọn igi Édẹni? Síbẹ̀, a ó mú ọ sọ̀kalẹ̀ pẹ̀lú àwọn igi Édẹni sí ìsàlẹ̀ ilẹ̀ ayé: ìwọ yóò dùbúlẹ̀ láàrín àwọn aláìkọlà pẹ̀lú àwọn tí a fi idà pa. Èyí ni Farao àti gbogbo ọ̀pọ̀ ènìyàn rẹ̀, ni Olúwa Ọlọ́run wí. Esekiẹli 31:16–18.</w:t>
      </w:r>
    </w:p>
    <w:p>
      <w:pPr>
        <w:pStyle w:val="ArticleBody"/>
        <w:jc w:val="left"/>
      </w:pPr>
      <w:r>
        <w:rPr>
          <w:rFonts w:ascii="Times New Roman" w:hAnsi="Times New Roman" w:eastAsia="Times New Roman" w:cs="Times New Roman"/>
        </w:rPr>
        <w:t>Nínú ìkéde orí kẹtàlélọ́gbọ̀n sí Ejibiti, àwọn ẹsẹ̀ ìkẹyìn tún àkóónú orí kọkànlélọ́gbọ̀n sọ, wọ́n sì mú un gbòòrò sí i; ó sì ní gbólóhùn ìparí tó jọra pẹ̀lú rẹ̀.</w:t>
      </w:r>
    </w:p>
    <w:p>
      <w:pPr>
        <w:pStyle w:val="ArticleScripture"/>
        <w:jc w:val="left"/>
      </w:pPr>
      <w:r>
        <w:rPr>
          <w:rFonts w:ascii="Times New Roman" w:hAnsi="Times New Roman" w:eastAsia="Times New Roman" w:cs="Times New Roman"/>
        </w:rPr>
        <w:t>Nítorí mo ti jẹ́ kí ìbẹ̀rù mi wà ní ilẹ̀ àwọn alààyè: a ó sì tẹ́ ẹ sí àárín àwọn aláìkọlà pẹ̀lú àwọn tí a fi idà pa, àní Fáráò àti gbogbo ọ̀pọ̀ ènìyàn rẹ̀, ni Olúwa Ọlọ́run wí. Ezekieli 32:32.</w:t>
      </w:r>
    </w:p>
    <w:p>
      <w:pPr>
        <w:pStyle w:val="ArticleHeading"/>
        <w:jc w:val="left"/>
      </w:pPr>
      <w:r>
        <w:rPr>
          <w:rFonts w:ascii="Arial" w:hAnsi="Arial" w:eastAsia="Arial" w:cs="Arial"/>
        </w:rPr>
        <w:t>Ọdún Mẹ́tàlá-dín-lọ́gbọ̀n ti Orí Kẹrìnlélọ́gbọ̀n</w:t>
      </w:r>
    </w:p>
    <w:p>
      <w:pPr>
        <w:pStyle w:val="ArticleBody"/>
        <w:jc w:val="left"/>
      </w:pPr>
      <w:r>
        <w:rPr>
          <w:rFonts w:ascii="Times New Roman" w:hAnsi="Times New Roman" w:eastAsia="Times New Roman" w:cs="Times New Roman"/>
        </w:rPr>
        <w:t>Àwọn ọjọ́ tí a fi sí inú àkókò ọdún mẹ́tàdínlógún tí a ṣàfihàn nínú orí kẹ́rìnlélógún, ń tọ́ka sí ìṣẹ́gun tí Nebukadinésari ṣẹ́gun Íjíbítì, àti sí àkókò ogójì ọdún ìdálẹ́kọ̀ọ́ ti Íjíbítì. Ogójì ń ṣojú aṣálẹ̀, tí ó jẹ́ àpẹẹrẹ ẹgbẹ̀rún ọdún náà tí ayé yóò fi di ahoro.</w:t>
      </w:r>
    </w:p>
    <w:p>
      <w:pPr>
        <w:pStyle w:val="ArticleScripture"/>
        <w:jc w:val="left"/>
      </w:pPr>
      <w:r>
        <w:rPr>
          <w:rFonts w:ascii="Times New Roman" w:hAnsi="Times New Roman" w:eastAsia="Times New Roman" w:cs="Times New Roman"/>
        </w:rPr>
        <w:t>Mo wo ilẹ̀ ayé, sì kíyèsí i, ó wà láìní ìrísí, ó sì ṣófo; àti àwọn ọ̀run, wọn kò ní ìmọ́lẹ̀. Mo wo àwọn òkè, sì kíyèsí i, wọ́n ń mì, gbogbo àwọn òkè kéékèèké sì ń rọ̀ lọ́nà fífẹ́. Mo wo, sì kíyèsí i, kò sí ènìyàn kankan, gbogbo àwọn ẹyẹ ojú ọ̀run sì ti fò lọ. Mo wo, sì kíyèsí i, ibi ọlọ́ràá ti di aginjù, gbogbo àwọn ìlú inú rẹ̀ sì ti wó lulẹ̀ níwájú Olúwa, àti nípasẹ̀ ìbínú gbígbóná rẹ̀. Nítorí báyìí ni Olúwa ti wí pé, Gbogbo ilẹ̀ náà yóò di ahoro; ṣùgbọ́n èmi kì yóò pa á run pátápátá. Jeremiah 4:23–27.</w:t>
      </w:r>
    </w:p>
    <w:p>
      <w:pPr>
        <w:pStyle w:val="ArticleBody"/>
        <w:jc w:val="left"/>
      </w:pPr>
      <w:r>
        <w:rPr>
          <w:rFonts w:ascii="Times New Roman" w:hAnsi="Times New Roman" w:eastAsia="Times New Roman" w:cs="Times New Roman"/>
        </w:rPr>
        <w:t>Ní òpin ogójì ọdún ìparun Ejibiti nínú Esekieli ogún-ún-dín-lọgbọ̀n, ni a ti ṣàfihàn àjíǹde ìkẹyìn àwọn búburú àti ìparun wọn tí ó gbẹ̀yìn.</w:t>
      </w:r>
    </w:p>
    <w:p>
      <w:pPr>
        <w:pStyle w:val="ArticleScripture"/>
        <w:jc w:val="left"/>
      </w:pPr>
      <w:r>
        <w:rPr>
          <w:rFonts w:ascii="Times New Roman" w:hAnsi="Times New Roman" w:eastAsia="Times New Roman" w:cs="Times New Roman"/>
        </w:rPr>
        <w:t>Ìbẹ̀rù, àti kòtò, àti ìdẹkùn, wà lórí rẹ, ìwọ olùgbé ayé. Yóò sì ṣẹlẹ̀ pé, ẹni tí ó bá sá kúrò nínú ariwo ìbẹ̀rù yóò bọ́ sínú kòtò; ẹni tí ó sì gòkè jáde láti àárín kòtò ni a ó mú nínú ìdẹkùn: nítorí àwọn fèrèsé láti òkè wà ní ṣíṣí, àwọn ìpìlẹ̀ ilẹ̀ ayé sì ń mì. A ti fọ ayé pátápátá, a ti tu ayé ká pátápátá, a ti mì ayé gidigidi. Ayé yóò ta gbọ̀n-ọn gbọ̀n-ọn bí ọ̀mùtí, a ó sì gbé e kúrò bí àgọ́; ìrékọjá rẹ̀ yóò sì wúwo lórí rẹ̀; yóò sì ṣubú, kì yóò sì tún dìde mọ́. Yóò sì ṣẹlẹ̀ ní ọjọ́ náà, pé Olúwa yóò fìyà jẹ́ ogun àwọn ẹni gíga tí ń bẹ ní òkè, àti àwọn ọba ilẹ̀ ayé lórí ilẹ̀ ayé. A ó sì kó wọn jọ, gẹ́gẹ́ bí a ti ń kó àwọn ẹlẹ́wọ̀n jọ sínú kòtò, a ó sì ti wọn mọ́lé nínú ẹ̀wọ̀n, lẹ́yìn ọjọ́ púpọ̀ ni a ó sì bẹ wọn wò. Isaiah 24:17–22.</w:t>
      </w:r>
    </w:p>
    <w:p>
      <w:pPr>
        <w:pStyle w:val="ArticleBody"/>
        <w:jc w:val="left"/>
      </w:pPr>
      <w:r>
        <w:rPr>
          <w:rFonts w:ascii="Times New Roman" w:hAnsi="Times New Roman" w:eastAsia="Times New Roman" w:cs="Times New Roman"/>
        </w:rPr>
        <w:t>Ìhìn iṣẹ́ ìránṣẹ́ Ezekieli tí a kó jọ pẹ̀lú ọjọ́ mẹ́fà tí ó ní í ṣe pẹ̀lú Ejibiti ń fi ìparun àṣẹ dragoni ayé hàn ní ìkẹyìn rẹ̀, èyí tí ó bẹ̀rẹ̀ ní òfin Àìkú tí ń bọ̀ láìpẹ́ yìí, tí ó sì ń bá a lọ títí dé ìparun ìkẹyìn àwọn ará Ejibiti búburú ní òpin ẹgbẹ̀rún ọdún náà.</w:t>
      </w:r>
    </w:p>
    <w:p>
      <w:pPr>
        <w:pStyle w:val="ArticleBody"/>
        <w:jc w:val="left"/>
      </w:pPr>
      <w:r>
        <w:rPr>
          <w:rFonts w:ascii="Times New Roman" w:hAnsi="Times New Roman" w:eastAsia="Times New Roman" w:cs="Times New Roman"/>
        </w:rPr>
        <w:t>Nínú ẹ̀rí àsọtẹ́lẹ̀ náà, ẹranko náà àti wòlíì èké náà dé òpin wọn ní adágún iná, èyí tí ó ṣojú Ìpadàbọ̀ Kejì ti Kristi, ṣùgbọ́n ìparun agbára dragoni náà nínú adágún iná wà ní òpin ẹgbẹ̀rún ọdún náà.</w:t>
      </w:r>
    </w:p>
    <w:p>
      <w:pPr>
        <w:pStyle w:val="ArticleScripture"/>
        <w:jc w:val="left"/>
      </w:pPr>
      <w:r>
        <w:rPr>
          <w:rFonts w:ascii="Times New Roman" w:hAnsi="Times New Roman" w:eastAsia="Times New Roman" w:cs="Times New Roman"/>
        </w:rPr>
        <w:t>A sì mú ẹranko náà, àti pẹ̀lú rẹ̀ ni wòlíì èké náà, ẹni tí ó ṣe àwọn iṣẹ́ ìyanu níwájú rẹ̀, èyí tí ó fi tan àwọn tí ó ti gba àmì ẹranko náà, àti àwọn tí ń foríbalẹ̀ fún àwòrán rẹ̀. A sì ju àwọn méjèèjì wọ inú adágún iná tí ń jó pẹ̀lú imí-ọjọ́ ní ààyè wọn. A sì fi idà ẹni tí ó jókòó lórí ẹṣin pa ìyókù wọn; idà náà sì ti ẹnu rẹ̀ jáde: gbogbo àwọn ẹyẹ ojú ọ̀run sì yó ní ẹran ara wọn. Ìfihàn 19:20, 21.</w:t>
      </w:r>
    </w:p>
    <w:p>
      <w:pPr>
        <w:pStyle w:val="ArticleBody"/>
        <w:jc w:val="left"/>
      </w:pPr>
      <w:r>
        <w:rPr>
          <w:rFonts w:ascii="Times New Roman" w:hAnsi="Times New Roman" w:eastAsia="Times New Roman" w:cs="Times New Roman"/>
        </w:rPr>
        <w:t>Ẹranko náà àti wòlíì èké náà parí ní ti àsọtẹ́lẹ̀ nígbà ìpadàbọ̀ kejì ti Kristi, ṣùgbọ́n dragoni náà bá àyànmọ́ rẹ̀ pàdé lẹ́yìn ẹgbẹ̀rún ọdún kan nígbà ìpadàbọ̀ kẹta ti Kristi.</w:t>
      </w:r>
    </w:p>
    <w:p>
      <w:pPr>
        <w:pStyle w:val="ArticleScripture"/>
        <w:jc w:val="left"/>
      </w:pPr>
      <w:r>
        <w:rPr>
          <w:rFonts w:ascii="Times New Roman" w:hAnsi="Times New Roman" w:eastAsia="Times New Roman" w:cs="Times New Roman"/>
        </w:rPr>
        <w:t>Mo sì rí angẹli kan tí ó sọ̀kalẹ̀ láti ọ̀run wá, ó mú kọ́kọ́rọ́ ọ̀gbun àìnísàlẹ̀ àti ẹ̀wọ̀n ńlá kan ní ọwọ́ rẹ̀. Ó sì dì mú dírágónì náà, ejò àtijọ́ yẹn, ẹni tí í ṣe Èṣù àti Satani, ó sì dè é fún ẹgbẹ̀rún ọdún, ó sì sọ ọ́ sínú ọ̀gbun àìnísàlẹ̀, ó sì tì í mọ́lẹ̀, ó sì fi èdìdì lé e lórí, kí ó má bàa tan àwọn orílẹ̀-èdè jẹ mọ́ títí ẹgbẹ̀rún ọdún náà yóò fi pé; lẹ́yìn èyí, a gbọdọ̀ tú ú sílẹ̀ fún ìgbà díẹ̀. Ìfihàn 20:1–3.</w:t>
      </w:r>
    </w:p>
    <w:p>
      <w:pPr>
        <w:pStyle w:val="ArticleHeading"/>
        <w:jc w:val="left"/>
      </w:pPr>
      <w:r>
        <w:rPr>
          <w:rFonts w:ascii="Arial" w:hAnsi="Arial" w:eastAsia="Arial" w:cs="Arial"/>
        </w:rPr>
        <w:t>Ọdún Kọkànlá àti Kejìlá</w:t>
      </w:r>
    </w:p>
    <w:p>
      <w:pPr>
        <w:pStyle w:val="ArticleBody"/>
        <w:jc w:val="left"/>
      </w:pPr>
      <w:r>
        <w:rPr>
          <w:rFonts w:ascii="Times New Roman" w:hAnsi="Times New Roman" w:eastAsia="Times New Roman" w:cs="Times New Roman"/>
        </w:rPr>
        <w:t>Àkókò ọdún “mẹ́tàdínlógún” tí a gbé kalẹ̀ nínú ọjọ́ méjì Ezekieli ogún-dín-lọ́gbọ̀n bẹ̀rẹ̀ ní ọdún kẹwàá ìgbèkùn, ó sì parí ní ọdún kẹtàdínlọ́gbọ̀n. A gbé àwọn ìránṣẹ́ ọ̀rọ̀ orí ọgbọ̀n àti mọ́kànlélọ́gbọ̀n kalẹ̀ ní ọdún kọkànlá, àti pé a fi ọjọ́ méjì tí a gbé kalẹ̀ nínú orí méjìlélọ́gbọ̀n fúnni ní ọdún kejìlá ìgbèkùn. Àkókò ọdún mẹ́tàdínlógún tí ó bẹ̀rẹ̀ ní ọdún kẹwàá, ní ìbámu pẹ̀lú ìbẹ̀rẹ̀ ìdótì Jerusalẹmu ní àfojúsùn, ni àwọn ìránṣẹ́ ọ̀rọ̀ méjì nípa Ejibiti ti ọdún kọkànlá, tí a gbé kalẹ̀ nínú orí ọgbọ̀n àti mọ́kànlélọ́gbọ̀n, tẹ̀ lé. Pápọ̀, àwọn ìránṣẹ́ ọ̀rọ̀ méjì ti ọdún kọkànlá ń ṣojú fún ìránṣẹ́ ọ̀rọ̀ kan tí ó ṣáájú òfin Àìkú díẹ̀. Àwọn ìránṣẹ́ ọ̀rọ̀ méjì yòókù nípa Ejibiti ti ọdún kejìlá ṣẹlẹ̀ ní tàbí díẹ̀ lẹ́yìn ìparun Jerusalẹmu ní 586/585 BC.</w:t>
      </w:r>
    </w:p>
    <w:p>
      <w:pPr>
        <w:pStyle w:val="ArticleBody"/>
        <w:jc w:val="left"/>
      </w:pPr>
      <w:r>
        <w:rPr>
          <w:rFonts w:ascii="Times New Roman" w:hAnsi="Times New Roman" w:eastAsia="Times New Roman" w:cs="Times New Roman"/>
        </w:rPr>
        <w:t>A ń kéde ìhìnrere ìbọ̀ wíwá Kristi gẹ́gẹ́ bí ara ìhìnrere Ẹkún Ọ̀gànjọ́, èyí tí yóò yí padà sí ìhìnrere Ẹkún Nlá ní àkókò òfin Ọjọ́-ìsinmi. A ń kéde ìhìnrere méjì ti Ejibiti kí òfin Ọjọ́-ìsinmi tó dé, a sì tún ń kéde ìhìnrere méjì ti Ejibiti ní tàbí lẹ́yìn díẹ̀ ìgbà òfin Ọjọ́-ìsinmi. Ìtúbò ìlọ́po méjì àwọn ìhìnrere tí a fi fúnni ní ọdún kan náà, ní àkókò ìdótì tí ó parí ní ìparun Jerusalẹmu, àti àwọn ìhìnrere méjì yòókù ní àkókò òfin Ọjọ́-ìsinmi, jẹ́ àpẹẹrẹ ìhìnrere angẹli kejì, níbi tí ìlọ́po méjì ti máa ń wà nígbà gbogbo.</w:t>
      </w:r>
    </w:p>
    <w:p>
      <w:pPr>
        <w:pStyle w:val="ArticleBody"/>
        <w:jc w:val="left"/>
      </w:pPr>
      <w:r>
        <w:rPr>
          <w:rFonts w:ascii="Times New Roman" w:hAnsi="Times New Roman" w:eastAsia="Times New Roman" w:cs="Times New Roman"/>
        </w:rPr>
        <w:t>Ìhìnrere kejì ni ìhìnrere kẹta máa ń tọ̀ lé nígbà gbogbo.</w:t>
      </w:r>
    </w:p>
    <w:p>
      <w:pPr>
        <w:pStyle w:val="ArticleScripture"/>
        <w:jc w:val="left"/>
      </w:pPr>
      <w:r>
        <w:rPr>
          <w:rFonts w:ascii="Times New Roman" w:hAnsi="Times New Roman" w:eastAsia="Times New Roman" w:cs="Times New Roman"/>
        </w:rPr>
        <w:t>“Nípa kálàmù àti ohùn ni a ó fi kéde ìhìnrere náà, ní fífi ìtòlẹ́sẹẹsẹ wọn hàn, àti lílo àwọn àsọtẹ́lẹ̀ tí ń mú wa dé ọ̀dọ̀ ìránṣẹ́ áńgẹ́lì kẹta. Kò lè sí ẹ̀kẹta láìsí àkọ́kọ́ àti ẹ̀kejì. Àwọn ìránṣẹ́ wọ̀nyí ni a gbọ́dọ̀ fi fún ayé nínú àwọn ìtẹ̀jáde, nínú àwọn ọ̀rọ̀ àsọyé, ní fífi hàn nínú ìlà ìtàn àsọtẹ́lẹ̀ àwọn ohun tí ó ti ṣẹlẹ̀ àti àwọn ohun tí yóò ṣẹlẹ̀.” Selected Messages, ìwé 2, 104, 105.</w:t>
      </w:r>
    </w:p>
    <w:p>
      <w:pPr>
        <w:pStyle w:val="ArticleBody"/>
        <w:jc w:val="left"/>
      </w:pPr>
      <w:r>
        <w:rPr>
          <w:rFonts w:ascii="Times New Roman" w:hAnsi="Times New Roman" w:eastAsia="Times New Roman" w:cs="Times New Roman"/>
        </w:rPr>
        <w:t>Ní ìgbà ìhìn-iṣẹ́ kẹta ni a ń ti ilẹ̀kùn àkókò ìdánwò. Àkókò ìdánwò ti dópin fún Orílẹ̀-Èdè Amẹ́ríkà ní òfin Ọjọ́ Àìkú, àkókò ìdánwò sì dópin fún ayé nígbà tí Míkáẹ́lì bá dìde. Ilẹ̀kùn tí a ti méjèèjì wọ̀nyí dúró fún ìhìn-iṣẹ́ kẹta, èyí tí ìhìn-iṣẹ́ kejì máa ń ṣáájú rẹ̀ ní gbogbo ìgbà, ìhìn-iṣẹ́ kejì náà sì máa ń jẹ́ ìhìn-iṣẹ́ onípín méjì ní gbogbo ìgbà.</w:t>
      </w:r>
    </w:p>
    <w:p>
      <w:pPr>
        <w:pStyle w:val="ArticleBody"/>
        <w:jc w:val="left"/>
      </w:pPr>
      <w:r>
        <w:rPr>
          <w:rFonts w:ascii="Times New Roman" w:hAnsi="Times New Roman" w:eastAsia="Times New Roman" w:cs="Times New Roman"/>
        </w:rPr>
        <w:t>Ìfúnni ní agbára fún angẹli kejì ni a mú ṣẹ nígbà tí a bá darapọ̀ mọ́ ọn pẹ̀lú ìfẹ́sẹ̀mulẹ̀ ti Ìkéde Àárín Òru. Àwọn ìfẹ́sẹ̀mulẹ̀ méjèèjì tí a kéde lé orí aráyé, gẹ́gẹ́ bí a ti ṣàfihàn wọn nínú àwọn ìkéde Ésékíẹ́lì sí Íjíbítì nínú orí kẹ́ẹ̀ẹ́dógún àti kọkànlélọ́gbọ̀n, ń tọ́ka sí ìgbà tí ìfẹ́sẹ̀mulẹ̀ ti Ìkéde Àárín Òru darapọ̀ mọ́ angẹli kejì, àti àwọn ìfẹ́sẹ̀mulẹ̀ méjèèjì ti orí kejìlélọ́gbọ̀n ń ṣàfihàn ìfúnni ní agbára fún angẹli kẹta nínú igbe ńlá náà.</w:t>
      </w:r>
    </w:p>
    <w:p>
      <w:pPr>
        <w:pStyle w:val="ArticleBody"/>
        <w:jc w:val="left"/>
      </w:pPr>
      <w:r>
        <w:rPr>
          <w:rFonts w:ascii="Times New Roman" w:hAnsi="Times New Roman" w:eastAsia="Times New Roman" w:cs="Times New Roman"/>
        </w:rPr>
        <w:t>Àwọn àgbá kẹ̀kẹ́ Hesekieli nípa ìbáṣepọ̀ onírúurú tó díjú ti àwọn ìṣẹ̀lẹ̀ ènìyàn ń fi ìkìlọ̀ ìkẹyìn hàn fún aráyé, èyí tí í ṣe ìkìlọ̀ áńgẹ́lì kẹta; a sì dá áńgẹ́lì kẹta náà pọ̀ mọ́ ìkìlọ̀ áńgẹ́lì kìn-ín-ní àti ti áńgẹ́lì kejì. Ẹkún Àárín Ọ̀gànjọ́ ṣáájú òfin Ọjọ́ Àìkú, àti igbe ńlá lẹ́yìn òfin Ọjọ́ Àìkú, ni a ṣàpẹẹrẹ rẹ̀ nínú ọjọ́ mẹ́rin Hesekieli tí wọ́n wà láàárín ọdún “mẹ́tàdínlógún” ti ọjọ́ alfa àti omega inú orí kẹ́tàlélógún, tí wọ́n bá ìtàn ìkọ̀kọ̀ Danieli mọ́kànlá ẹsẹ̀ ogójì mu, gẹ́gẹ́ bí a ti ṣàfihàn rẹ̀ nínú ẹsẹ̀ mọ́kànlá títí dé ẹsẹ̀ kẹrìndínlógún ti orí kan náà.</w:t>
      </w:r>
    </w:p>
    <w:p>
      <w:pPr>
        <w:pStyle w:val="ArticleBody"/>
        <w:jc w:val="left"/>
      </w:pPr>
      <w:r>
        <w:rPr>
          <w:rFonts w:ascii="Times New Roman" w:hAnsi="Times New Roman" w:eastAsia="Times New Roman" w:cs="Times New Roman"/>
        </w:rPr>
        <w:t>Nínú orí kẹwàá ìwé Dáníẹ́lì, Dáníẹ́lì, gẹ́gẹ́ bí ó ti rí pẹ̀lú Ìsíkíẹ́lì, di adẹ́mú. Adẹ́mú Dáníẹ́lì ṣẹlẹ̀ ní àárín ìfọwọ́kàn mẹ́ta; ìfọwọ́kàn àkọ́kọ́ àti èyí kẹta wá láti ọ̀dọ̀ áńgẹ́lì Gébúrẹ́lì, ìfọwọ́kàn àárín sì ni ìfọwọ́kàn Kristi. Dáníẹ́lì, gẹ́gẹ́ bí ó ti rí pẹ̀lú Pétérù láàárín Kesaréà-Fílípì àti àgbélébùú, wà ní àárín. Ní àárín, Pétérù rí Kristi tí a ṣe lógo, gẹ́gẹ́ bí Dáníẹ́lì náà ti rí i ní orí kẹwàá. Àárín àwọn áńgẹ́lì mẹ́ta ni ìránṣẹ́ kejì, èyí tí ó jẹ́ àpapọ̀ àwọn ìránṣẹ́ méjì.</w:t>
      </w:r>
    </w:p>
    <w:p>
      <w:pPr>
        <w:pStyle w:val="ArticleHeading"/>
        <w:jc w:val="left"/>
      </w:pPr>
      <w:r>
        <w:rPr>
          <w:rFonts w:ascii="Arial" w:hAnsi="Arial" w:eastAsia="Arial" w:cs="Arial"/>
        </w:rPr>
        <w:t>Ọjọ́ Karùn-ún Oṣù Kẹrin &amp; 1844</w:t>
      </w:r>
    </w:p>
    <w:p>
      <w:pPr>
        <w:pStyle w:val="ArticleBody"/>
        <w:jc w:val="left"/>
      </w:pPr>
      <w:r>
        <w:rPr>
          <w:rFonts w:ascii="Times New Roman" w:hAnsi="Times New Roman" w:eastAsia="Times New Roman" w:cs="Times New Roman"/>
        </w:rPr>
        <w:t>Nínú Ìwé Ẹ́síkíẹ́lì orí kìíní, ẹsẹ̀ kìíní àti kejì, Ẹ́síkíẹ́lì wà ní ọjọ́ karùn-ún oṣù kẹrin, èyí tí ó bá àárín ìṣísẹ̀ oṣù keje ní ọdún 1844 mu. Ẹ́síkíẹ́lì wà láàrín April 19 àti October 22, 1844, gẹ́gẹ́ bíi Samuẹli Snow náà ṣe wà, ìránṣẹ́ ìkéde Ẹkún Àárín Òru ní ọdún 1844, nígbà tí ó gbé ìwòye rẹ̀ àkọ́kọ́ tí ó ṣe kedere nípa ìhìn náà kalẹ̀ ní Boston, ọjọ́ mẹ́rìndínlọ́gọ́rùn-ún mẹ́ta lẹ́yìn April 19 àti ọjọ́ mẹ́rìndínlọ́gọ́rùn-ún mẹ́ta ṣáájú ìgbà tí ilẹ̀kùn ti pa ní October 22, 1844. Samuẹli Snow wà ní Boston ní July 21, 1844, ní àárín ìṣísẹ̀ oṣù keje, láìmọ̀ pé ní ti àsọtẹ́lẹ̀ ó dúró pẹ̀lú Peteru lórí Òkè Ìyípadà, pẹ̀lú Ẹ́síkíẹ́lì ní ọdún ọgbọ̀n-ún nínú ìṣípò Jubili kejìdínlógún, àti pẹ̀lú ìfọwọ́kan kejì Dáníẹ́lì nígbà ìran dígí ìwòran ti orí kẹwàá. Ọdún 2026 dúró fún ọdún kẹtàdínlọ́gọ́rin nínú ìṣípò Jubili àádọ́rin tí yóò parí ní 2028.</w:t>
      </w:r>
    </w:p>
    <w:p>
      <w:pPr>
        <w:pStyle w:val="ArticleHeading"/>
        <w:jc w:val="left"/>
      </w:pPr>
      <w:r>
        <w:rPr>
          <w:rFonts w:ascii="Arial" w:hAnsi="Arial" w:eastAsia="Arial" w:cs="Arial"/>
        </w:rPr>
        <w:t>Tírè</w:t>
      </w:r>
    </w:p>
    <w:p>
      <w:pPr>
        <w:pStyle w:val="ArticleBody"/>
        <w:jc w:val="left"/>
      </w:pPr>
      <w:r>
        <w:rPr>
          <w:rFonts w:ascii="Times New Roman" w:hAnsi="Times New Roman" w:eastAsia="Times New Roman" w:cs="Times New Roman"/>
        </w:rPr>
        <w:t>Kí a tó padà sí ìpèníjà ọjọ́ ti àwọn ìtọ́kasí mẹ́fà Hesekieli sí Jerusalẹmu, ó yẹ kí a kọ́kọ́ dá ọjọ́ kan náà mọ̀ tí a kéde sí Tiri.</w:t>
      </w:r>
    </w:p>
    <w:p>
      <w:pPr>
        <w:pStyle w:val="ArticleScripture"/>
        <w:jc w:val="left"/>
      </w:pPr>
      <w:r>
        <w:rPr>
          <w:rFonts w:ascii="Times New Roman" w:hAnsi="Times New Roman" w:eastAsia="Times New Roman" w:cs="Times New Roman"/>
        </w:rPr>
        <w:t>Ó sì ṣẹ ní ọdún kọkànlá, ní ọjọ́ kìn-ín-ní oṣù náà, pé ọ̀rọ̀ Olúwa tọ̀ mí wá, ó ní, Ọmọ ènìyàn, nítorí pé Tírù ti sọ nípa Jerusalẹmu pé, Ahá, a ti fọ́ ẹni tí ó jẹ́ àwọn ibodè àwọn ènìyàn: a ti yí i sọ́dọ̀ mi; a ó fi èmi kún, ní báyìí tí a ti sọ ọ́ di ahoro: Nítorí náà, báyìí ni Olúwa Ọlọ́run wí; Kíyèsi i, mo wà ní ìlòdì sí ọ, Tírù, èmi yóò sì mú kí ọ̀pọ̀lọpọ̀ orílẹ̀-èdè gòkè wá sí ọ, gẹ́gẹ́ bí òkun ṣe mú kí ìgbì rẹ̀ gòkè wá. Wọn yóò sì pa àwọn ògiri Tírù run, wọn yóò sì wó àwọn ilé-ìṣọ́ rẹ̀ lulẹ̀: èmi pẹ̀lú yóò fọ erùpẹ̀ rẹ̀ kúrò lára rẹ̀, èmi yóò sì ṣe é bí orí àpáta. Yóò jẹ́ ibi fífi àwọ̀n gbẹ láàrín òkun: nítorí èmi ti sọ ọ́, ni Olúwa Ọlọ́run wí: yóò sì di ìkógun fún àwọn orílẹ̀-èdè. Àwọn ọmọbìnrin rẹ̀ tí ó wà ní pápá ni a ó fi idà pa; wọn yóò sì mọ̀ pé èmi ni Olúwa. Nítorí báyìí ni Olúwa Ọlọ́run wí; Kíyèsi i, èmi yóò mú Nebukadiresari ọba Babeli wá sí Tírù láti àríwá, ọba àwọn ọba, pẹ̀lú ẹṣin, àti pẹ̀lú kẹ̀kẹ́-ogun, àti pẹ̀lú àwọn ẹlẹ́ṣin, àti pẹ̀lú ẹgbẹ́-ogun, àti pẹ̀lú ọ̀pọ̀ ènìyàn.</w:t>
      </w:r>
    </w:p>
    <w:p>
      <w:pPr>
        <w:pStyle w:val="ArticleScripture"/>
        <w:jc w:val="left"/>
      </w:pPr>
      <w:r>
        <w:rPr>
          <w:rFonts w:ascii="Times New Roman" w:hAnsi="Times New Roman" w:eastAsia="Times New Roman" w:cs="Times New Roman"/>
        </w:rPr>
        <w:t>Yóò fi idà pa àwọn ọmọbìnrin rẹ ní pápá; yóò sì kọ odi ìdòtì sí ọ, yóò gbé gògò-ìkọlù dìde sí ọ, yóò sì gbé apata sókè sí ọ. Yóò sì gbé ohun ìjà ogun kalẹ̀ sí odi rẹ, yóò sì fi àáké rẹ fọ àwọn ilé-ìṣọ́ rẹ lulẹ̀. Nítorí ọ̀pọ̀lọpọ̀ ẹṣin rẹ, erùpẹ̀ wọn yóò bo ọ; odi rẹ yóò mì nípa ariwo àwọn akọ̀gùn ẹṣin, àti ti àwọn àgbá kẹ̀kẹ́, àti ti àwọn kẹ̀kẹ́-ogun, nígbà tí yóò wọ ẹnu-ọ̀nà rẹ, gẹ́gẹ́ bí ènìyàn ti ń wọ ìlú tí a ti fi ìhò sí lára odi rẹ̀. Pẹ̀lú bàtà ẹṣin rẹ yóò tẹ gbogbo òpópónà rẹ mọ́lẹ̀; yóò fi idà pa àwọn ènìyàn rẹ, àwọn ibùdó agbára rẹ yóò sì wolẹ̀ dé ilẹ̀. Wọ́n yóò sì kó ọrọ̀ rẹ ní ìkógun, wọ́n yóò sì sọ ọjà rẹ di ohun ìjẹ; wọ́n yóò sì fọ odi rẹ lulẹ̀, wọ́n yóò sì run àwọn ilé dídùn rẹ; wọ́n yóò sì ju òkúta rẹ àti igi rẹ àti erùpẹ̀ rẹ sínú àárín omi. Èmi yóò sì mú ariwo orin rẹ dákẹ́; a kì yóò sì tún gbọ́ ohùn duru rẹ mọ́. Èmi yóò sì mú ọ dàbí orí àpáta; ìwọ yóò di ibi fífọ àwọ̀n sí; a kì yóò tún kọ́ ọ mọ́: nítorí Èmi Olúwa ni mo ti sọ ọ́, ni Olúwa Ọlọ́run wí.</w:t>
      </w:r>
    </w:p>
    <w:p>
      <w:pPr>
        <w:pStyle w:val="ArticleScripture"/>
        <w:jc w:val="left"/>
      </w:pPr>
      <w:r>
        <w:rPr>
          <w:rFonts w:ascii="Times New Roman" w:hAnsi="Times New Roman" w:eastAsia="Times New Roman" w:cs="Times New Roman"/>
        </w:rPr>
        <w:t>Báyìí ni Oluwa Ọlọ́run wí fún Tírè; Ṣé àwọn erékùṣù kì yóò mì ní ohùn ìṣubú rẹ, nígbà tí àwọn ẹni tí a gbọgbẹ́ bá ké, nígbà tí a bá ṣe ìpànìyàn ní àárín rẹ? Nígbà náà ni gbogbo àwọn ọmọ-aládé òkun yóò sọ̀kalẹ̀ láti orí ìtẹ́ wọn, wọn yóò sì fi aṣọ wọn sílẹ̀, wọn yóò sì bọ́ aṣọ tí a rán lọ́nà ọ̀ṣọ́ wọn kúrò: wọ́n yóò wọ ara wọn ní ìwárìrì; wọ́n yóò jókòó lórí ilẹ̀, wọn yóò sì máa warìrì ní gbogbo ìgbà, wọn yóò sì yà á sí ọ́. Wọ́n yóò sì gbé ẹkún sókè nítorí rẹ, wọn yóò sì wí fún ọ pé, Báwo ni a ṣe pa ọ run, ìwọ tí àwọn ènìyàn ojú omi ń gbé inú rẹ, ìlú olókìkí náà, èyí tí ó lágbára lórí òkun, ìyẹn òun àti àwọn olùgbé inú rẹ, tí ó mú kí ìbẹ̀rù wọn wà lórí gbogbo àwọn tí ń gbé ibẹ̀! Ní báyìí ni àwọn erékùṣù yóò warìrì ní ọjọ́ ìṣubú rẹ; bẹ́ẹ̀ ni àwọn erékùṣù tí ó wà nínú òkun yóò dààmú nígbà ìkúrò rẹ. Nítorí báyìí ni Oluwa Ọlọ́run wí; Nígbà tí èmi yóò sọ ọ di ìlú ahoro, bí àwọn ìlú tí a kò ń gbé; nígbà tí èmi yóò mú ọ̀gbun omi wá sórí rẹ, tí omi ńlá yóò sì bo ọ; Nígbà tí èmi yóò mú ọ sọ̀kalẹ̀ pẹ̀lú àwọn tí ń sọ̀kalẹ̀ lọ sínú kòtò, pẹ̀lú àwọn ènìyàn ayé àtijọ́, tí èmi yóò sì fi ọ sí àwọn apá ìsàlẹ̀ ilẹ̀ ayé, ní àwọn ibi ahoro láti ìgbà àtijọ́, pẹ̀lú àwọn tí ń sọ̀kalẹ̀ lọ sínú kòtò, kí a má bàa gbé inú rẹ; èmi yóò sì fi ògo sí ilẹ̀ àwọn alààyè; Èmi yóò sọ ọ di ohun ìbẹ̀rù, ìwọ kì yóò sì sí mọ́: bí ó tilẹ̀ jẹ́ pé a ó wá ọ, síbẹ̀ a kì yóò tún rí ọ mọ́ láéláé, ni Oluwa Ọlọ́run wí. Ezekiel 26:1–21.</w:t>
      </w:r>
    </w:p>
    <w:p>
      <w:pPr>
        <w:pStyle w:val="ArticleBody"/>
        <w:jc w:val="left"/>
      </w:pPr>
      <w:r>
        <w:rPr>
          <w:rFonts w:ascii="Times New Roman" w:hAnsi="Times New Roman" w:eastAsia="Times New Roman" w:cs="Times New Roman"/>
        </w:rPr>
        <w:t>A kéde ìhìnrere sí Tírè ni a kéde ní ọdún tí a pa Jerúsálẹ́mù run, ó sì ṣàpẹẹrẹ ìṣubú ìjọba kẹfà nínú àsọtẹ́lẹ̀ Bíbélì ní òfin Ọjọ́-ìsinmi tó sún mọ́lé. Ní òfin Ọjọ́-ìsinmi, Orílẹ̀-Èdè Amẹ́ríkà (Tírè) ń yọ̀ ní ti àsọtẹ́lẹ̀ nítorí pé ó ti borí Jerúsálẹ́mù, èyí tí Sister White fi hàn gẹ́gẹ́ bí ìjọ Adventist Ọjọ́ Keje ti Laodicea, èyí tí Hesekieli pè ní “àwọn ẹnu-ọ̀nà àwọn ènìyàn.” Tírè fi hàn pé Jerúsálẹ́mù “jẹ́” àwọn ẹnu-ọ̀nà àwọn ènìyàn ní àsìkò ìṣáájú. “Ẹnu-ọ̀nà” kan jẹ́ ìjọ ní ti àsọtẹ́lẹ̀.</w:t>
      </w:r>
    </w:p>
    <w:p>
      <w:pPr>
        <w:pStyle w:val="ArticleScripture"/>
        <w:jc w:val="left"/>
      </w:pPr>
      <w:r>
        <w:rPr>
          <w:rFonts w:ascii="Times New Roman" w:hAnsi="Times New Roman" w:eastAsia="Times New Roman" w:cs="Times New Roman"/>
        </w:rPr>
        <w:t>Ẹ̀rù sì bà á, ó sì wí pé, Bawo ni ibìkan yìí ti ń bani lẹ́rù tó! Kì í ṣe ohun míràn bí kò ṣe ilé Ọlọ́run, èyí sì ni ẹnu ọ̀nà ọ̀run. Jakọbu sì dìde ní kùtùkùtù òwúrọ̀, ó sì mú òkúta tí ó fi ṣe irọ́rí rẹ̀, ó sì gbé e ró gẹ́gẹ́ bí ọ̀pá ìrántí, ó sì da òróró sí orí rẹ̀. Ó sì pe orúkọ ibẹ̀ náà ní Beteli: ṣùgbọ́n Lusi ni a ń pe orúkọ ìlú náà tẹ́lẹ̀. Gẹ́nẹ́sísì 28:17–19.</w:t>
      </w:r>
    </w:p>
    <w:p>
      <w:pPr>
        <w:pStyle w:val="ArticleBody"/>
        <w:jc w:val="left"/>
      </w:pPr>
      <w:r>
        <w:rPr>
          <w:rFonts w:ascii="Times New Roman" w:hAnsi="Times New Roman" w:eastAsia="Times New Roman" w:cs="Times New Roman"/>
        </w:rPr>
        <w:t>Ọ̀rọ̀ náà “Beteli” túmọ̀ sí ilé Ọlọ́run, Tiru sì ń yọ̀ pé ó ti fi agbára mú ìjọ Adventist Ọjọ́ Keje ti Laodikea gba ìfipámúra ìjọsìn oòrùn. Ṣùgbọ́n láìka ayẹyẹ aṣìṣe ti àwọn tí ń fi agbára mú ìjọsìn oòrùn wọ̀lú sí, Ọlọ́run, nípasẹ̀ Esekieli, sọ pé, “Èmi wà níhà ìtakò rẹ, ìwọ Tiru, èmi yóò sì mú kí ọ̀pọ̀ orílẹ̀-èdè gòkè wá sí ọ̀dọ̀ rẹ, gẹ́gẹ́ bí òkun ṣe ń mú ìgbì rẹ̀ gòkè wá. Wọ́n yóò sì run ògiri Tiru, wọ́n yóò sì wó àwọn ilé-ìṣọ́ rẹ̀ lulẹ̀.”</w:t>
      </w:r>
    </w:p>
    <w:p>
      <w:pPr>
        <w:pStyle w:val="ArticleBody"/>
        <w:jc w:val="left"/>
      </w:pPr>
      <w:r>
        <w:rPr>
          <w:rFonts w:ascii="Times New Roman" w:hAnsi="Times New Roman" w:eastAsia="Times New Roman" w:cs="Times New Roman"/>
        </w:rPr>
        <w:t>“Àwọn ògiri Tírù” dúró fún ààbò Tírù. “Ògiri” jẹ́ àmì àwọn Òfin Mẹ́wàá.</w:t>
      </w:r>
    </w:p>
    <w:p>
      <w:pPr>
        <w:pStyle w:val="ArticleScripture"/>
        <w:jc w:val="left"/>
      </w:pPr>
      <w:r>
        <w:rPr>
          <w:rFonts w:ascii="Times New Roman" w:hAnsi="Times New Roman" w:eastAsia="Times New Roman" w:cs="Times New Roman"/>
        </w:rPr>
        <w:t>“Wòlíì náà níhìn-ín ṣàpèjúwe àwọn ènìyàn kan tí, ní àkókò ìyapa gbogbogbò kúrò nínú òtítọ́ àti òdodo, ń wá láti tún àwọn ìlànà tí ó jẹ́ ìpìlẹ̀ ìjọba Ọlọ́run ṣe. Wọ́n jẹ́ àwọn olùtún àfojúdi tí a ti ṣe nínú òfin Ọlọ́run—ògiri tí Ó ti gbé kalẹ̀ yí àwọn àyànfẹ́ Rẹ̀ ká fún ààbò wọn, àti ìgbọràn sí àwọn ẹ̀kọ́ rẹ̀ ti ìdájọ́ òdodo, òtítọ́, àti ìwà mímọ́ ni yóò máa jẹ́ ààbò wọn títí láé.” Prophets and Kings, 677.</w:t>
      </w:r>
    </w:p>
    <w:p>
      <w:pPr>
        <w:pStyle w:val="ArticleBody"/>
        <w:jc w:val="left"/>
      </w:pPr>
      <w:r>
        <w:rPr>
          <w:rFonts w:ascii="Times New Roman" w:hAnsi="Times New Roman" w:eastAsia="Times New Roman" w:cs="Times New Roman"/>
        </w:rPr>
        <w:t>Òfin Ọlọ́run jẹ́ ògiri ààbò, ṣùgbọ́n àwọn ògiri ní ọ̀pọ̀ yọ̀nda dúró fún àwọn ìlànà méjì tí wọ́n “dáàbò bo” tí wọ́n sì mú ìlọsíwájú àti àṣeyọrí Tairọ́ọ̀sì wá, èyí tí ó jẹ́ ààmì ìwo Olómìnira ti Orílẹ̀-Èdè Amẹ́ríkà.</w:t>
      </w:r>
    </w:p>
    <w:p>
      <w:pPr>
        <w:pStyle w:val="ArticleScripture"/>
        <w:jc w:val="left"/>
      </w:pPr>
      <w:r>
        <w:rPr>
          <w:rFonts w:ascii="Times New Roman" w:hAnsi="Times New Roman" w:eastAsia="Times New Roman" w:cs="Times New Roman"/>
        </w:rPr>
        <w:t>“‘Ó sì ní ìwo méjì bí ti ọdọ-agutan.’ Àwọn ìwo tí ó dà bí ti ọdọ-agutan ń fi ìgbà-ọ́dọ́, àìlẹ́ṣẹ̀, àti ìrẹ̀lẹ̀ hàn, wọ́n sì ń ṣojú ní ìbámu fún ìwà orílẹ̀-èdè Amẹ́ríkà nígbà tí a fi hàn fún wòlíì gẹ́gẹ́ bí ẹni tí ó ‘ń gòkè bọ̀’ ní ọdún 1798. Láàárín àwọn àjèjì Kristẹni tí wọ́n kọ́kọ́ sá lọ sí Amẹ́ríkà, tí wọ́n sì wá ibi ààbò kúrò lọ́wọ́ ìnúnibíni àwọn ọba àti àìfaradà àwọn àlùfáà, ọ̀pọ̀ ni wọ́n pinnu láti dá ìjọba kan sílẹ̀ lórí ìpìlẹ̀ gbòòrò ti òmìnira ara ẹni àti òmìnira ẹ̀sìn. Ìwòye wọn rí àyè nínú Ìkéde Òmìnira, èyí tí ó sọ òtítọ́ ńlá náà di mímọ̀ pé ‘a dá gbogbo ènìyàn ní ìdọ́gba,’ a sì fi ẹ̀tọ́ tí a kò lè gbà kúrò lọ́wọ́ wọn fún wọn sílẹ̀ sí ‘ìyè, òmìnira, àti ìlépa ayọ̀.’ Àti pé Òfin Ìpilẹ̀ Orílẹ̀-èdè fi ẹ̀tọ́ ìṣàkóso ara ẹni lé àwọn ènìyàn lọ́wọ́ lọ́́kàn balẹ̀, nípa pípèsè pé àwọn aṣojú tí ìbò àwọn aráàlú yàn ni yóò ṣe òfin, yóò sì máa mú wọn ṣiṣẹ́. A tún fi òmìnira ìgbàgbọ́ ẹ̀sìn fún wọn, níwọ̀n bí a ti jẹ́ kí olúkúlùkù máa sin Ọlọ́run gẹ́gẹ́ bí ìtọná ẹ̀rí-ọkàn rẹ̀. Èrò ìjọba olómìnira àti ẹ̀sìn Pùròtẹ́sítáǹtì di àwọn ìlànà ìpìlẹ̀ orílẹ̀-èdè náà. Àwọn ìlànà wọ̀nyí ni àṣírí agbára àti àlàáfíà rẹ̀. Àwọn tí a ni lára àti àwọn tí a tẹ̀ mọ́lẹ̀ káàkiri ilẹ̀ Kristẹ́ńdọ́mù ti fi ìfẹ́ àti ìrètí wo ilẹ̀ yìí. Ọ̀pọ̀ mílíọ̀nù ti wá sí etíkun rẹ̀, Orílẹ̀-èdè Amẹ́ríkà sì ti dìde sí ipò kan láàárín àwọn orílẹ̀-èdè tí ó lágbára jùlọ lórí ilẹ̀ ayé. …”</w:t>
      </w:r>
    </w:p>
    <w:p>
      <w:pPr>
        <w:pStyle w:val="ArticleScripture"/>
        <w:jc w:val="left"/>
      </w:pPr>
      <w:r>
        <w:rPr>
          <w:rFonts w:ascii="Times New Roman" w:hAnsi="Times New Roman" w:eastAsia="Times New Roman" w:cs="Times New Roman"/>
        </w:rPr>
        <w:t>“Iwo bí ti ọ̀dọ́-àgùntàn àti ohùn dírágónì ti àpẹẹrẹ náà tọ́ka sí ìtakora tí ó hàn gbangba láàárín ohun tí orílẹ̀-èdè tí a ṣojú fún báyìí ń jẹ́wọ́ àti ìṣe rẹ̀. ‘Sísọ̀rọ̀’ ti orílẹ̀-èdè náà ni ìṣe àwọn aláṣẹ ìṣòfin àti ìdájọ́ rẹ̀. Nípa irú ìṣe bẹ́ẹ̀ yóò fi hàn pé àwọn ìlànà òmìnira àti àlàáfíà wọ̀nyẹn tí ó ti gbékalẹ̀ gẹ́gẹ́ bí ìpìlẹ̀ ìlànà ìṣàkóso rẹ̀ kì í ṣe òtítọ́. Àsọtẹ́lẹ̀ náà pé yóò sọ̀rọ̀ ‘gẹ́gẹ́ bí dírágónì’ kí ó sì lo ‘gbogbo agbára ẹranko àkọ́kọ́ náà’ ń sọ tẹ́lẹ̀ ní kedere ìdàgbàsókè ẹ̀mí àìfaradà àti inúnibíni tí a fi hàn nínú àwọn orílẹ̀-èdè tí dírágónì àti ẹranko tí ó dàbí ẹkùn ń ṣojú fún. Ìtẹnumọ́ náà pẹ̀lú pé ẹranko tí ó ní iwo méjì náà ‘ń mú ayé àti àwọn tí ń gbé inú rẹ̀ jọ́sìn ẹranko àkọ́kọ́ náà’ fi hàn pé a ó lo àṣẹ orílẹ̀-èdè yìí láti fi mú kí wọ́n pa àṣẹ ìṣe kan mọ́ tí yóò jẹ́ ìṣe ìbọ̀wọ̀ fún papacy.”</w:t>
      </w:r>
    </w:p>
    <w:p>
      <w:pPr>
        <w:pStyle w:val="ArticleScripture"/>
        <w:jc w:val="left"/>
      </w:pPr>
      <w:r>
        <w:rPr>
          <w:rFonts w:ascii="Times New Roman" w:hAnsi="Times New Roman" w:eastAsia="Times New Roman" w:cs="Times New Roman"/>
        </w:rPr>
        <w:t>“Iru ìgbésẹ̀ bẹ́ẹ̀ yóò dojú kọ àwọn ìlànà ìjọba yìí ní tààrà, yóò lòdì sí ẹ̀mí àwọn ilé-iṣẹ́ òmìnira rẹ̀, sí àwọn ìkéde gbangba àti pàtàkì ti Ìkéde Òmìnira, àti sí Òfin Orílẹ̀-èdè. Àwọn olùdásílẹ̀ orílẹ̀-èdè náà fi ọgbọ́n wá ọ̀nà láti dáàbò bo orílẹ̀-èdè kúrò lọ́wọ́ lílò agbára ayé ní apá ìjọ, pẹ̀lú àbájáde rẹ̀ tí kò ṣeé yàgò fún un—àìfaradà àti inúnibíni. Òfin Orílẹ̀-èdè náà sọ pé, ‘Kọ́ńgréèsì kò gbọdọ̀ ṣe òfin kankan nípa ìdásílẹ̀ ẹ̀sìn kan, tàbí fífi òmìnira ìṣe rẹ̀ díwọ̀,’ àti pé, ‘kò sí ìdánwò ẹ̀sìn kankan tí a óò fi ṣe ìyẹ́ǹdà fún ipò kankan tàbí ìgbẹ́kẹ̀lé gbogboogbò lábẹ́ Orílẹ̀-èdè Amẹ́ríkà.’ Nínú ìrúpẹ̀tẹ gbangba péré sí àwọn ìdáàbòbò wọ̀nyí fún òmìnira orílẹ̀-èdè ni a fi lè mú ìṣe ẹ̀sìn kankan ṣẹ nípasẹ̀ àṣẹ aláṣẹ ìjọba. Ṣùgbọ́n àìbáramu irú ìgbésẹ̀ bẹ́ẹ̀ kò ju bí a ti ṣàfihàn rẹ̀ nínú àpẹẹrẹ náà lọ. Ẹranko ni tí ó ní ìwo bí ti àgùntàn—ní ìjẹ́wọ́ rẹ̀ mímọ́, pẹ̀lẹ́, tí kò sì ní ṣe ìpalára—ṣùgbọ́n tí ó ń sọ̀rọ̀ bí dragoni.” The Great Controversy, 441, 442.</w:t>
      </w:r>
    </w:p>
    <w:p>
      <w:pPr>
        <w:pStyle w:val="ArticleBody"/>
        <w:jc w:val="left"/>
      </w:pPr>
      <w:r>
        <w:rPr>
          <w:rFonts w:ascii="Times New Roman" w:hAnsi="Times New Roman" w:eastAsia="Times New Roman" w:cs="Times New Roman"/>
        </w:rPr>
        <w:t>Ipìlẹ̀ Orílẹ̀-èdè Amẹ́ríkà ni Aṣọ̀rọ̀ Òmìnira àti Òfin Ìpilẹ̀ tí wọ́n ń ṣojú fún Pùròtẹ́sítáǹtì àti Ìjọba Olómìnira lẹ́sẹ̀sẹ̀. “Ògiri” ààbò àti àlàáfíà ni Ìjọba Olómìnira àti Pùròtẹ́sítáǹtì, àti ní àkókò òfin Ọjọ́ Àìkú, àwọn ìlànà Aṣọ̀rọ̀ Òmìnira àti Òfin Ìpilẹ̀ ni a yí padà, nítorí Nebukadinésárì “yóò sì gbé ohun èlò ogun kalẹ̀ sí ògiri rẹ, àti pẹ̀lú àáké rẹ̀ yóò wó àwọn ilé-ìṣọ́ rẹ lulẹ̀.”</w:t>
      </w:r>
    </w:p>
    <w:p>
      <w:pPr>
        <w:pStyle w:val="ArticleBody"/>
        <w:jc w:val="left"/>
      </w:pPr>
      <w:r>
        <w:rPr>
          <w:rFonts w:ascii="Times New Roman" w:hAnsi="Times New Roman" w:eastAsia="Times New Roman" w:cs="Times New Roman"/>
        </w:rPr>
        <w:t>Ní àkókò òfin Ọjọ́ Àìkú ni a ó fọ gbogbo “ilé-ìṣọ́” lulẹ̀, ilé-ìṣọ́ sì jẹ́ àmì ìjọ kan tí ìmọ̀-èrò ìpilẹ̀ rẹ̀ jẹ́ aṣojú ìsapá ènìyàn láti gba ara rẹ̀ là. Nípa Nimrodu, ọlọ̀tẹ̀ ńlá náà àti ilé-ìṣọ́ rẹ̀, a sọ fún wa nínú Prophets and Kings pé, “Nígbà tí a ti parí apá kan ilé-ìṣọ́ náà dé ìwọ̀n kan, a fi apá kan nínú rẹ̀ ṣe ibùgbé fún àwọn akólé; àwọn yàrá mìíràn, tí a fi ọ̀ṣọ́ àti ohun èlò ẹlẹ́wà ṣe lọ́ṣọ̀ọ́, ni a yà sọ́tọ̀ fún àwọn òrìṣà wọn. Àwọn ènìyàn yọ̀ nínú àṣeyọrí wọn, wọ́n sì yin àwọn ọlọ́run fàdákà àti wúrà, wọ́n sì gbé ara wọn dìde sí Alákòóso ọ̀run àti ayé.” Ní àkókò òfin Ọjọ́ Àìkú ni Tairu yóò yọ̀ pé a ti borí Jerusalẹmu, ṣùgbọ́n ìpẹ̀yà-ìgbàgbọ́ orílẹ̀-èdè ni ìparun orílẹ̀-èdè máa tẹ̀ lé, ọba àríwá yóò sì wá wó ògiri àti àwọn ilé-ìṣọ́ ilẹ̀ Amẹ́ríkà lulẹ̀ nígbà náà.</w:t>
      </w:r>
    </w:p>
    <w:p>
      <w:pPr>
        <w:pStyle w:val="ArticleBody"/>
        <w:jc w:val="left"/>
      </w:pPr>
      <w:r>
        <w:rPr>
          <w:rFonts w:ascii="Times New Roman" w:hAnsi="Times New Roman" w:eastAsia="Times New Roman" w:cs="Times New Roman"/>
        </w:rPr>
        <w:t>A ó bẹ̀rẹ̀ sí í gbé ọjọ́ mẹ́fà ti Jerusalẹmu nínú Ìsíkíẹ́lì kalẹ̀ nínú àpilẹ̀kọ tí ń bọ̀.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Ìtàn Ìkọ̀kọ̀ ti Ẹsẹ̀ Kẹ́rìnlélógójì — Nọ́mbà Méje-lélógún</dc:title>
  <dc:subject>Ésékíẹ́lì Nọ́mbà Mẹ́jọ</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