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Microsoft YaHei" w:hAnsi="Microsoft YaHei" w:eastAsia="Microsoft YaHei" w:cs="Microsoft YaHei"/>
        </w:rPr>
        <w:t>第四十節嘅隱藏歷史——第二十一號</w:t>
      </w:r>
    </w:p>
    <w:p>
      <w:pPr>
        <w:pStyle w:val="ArticleSubtitle"/>
        <w:jc w:val="left"/>
      </w:pPr>
      <w:r>
        <w:rPr>
          <w:rFonts w:ascii="Microsoft YaHei" w:hAnsi="Microsoft YaHei" w:eastAsia="Microsoft YaHei" w:cs="Microsoft YaHei"/>
        </w:rPr>
        <w:t>第二個禍哉——第八部分——以西結二號</w:t>
      </w:r>
    </w:p>
    <w:p>
      <w:pPr>
        <w:pStyle w:val="ArticleByline"/>
        <w:jc w:val="left"/>
      </w:pPr>
      <w:r>
        <w:rPr>
          <w:rFonts w:ascii="Microsoft YaHei" w:hAnsi="Microsoft YaHei" w:eastAsia="Microsoft YaHei" w:cs="Microsoft YaHei"/>
        </w:rPr>
        <w:t>Jeff Pippenger</w:t>
      </w:r>
    </w:p>
    <w:p>
      <w:pPr>
        <w:pStyle w:val="ArticleDate"/>
        <w:jc w:val="left"/>
      </w:pPr>
      <w:r>
        <w:rPr>
          <w:rFonts w:ascii="Microsoft YaHei" w:hAnsi="Microsoft YaHei" w:eastAsia="Microsoft YaHei" w:cs="Microsoft YaHei"/>
        </w:rPr>
        <w:t>2026-08-05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以西結象徵嗰啲曾由猶大支派嘅獅子為佢哋成就教導之工嘅人,而祂基本嘅教導乃係「律上加律」.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佢曾對佢哋話：「呢個就係安歇之所,你哋可以使疲乏嘅人得安歇;呢個就係甦醒舒暢之處.」但係佢哋唔肯聽.所以,耶和華嘅話臨到佢哋,就係誡命上加誡命,誡命上加誡命;一行又一行,一行又一行;呢度少少,嗰度少少;叫佢哋行路嘅時候向後仆倒,而且跌碎,被網羅纏住,並且被擒拿.以賽亞書 28:12, 13.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而家,猶大支派嘅獅子正打開以西結書.經上叫我哋知道,以西結係一位祭司,喺第三十年;無論「三十」係指佢作為祭司嘅象徵年齡,抑或係始於約西亞大禧年之先知脈絡中嘅第三十年.末後日子最終嘅祭司職分,就係十四萬四千人;而古時按字義嘅歷史,乃係預表末後日子一段象徵性嘅歷史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但你哋必稱為耶和華嘅祭司;人必稱你哋為我哋上帝嘅僕役.你哋必享用列國嘅財富,並要因佢哋嘅榮耀而自誇.以賽亞書 61:6.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乃係上帝末後子民嘅象徵——此乃每一個先知性見證所指認嘅神聖歷史.呢段神聖歷史,就係第三位天使嘅運動;而呢場運動,曾特別由1840年第一位天使嘅運動所預表.第一位天使嘅運動,乃三位天使之中嘅阿拉法天使;第三位則係俄梅戛天使.因此,以西結喺十四萬四千人受印嘅時期,同彼得相互對應.彼得同以西結所處之象徵歷史,乃表述為帕尼烏姆（Panium）嘅歷史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細小書卷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以西結攞起嗰小書卷,正如約翰喺«啟示錄»第十章所作的一樣.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但你,人子啊,要聽我對你所講嘅話;唔好似嗰悖逆之家咁悖逆：你要開口,食我所賜畀你嘅.當我觀看嘅時候,看哪,有一隻手向我伸過嚟;看哪,手中有一書卷;佢喺我面前將書卷展開,內外都寫滿咗字;其中所寫嘅,係哀歌、歎息同災禍.佢又對我話,人子啊,你要食你所搵到嘅;要食呢書卷,然後去向以色列家講說.於是我開口,佢就使我食嗰書卷.佢對我話,人子啊,要使你嘅肚腹食呢書卷,又要使你嘅五臟充滿我所賜畀你嘅呢書卷.於是我就食咗;喺我口中甘甜如蜜.以西結書 2:8–10,3:1–3.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喺«啟示錄»第十章,約翰食咗嗰本小書;而全章乃係表徵自1840年8月11日起,直到1844年10月22日為止,上帝權能之彰顯.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嗰位與第三位天使嘅信息一同宣告嘅天使,要以自己嘅榮耀照亮全地.呢度所預言嘅,乃係一項遍及全球、權能非凡嘅工作.1840至1844年嘅復臨運動,乃係上帝能力榮耀嘅彰顯;第一位天使嘅信息,傳到世界各地每一個傳道站;而喺某啲國家所見到嘅宗教熱誠之高,乃係自十六世紀宗教改革以來,任何地方都未曾見過嘅;然而,呢一切都要被第三位天使最後警告之下嗰場強大運動所超越.」«善惡之爭»,611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以西結喺«啟示錄»第十章同約翰相呼應;因此,彼得、約翰同以西結喺十四萬四千人受印嘅時期,都一同站喺佢哋所分派嘅位置上.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1840年至1844年,乃係一段四年時期,始於公元1299年7月27日所開始、以一百五十年為期嘅時間性預言.嗰「五個月」既已終結,並且接連於嗰段三百九十一年零十五日嘅時間性預言;此預言於1840年8月11日告終.自此,直到1844年10月22日,上帝權能榮耀嘅彰顯得以顯明.其後,先知性時間嘅應用便告停止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並且指住嗰位活到永永遠遠、創造天同其中萬有、地同其中萬有、海同其中萬有者起誓,話唔再有時日了.啟示錄 10:6.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先知性時間作為預言之有效應用,已於1844年10月22日終結.以西結、彼得同約翰,各自都代表上帝在第一位同第二位天使之運動中的聰明童女,亦都代表第三位天使之運動中的聰明童女.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異象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以西結書頭十一章,正如第一章第一節所陳明,呈現出一連串「異象」.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到咗第三十年四月初五日,我喺迦巴魯河邊與被擄的人同在;嗰時,諸天開啟,我就見到神的異象.以西結書 1:1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頭十一章嘅「異象」,首先喺第一章於迦巴魯河邊賜下;其後喺第三章於「平原」所見嘅異象中加以擴展;再其後,又喺第八章於耶路撒冷所見嘅異象中再一次加以發明.迦巴魯河、平原同耶路撒冷呢三個地方,代表三個異象;而呢三個異象合埋一齊,就構成一個異象,亦即第一節同頭「十一」章所講嘅「異象」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禧年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將第三十年視為禧年週期嘅第三十年——此週期始於約西亞著名嘅逾越節,並於10月22日終結——係好容易獲得支持嘅,因為呢一條神聖歷史嘅特定脈絡,被清楚描繪出嚟,律上加律,並且有唔止一個見證.舉例嚟講;逾越節代表春季嘅節期,而贖罪日代表秋季嘅節期.所以,利未記二十三章就同始於約西亞嘅禧年週期互相對應.仲有其他脈絡同由約西亞王直到公元前573年10月22日所代表嘅歷史互相吻合.公元前573年10月22日作為禧年之年嘅歷史性應驗,亦得到歷史學家支持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年代學家一般都認為,將贖罪日定喺主前573年10月22日係恰當嘅;而約西亞嘅大逾越節定於主前622年,亦都係嗰啲聖經年代學家所接受嘅日期.逾越節作為春季節期嘅象徵,開始咗一個四十九年嘅禧年週期;呢個週期喺贖罪日、即秋季節期嘅象徵之中終結.構成四十九年嘅七個七年期,乃係土地安息年嘅象徵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「喺每一頁之中,無論係歷史、訓誡,抑或預言,舊約聖經都畀上帝兒子嘅榮光所照耀.凡屬上帝所設立者,猶太教嘅整個制度,乃係一個緊密構成、指向福音嘅預言.論到基督,『眾先知也為祂作見證.』使徒行傳 10:43.由賜予亞當嘅應許起,沿住列祖嘅世系,並藉住律法制度,天上榮耀嘅光輝清楚顯明咗救贖主嘅足跡.先見者看見伯利恆之星,亦看見將要來臨嘅示羅;當未來嘅事以神秘嘅行列喺佢哋眼前掠過之時,呢一切都呈現於佢哋面前.喺每一個祭牲之中,都顯明咗基督嘅死.喺每一縷香煙之中,祂嘅義上升.藉住每一次禧年嘅號角,都宣揚祂嘅名.喺至聖所可畏嘅奧祕之中,祂嘅榮耀居住其中.」«歷代願望»,211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十七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西底家喺主前573年之前十四年、耶路撒冷陷落嗰時,已經被擄到巴比倫.猶太史家將由約西亞於622年開始,直到主前573年10月22日嘅禧年週期,定為第十七個禧年週期.由拉菲亞之戰到帕尼烏姆之戰,歷時十七年.托勒密乃拉菲亞之戰嘅得勝者,並且作為南方王執政十七年.由«米蘭敕令»頒布,直到君士坦丁於330年分割其帝國,亦係十七年.喺第十七個禧年週期之中,耶路撒冷被尼布甲尼撒毀滅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因為以色列人必多日獨居,無君王,無首領,無祭祀,無柱像,無以弗得,無家神;然後以色列人必歸回,尋求耶和華——他們的神,同埋大衛——他們的王;喺末後嘅日子,必存敬畏嘅心歸向耶和華,同埋佢嘅恩惠.何西阿書 3:4, 5.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何西阿所論及嘅題旨,係同西底家被擄有直接關連,雖然佢亦同時象徵住北國喺主前723年開始被擄.何西阿呢段經文之所以同以西結嘅見證互相呼應,乃係關乎以色列堅持要立人王,以致棄絕上帝.以色列渴望由人王統治,而唔係由神聖嘅王統治,喺«利未記»26章「七倍」嘅審判當中,被表述為「你權能嘅驕傲」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你哋若仍然唔肯因呢一切而聽從我,我就要因你哋嘅罪加七倍懲罰你哋.我必打碎你哋權勢嘅驕傲;又必使你哋嘅天如鐵,你哋嘅地如銅.利未記 26:18, 19.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「你哋權能嘅驕傲」係代表以色列想同世界一樣,並且要有自己嘅王.喺主前723年,北國嘅王位被廢去;其後喺主前586年,南國嘅西底家王被擄,呢啲都代表古代以色列「驕傲」被打破;而驕傲喺敗落之先.在«聖經»預言之中,「權能」係指王或者國度;而以色列以立一個屬人嘅王為傲,正表明佢哋棄絕神權政體同埋神聖嘅君王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撒母耳年紀老邁嘅時候,就立咗佢啲仔做以色列嘅士師.佢長子名叫約珥,次子名叫亞比雅;佢哋喺別是巴作士師.佢啲仔唔行佢嘅道,反而偏去貪圖財利,收受賄賂,屈枉審判.於是以色列眾長老都聚集,去到拉瑪見撒母耳,對佢話：「睇哪,你已經老咗,你啲仔又唔行你嘅道;而家求你為我哋立一個王治理我哋,好似列國一樣.」眾人話：「賜我哋一個王治理我哋」,撒母耳聽見呢件事,就看為唔喜悅.撒母耳就禱告耶和華.耶和華對撒母耳話：「凡百姓向你所講嘅,你都要聽從佢哋嘅聲音;因為佢哋唔係厭棄你,乃係厭棄我,不要我作王治理佢哋.自從我領佢哋出埃及嗰日起,直到今日,佢哋所行嘅一切事都係離棄我,去事奉別神;而家佢哋向你所行嘅,都係照樣而行.故此,你而家要聽從佢哋嘅聲音;只係你要鄭重警戒佢哋,又要指示佢哋嗰將要管轄佢哋之王嘅常規.」撒母耳記上 8:1–9.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須當注意,喺嗰個時候,以色列人所棄絕嘅,唔單止係 神作為佢哋嘅王,亦都係預言之靈──由撒母耳所代表者;因為經上話：「佢哋離棄咗我,去事奉別神;佢哋向你所行嘅,亦都係咁樣.」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「撒但……不斷將虛假之物強加進嚟——為要引人離開真理.撒但最後嘅欺騙,就係要使上帝之靈嘅見證失去效力.『冇異象,民就放肆』（Proverbs 29:18）.撒但必巧妙噉運作,用唔同嘅方法,並藉住唔同嘅媒介,去動搖上帝餘民對真實見證嘅信心.」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將會有一種對«證言»所燃起嘅憎恨,呢種憎恨乃係屬撒但嘅.撒但嘅作為,就係要動搖眾教會對«證言»嘅信心;原因在此：若上帝之靈嘅警告、責備同勸勉被人留心聽從,撒但就唔能夠如此暢通無阻咁引進佢嘅迷惑,並將人嘅靈魂捆綁喺佢嘅迷誤之中.」«信息選粹»,卷一,48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古以色列神權政體最後嘅迷惑,乃係唔單止棄絕上帝,亦棄絕預言之靈.嗰一次喺主前1097年嘅棄絕,預表咗1863年老底嘉時期基督復臨安息日會最後嘅迷惑.利未記第二十六章所講嘅「七倍」,乃係上帝嘅聖言;而預言之靈論到呢個「七倍」時,指出佢「不應被更改」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「我已經睇見,1843年嘅圖表乃係由主嘅手所指引,並且唔應當被更改;其中嘅數字正如祂所要嘅一樣;祂嘅手覆庇其上,將某啲數字入面嘅一個錯誤遮掩起嚟,叫人冇一個能夠看見,直到祂嘅手被挪開為止.」«Early Writings»,74.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預言之靈顯然認可「七倍」,而佢嘅認可,乃係警告人唔好更改圖表上嘅數字;其中「七倍」乃係中央一欄,同埋右上角.隨着烏利亞·史密夫於1863年所製作嘅冒牌圖表出現,對根基真理漸進式嘅棄絕,就由古以色列棄絕上帝所預表,而預言之靈亦指出1863年嗰場悖逆.1863年呢場悖逆嘅日期,與«以西結書»所提出嘅預言線相吻合.喺呢條歷史線入面,結局乃係耶路撒冷被毀;此事乃預表星期日法.由1863年直到快將來臨嘅星期日法,乃係由公元前1097年掃羅王嘅歷史直到公元前586年西底家嘅歷史所預表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西底家喺主前573年禧年之前十四年被擄到巴比倫.第十七個禧年週期始於主前622年;到咗第三十年,以西結於主前591年被立明為祭司;其後五年,耶路撒冷就喺主前586年被毀.佢被毀嗰日,正係後來提多於主後70年第二次毀滅此城同一年中同一日.以西結書第一章第一節所指之時,乃在耶路撒冷被毀之前五年,亦在第四十章聖殿異象之前十九年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我哋被擄第二十五年,年初,正月初十,城被攻陷後第十四年,就係嗰一日,耶和華嘅手臨到我身上,帶我到嗰度.以西結書 40:1.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因為違背咗地之安息年嘅約,上帝指出,對第七年——即係地之安息——嘅悖逆,所招致嘅咒詛乃係「七倍」.「一倍」即係一年,而「一年」係三百六十日;七乘三百六十,就係二千五百二十年.米勒派或者未必採用「二千五百二十」呢個說法,但佢哋兩幅神聖圖表都以數字標明咗呢二千五百二十年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向以色列北國同猶大南國一同宣告「七倍」嘅咒詛,乃係威廉‧米勒最初嘅理解;或者可以話,係「根基性」嘅理解;甚至可以話,係「阿拉法」嘅理解.到咗1863年,老底嘉狀態之基督復臨安息日會拒絕咗米勒所發現之根基性理解;而呢啲「發現」,正正代表住米勒派運動嘅全部根基.默示曾經直接警告,呢件事可能會發生;而事實上,佢已經發生咗,並且係喺好耐之前就已經發生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被擄到巴比倫之後重建嘅聖殿,其根基喺第一道諭令嘅歷史之中、第二道諭令之前就已經完成.聖殿則喺第二道諭令嘅歷史之中完全建成.到咗第三道諭令,民族主權就歸還畀字面上嘅古代以色列.威廉·米勒代表咗第一位天使;呢位天使喺1798年來到,並且喺1840年8月11日得着權能.第二位天使喺根基立好之後來到,正如1843圖表所表徵;呢圖表喺1842年5月出版.喺1844年第一次失望,即1844年嘅阿爾法失望之時,第二位天使以及童女比喻中嘅遲延時候亦都來到;而當第二位天使嘅信息喺Exeter營會上得着權能之時,聖殿就完成咗.其後,喺1844年嗰次重大、或者話俄梅戛失望之時,立約之使者忽然來到祂嘅殿,應驗咗嗰二千三百年;呢段時期由第三道諭令開始,直到第三位天使來到而告終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約西亞,意思係「上帝嘅根基」.無論係王約西亞,抑或約西亞・利治;二者都係根基嘅表號,正如喺頭一道命令嘅歷史中所表明,亦如利未記第二十三章頭二十二節所陳明之春季節期所表徵一樣.根基、春季節期,同埋頭一道命令,全部都係1840年同第一位天使得着權能嘅表號.正如以西結書第四十章一節所載,公元前573年10月22日,乃係1844年10月22日同死人審判展開嘅表號;亦係2001年9月11日同活人審判展開嘅表號.凡一直跟隨呢啲文章嘅人,都應當知道我所採用嘅應用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喺佢所記載嘅預言歷史當中,乃係一個象徵.喺第八章末了嗰二十五個人向住太陽下拜嘅時候,以西結喺場;其後幾章之中,當「隨着蓋印而來嘅殺戮」臨到耶路撒冷之時,佢亦喺場;而愛倫·懷特指出,耶路撒冷就係基督復臨安息日會.喺頭十一章裏面,以西結被帶進天上嘅聖所,領受佢嘅指示;正如一八四四年米勒派曾被召去如此行,呢場運動現今亦正被召去如此行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噉樣,以西結就作你哋嘅預兆;凡佢所行嘅,你哋都必照樣去行.到呢事臨到嘅時候,你哋就必知道我係主耶和華.以西結書 24:24.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當這事臨到嘅時候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當我哋喺末後嘅日子去到一個地步,以西結所表明嘅事喺神嘅子民當中再次重演,咁我哋就已經去到以西結嘅兆頭.當你知道以西結乃係代表嗰十四萬四千人,並且你喺信心同明悟上知道到一個地步,持有一種成聖嘅盼望,相信以西結喺佢著作中所表明嘅一切,都係預表末後日子一連串神聖事件,而呢啲事件係涉及嗰十四萬四千人——當你知道呢一點,咁你哋就「必知道」「耶和華」係「神」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我哋會喺下一篇文章繼續探討呢啲思想.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Microsoft YaHei" w:hAnsi="Microsoft YaHei" w:eastAsia="Microsoft YaHei" w:cs="Microsoft YaHe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Microsoft YaHei" w:hAnsi="Microsoft YaHei" w:eastAsia="Microsoft YaHei" w:cs="Microsoft YaHe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Microsoft YaHei" w:hAnsi="Microsoft YaHei" w:eastAsia="Microsoft YaHei" w:cs="Microsoft YaHe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Microsoft YaHei" w:hAnsi="Microsoft YaHei" w:eastAsia="Microsoft YaHei" w:cs="Microsoft YaHe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Microsoft YaHei" w:hAnsi="Microsoft YaHei" w:eastAsia="Microsoft YaHei" w:cs="Microsoft YaHe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Microsoft YaHei" w:hAnsi="Microsoft YaHei" w:eastAsia="Microsoft YaHei" w:cs="Microsoft YaHe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Microsoft YaHei" w:hAnsi="Microsoft YaHei" w:eastAsia="Microsoft YaHei" w:cs="Microsoft YaHe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Microsoft YaHei" w:hAnsi="Microsoft YaHei" w:eastAsia="Microsoft YaHei" w:cs="Microsoft YaHe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Microsoft YaHei" w:hAnsi="Microsoft YaHei" w:eastAsia="Microsoft YaHei" w:cs="Microsoft YaHe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Microsoft YaHei" w:hAnsi="Microsoft YaHei" w:eastAsia="Microsoft YaHei" w:cs="Microsoft YaHe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第四十節嘅隱藏歷史——第二十一號</dc:title>
  <dc:subject>第二個禍哉——第八部分——以西結二號</dc:subject>
  <dc:creator>Jeff Pippenger</dc:creator>
  <cp:keywords/>
  <dc:description>Generated by ArticleDigger from hidden_history\21_hidden_history.json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