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Microsoft YaHei" w:hAnsi="Microsoft YaHei" w:eastAsia="Microsoft YaHei" w:cs="Microsoft YaHei"/>
        </w:rPr>
        <w:t>第四十節嘅隱藏歷史——第二十二號</w:t>
      </w:r>
    </w:p>
    <w:p>
      <w:pPr>
        <w:pStyle w:val="ArticleSubtitle"/>
        <w:jc w:val="left"/>
      </w:pPr>
      <w:r>
        <w:rPr>
          <w:rFonts w:ascii="Microsoft YaHei" w:hAnsi="Microsoft YaHei" w:eastAsia="Microsoft YaHei" w:cs="Microsoft YaHei"/>
        </w:rPr>
        <w:t>以西結書第三章</w:t>
      </w:r>
    </w:p>
    <w:p>
      <w:pPr>
        <w:pStyle w:val="ArticleByline"/>
        <w:jc w:val="left"/>
      </w:pPr>
      <w:r>
        <w:rPr>
          <w:rFonts w:ascii="Microsoft YaHei" w:hAnsi="Microsoft YaHei" w:eastAsia="Microsoft YaHei" w:cs="Microsoft YaHei"/>
        </w:rPr>
        <w:t>Jeff Pippenger</w:t>
      </w:r>
    </w:p>
    <w:p>
      <w:pPr>
        <w:pStyle w:val="ArticleDate"/>
        <w:jc w:val="left"/>
      </w:pPr>
      <w:r>
        <w:rPr>
          <w:rFonts w:ascii="Microsoft YaHei" w:hAnsi="Microsoft YaHei" w:eastAsia="Microsoft YaHei" w:cs="Microsoft YaHei"/>
        </w:rPr>
        <w:t>2026-08-08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以西結喺十四萬四千人受印記嘅時期作祭司.喺第一章,以西結被帶進聖所.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到咗第三十年,四月初五日,我喺迦巴魯河邊,被擄嘅人中間;嗰時諸天開咗,我就見到神嘅異象.正喺嗰月初五日,即係約雅斤王被擄第五年,耶和華嘅話清楚臨到祭司布西嘅兒子以西結,喺迦勒底人之地、迦巴魯河邊;耶和華嘅手喺嗰度臨到佢身上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我觀看,見有旋風從北方颳來,有一朵大雲,並有火在其中輾轉翻騰,周圍有光輝;從其中間,從火中間,顯出彷彿光耀的精金.又從其中間現出四個活物的形像.牠們的形狀是這樣：有人的樣式.各有四個臉面,各有四個翅膀.牠們的腿是直的,腳掌好像牛犢之蹄掌,都燦爛如磨亮的銅.牠們四面的翅膀以下都有人的手;這四個活物都有臉面和翅膀.牠們的翅膀彼此相連;行走的時候並不轉身,各自一直向前.至於牠們臉面的形像,四個活物右面都有人的臉和獅子的臉,左面都有牛的臉,四個活物又都有鷹的臉.牠們的臉面就是如此;牠們的翅膀向上張開;各有兩個翅膀彼此相連,另有兩個翅膀遮蔽身體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佢哋各直往前行;靈要往邊度去,佢哋就往邊度去;行走嘅時候並不轉身.至於活物嘅形像,佢哋嘅樣貌好似炭火燒著,又似火把嘅形狀;火喺活物中間上去落嚟;嗰火明亮,從火中發出閃電.活物往來奔走,好似電光一閃. 我觀看活物嘅時候,睇見地上喺各活物旁邊有一個輪,對住佢四個面.輪嘅形狀同構造,好似水蒼玉嘅顏色;四個輪都係一個樣式;佢哋嘅形狀同構造,好似輪中套輪.輪行走嘅時候,向四方都能直行,行走嘅時候並不轉身.至於輪輞,高而可畏;四個輪輞周圍都滿有眼睛. 活物行走嘅時候,輪也在旁邊行走;活物從地上升起,輪也升起.靈要往邊度去,佢哋就往邊度去;輪都喺活物旁邊升起,因為活物嘅靈在輪中.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嗰啲行走嘅時候,呢啲也行走;嗰啲企定嘅時候,呢啲也企定;嗰啲從地上升起嘅時候,輪子也在佢哋旁邊升起;因為活物嘅靈在輪中. 在活物嘅頭以上,有穹蒼嘅形像,看來好似可畏嘅水晶色,鋪張在佢哋頭以上.穹蒼以下,佢哋嘅翅膀直展,彼此相向;各有兩個翅膀遮體,呢邊兩個,嗰邊兩個,遮住自己嘅身體.佢哋行走嘅時候,我聽見翅膀響聲,好似大水嘅聲音,又好似全能者嘅聲音,又好似喧嘩嘅聲音,又好似軍旅嘅響聲;佢哋企定嘅時候,就垂下翅膀. 在佢哋頭以上嘅穹蒼之上有聲音;佢哋企定、垂下翅膀嘅時候,便有聲音發出.喺佢哋頭以上嘅穹蒼之上,有寶座嘅形像,看來好似藍寶石;在寶座形像以上,又有一個形像,看來好似人嘅樣式坐在其上.我又見有彷彿光耀金精之色,周圍有火嘅形狀,在其中;從佢腰以上有火嘅形狀,從佢腰以下也有火嘅形狀,周圍都有光輝.周圍光輝嘅形狀,好似雨天雲中虹嘅形狀.這就是耶和華榮耀形像嘅樣式.我一看見,就俯伏在地,並且聽見一位說話者嘅聲音.以西結書 1:1–28.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哀傷中被擄嘅先知以西結,喺迦勒底人之地,蒙賜異象,教導同一個功課：要信靠以色列大能嘅上帝.當佢喺迦巴魯河邊嘅時候,似乎有一陣旋風從北方而來,『有一朵包括着閃爍火焰嘅大雲,周圍有光輝;從其中嘅中央,顯出好像光耀嘅精金.』又有幾個形狀奇異、彼此交錯嘅輪,由四個活物推動.喺呢一切之上高高嘅地方,有『寶座嘅形像,彷彿藍寶石;喺寶座形像以上,有彷彿人形嘅顯現.』『至於活物嘅形像,佢哋嘅樣貌好像燒着嘅火炭,又像火把嘅樣貌;火喺活物中間上去落來;嗰火光輝燦爛,從火中發出閃電.』『喺基路伯中間,喺佢哋翅膀以下,顯出有人手嘅形狀.』」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嗰度有輪中套輪,排列之繁複,初看之下,以西結覺得一切都似乎混亂不堪.然而當佢哋運行之時,卻有優美嘅準確,同埋完全嘅和諧.天上嘅活物推動呢啲輪;而最重要嘅係,喺榮耀嘅藍寶石寶座之上,坐着嗰位永恆者;寶座四圍又有環繞嘅彩虹,作為恩典同慈愛嘅表徵.以西結畀呢景象可畏嘅榮耀所懾服,就俯伏喺地,嗰時有聲音吩咐佢起來,聽耶和華嘅話.於是,有一個警告以色列嘅信息賜咗畀佢.」«證言»,751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當烏西雅王崩嘅嗰年,我見到主坐喺寶座上,高高在上;佢衣袍嘅下襬充滿聖殿.其上有撒拉弗侍立;各各有六個翅膀：用兩個遮臉,用兩個遮腳,用兩個飛翔.彼此呼喊話：「聖哉,聖哉,聖哉,萬軍之耶和華;全地都充滿佢嘅榮耀.」因呼喊者嘅聲音,門檻嘅根基震動,殿中充滿咗煙霧. 嗰時我話：「禍哉！我滅亡了！因為我係嘴唇不潔嘅人,又住喺嘴唇不潔嘅民中;因為我雙眼已經見到大君王萬軍之耶和華.」於是有一個撒拉弗飛到我呢度,手裏攞住一塊紅炭,係用火剪從壇上夾落嚟嘅;佢將炭沾我嘅口,話：「看哪,呢炭沾咗你嘅嘴唇;你嘅罪孽便除掉,你嘅罪過就得赦免.」我又聽見主嘅聲音話：「我可以差遣邊個呢？邊個肯為我哋去呢？」我就話：「我在這裏,請差遣我.」以賽亞書 6:1–8.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呢個異象係喺以西結心裏充滿陰沉不祥之感嘅時候賜畀佢嘅.佢看見佢列祖之地荒涼淒寂.嗰座從前人民充滿嘅城,已經再無人居住.歡樂之聲同頌讚之歌,喺城牆之內亦不復聽聞.先知自己亦寄居異地,喺嗰處,無邊嘅野心同殘酷嘅暴虐居於至高之位.佢所見所聞關於人間暴政同不義嘅事,使佢心靈憂傷;佢晝夜痛苦哀哭.然而,喺迦巴魯河邊陳列於佢面前嗰啲奇妙嘅表號,卻顯明有一種掌權嘅能力,比地上統治者嘅權勢更為強大.在亞述同巴比倫嗰啲驕傲殘暴嘅君王之上,施憐憫同真理嘅上帝坐著為王.」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喺先知眼中顯得捲入咁大混亂之中、猶如輪子一般錯綜複雜嘅事,原來都受無限之手引導.上帝嘅靈向佢顯明,正係推動並指引呢啲輪子嘅;祂從混亂之中帶出和諧;照樣,全世界都喺祂掌管之下.千千萬萬已得榮耀嘅生靈,隨時聽候祂一聲令下,制止惡人權勢同謀略嘅運作,並為祂忠心嘅子民成就美善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照樣,當上帝將要向蒙愛嘅約翰展開教會喺將來世代嘅歷史之時,祂藉着向佢顯現「一位好似人子嘅」,喺燈臺中間行走,將救主對祂子民嘅關注同眷顧向佢作出保證;嗰七個燈臺乃係象徵七間教會.當約翰被指示見到教會同地上權勢之間最後重大嘅爭戰時,佢亦獲准得見忠信之人最終嘅得勝同拯救.佢見到教會被帶進與獸同佢像嘅致命衝突之中,而對嗰獸嘅敬拜亦被強迫施行,違者要受死刑.但當佢越過戰場上嘅煙霧同喧囂而望,便看見有一班人同羔羊一齊企喺錫安山上;佢哋額上唔係有獸嘅印記,乃係有「佢父嘅名寫在額上」.之後,佢又看見「那些勝了獸和獸的像,並牠名字數目的人,都站在玻璃海上,拿着上帝的琴」,並且歌唱摩西同羔羊之歌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呢啲教訓係為咗我哋嘅益處.我哋必須將信心建立喺上帝之上,因為喺我哋面前,正有一段要試驗人心靈嘅時候.基督喺橄欖山上,重述咗喺祂第二次降臨之前所要臨到嘅可怕審判：『你們也要聽見打仗和打仗的風聲.』『民要攻打民,國要攻打國;多處必有饑荒、瘟疫、地震.這都是災難的起頭.』呢啲預言雖然喺耶路撒冷被毀時已經有部分應驗,但佢哋更直接係指向末後的日子.」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我哋正企喺重大而莊嚴事件嘅門檻上.預言正迅速應驗.主已經喺門前.不久,喺我哋面前將要展開一段對所有在生之人都極其關切嘅時期.過去嘅爭議將要再度興起;新嘅爭議亦將出現.將要喺我哋世界中上演嘅景象,至今人連夢想都未曾夢想到.撒但正藉住人為嘅媒介運作.嗰啲力圖修改憲法、並確立一條強制遵守星期日嘅法律嘅人,幾乎全然唔明白其結果將會係乜嘢.危機已經迫在眉睫.」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但係喺呢一個重大嘅危急關頭,上帝嘅僕人唔可以倚靠自己.喺賜畀以賽亞、以西結同約翰嘅異象之中,我哋睇見天上同地上所發生嘅事係何等緊密相連,又睇見上帝對嗰啲忠於祂嘅人所施嘅眷顧係何等深切.呢個世界並非冇統治者.將要發生之事嘅安排,係喺主嘅手中.天上嘅尊榮者親自掌管列國嘅命運,以及祂教會嘅事務.」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我哋容讓自己喺主嘅工作上感受到實在過多嘅掛慮、煩擾同困惑.有限嘅世人並唔係被撇低去獨自肩負責任嘅重擔.我哋需要信靠上帝,相信佢,並且繼續向前行.天上使者不知疲倦嘅警醒,同埋佢哋喺服事地上眾生之事上不住嘅作工,向我哋顯明,上帝嘅手正引導緊輪中套輪.神聖嘅導師正向祂工作中每一位參與者說話,正如祂昔日對古列所說：『我曾給你束腰,雖然你不認識我.』」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喺以西結嘅異象之中,上帝嘅手喺基路伯嘅翅膀以下.呢個係要教導祂嘅僕人,使佢哋知道,賜佢哋成功嘅乃係神聖嘅能力.若然佢哋肯除去罪孽,並且喺心靈同生活上成為純潔,祂就必與佢哋同工.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喺活物中間往來、其疾如閃電嘅明亮光輝,表明呢項工作最終推進至完成之迅速.嗰位唔打盹、並且為成就自己旨意而不住作工者,能夠使祂偉大嘅工作和諧一致噉向前推進.凡喺有限之人心目中顯得糾結複雜嘅事,主嘅手都能使之保持完全有序.祂能設計方法同途徑,挫敗惡人嘅圖謀;並且祂必使嗰啲謀害祂子民之人嘅計議歸於混亂.」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「弟兄們,現今唔係悲哀同絕望嘅時候,亦唔係向疑惑同不信屈服嘅時候.基督而家唔係喺約瑟嗰座新墳墓裏面、畀一塊大石封住,又蓋上羅馬印記嘅救主;我哋所擁有嘅,乃係一位復活咗嘅救主.祂係王,係萬軍之耶和華;祂坐喺基路伯中間;喺列國爭鬥同喧囂之中,祂仍然保守祂嘅子民.嗰位喺天上掌權嘅,乃係我哋嘅救主.祂量度每一個試煉.祂看守住嗰必須試驗每一個靈魂嘅火爐烈焰.當君王嘅保障要被傾覆之時,當神烈怒嘅箭要射透祂仇敵嘅心之時,祂嘅子民必安然喺祂手中.」«教會證言»卷五,752–754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以西結象徵嗰啲有資格列入十四萬四千人之中嘅候選者;而佢喺聖所之中嘅經歷,一行一行噉,與以賽亞同約翰喺聖所之內嘅經歷彼此吻合.我哋而家正處於聖殿嘅考驗之中,呢個乃係封印十四萬四千人嘅三重考驗之中嘅第二重.呢段時期,就係立約之使者為應驗瑪拉基書第三章而成就嘅潔淨工作.呢個由三重考驗構成嘅潔淨過程,就係瑪拉基所講嗰個火熱嘅「爐」——「嗰個必須試驗每一個靈魂」嘅爐.當第三位天使喺1844年10月22日來到之時,立約之使者就忽然進入祂嘅殿,並帶領嗰段歷史中嘅聰明童女進入至聖所,為要封印祂忠心嘅子民;但嗰段歷史中嘅童女背叛咗,到咗1856年,非拉鐵非嘅米勒派運動已經變成老底嘉嘅米勒派運動,並且喺1863年成為老底嘉嘅基督復臨安息日會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喺1844年10月22日忽然來到嘅第三位天使,喺1863年撤去咗佢嘅同在,然後喺2001年9月11日再度返回.二十五年之後,由1844年10月22日所預表嘅聖殿試驗,而今正被重演.二十五喺象徵上,乃係二百五十嘅先知性十分之一;而二百五十,乃係但以理書第十一章第十一至第十五節所代表之歷史嘅象徵.二百五十,同埋二十五,乃係以西結聖所異象當中輪中之輪嘅表號.二十五乃係智慧人與惡人分離嘅象徵,應驗咗由立約之使者所完成之潔淨工作所代表嘅三步試驗過程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«馬太福音»第二十五章包含三個比喻,而每一個比喻都指出喺十四萬四千人受印嘅時期,智慧人同惡人之間嘅分別.呢一章所表明上帝子民嘅盼望,係佢哋可以成為一個聰明嘅童女,持有午夜呼聲信息之油.佢哋嘅盼望,係喺佢哋個人恩典時期之內,因着忠心管理並運用所賜予佢哋嘅特別才幹,而被判定為忠心嘅僕人.佢哋嘅盼望,係被判定為上帝草場上嘅綿羊,坐喺祂嘅右邊,而唔係作為山羊喺祂嘅左邊.第二十五章乃係十四萬四千人受印之時,智慧人同惡人分別開來嘅象徵.第二十五章係以西結眾輪之一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喺我哋被擄第二十五年,年初,正月初十,城被攻陷之後第十四年,就喺嗰一日,耶和華嘅手臨到我,帶我到嗰度.以西結書 40:1.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被擄第二十五年,乃係以十月二十二日為表號;而呢一日,又以一個時代恩典之門嘅關閉為表號.喺1844年10月22日,一道門被打開,一道門被關上;同時,兩等人亦被分別出嚟.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你要寫信畀非拉鐵非教會嘅使者,話：嗰位聖潔、真實、攞住大衛之匙、開咗就冇人能關、關咗就冇人能開嘅,咁樣講：我知道你嘅行為;看哪,我喺你面前設立了一道敞開嘅門,係冇人能關閉嘅;因為你略有一點力量,也曾遵守我嘅道,並冇有否認我嘅名.啟示錄 3:7, 8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基督對非拉鐵非教會嘅使者講,祂知道佢哋嘅作為;祂已經喺非拉鐵非教會面前設立咗一扇敞開嘅門.呢扇門係由「大衛嘅鑰匙」打開嘅,就係安放喺以利亞敬身上嘅嗰條鑰匙.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到那日,事情必然如此：我要召我僕人希勒家個仔以利亞敬來;我要畀你件袍佢着上,用你條帶使佢剛強,又要將你嘅政權交喺佢手中;佢必作耶路撒冷居民同猶大家嘅父.我要將大衛家嘅鑰匙擱喺佢肩頭上;佢開,就冇人能關;佢關,就冇人能開.以賽亞書 22:20–22.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以利亞敬蒙召之日,便從惡人舍伯那之中分別出來.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萬軍之主耶和華如此說：你去見呢個掌庫的,就是管理家政的舍伯那,對他說：你在這裏有甚麼呢？你在這裏有誰呢？竟在這裏為自己鑿墳墓,好像在高處為自己鑿墳墓,又在磐石中為自己鑿出居所.看哪,耶和華必以大力將你擄去,必定將你緊緊裹住.他必定猛烈地將你捲起,拋來拋去,如球一般拋到寬闊之地;你必死在那裏,你榮耀的車輛也必在那裏,成為你主人家的羞辱.以賽亞書 22:15–18.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應驗咗舍伯那同以利亞敬之比喻嘅智慧童女與愚拙童女之分離,係喺1844年10月22日;亦都應驗喺約雅斤被擄第二十五年,即係主前573年10月22日.喺«以西結書»第八章入面,復臨運動之內嘅惡人,由耶路撒冷所預表,乃係由二十五個向太陽下拜嘅人所代表.耶路撒冷嘅毀滅,預表星期日法案;而呢一個亦都係結束十四萬四千人受印時期嘅路標.呢個受印時期開始於2001年9月11日;而耶穌既係阿拉法,又係俄梅戛,所以,2001年9月11日作為受印嘅開始,正好說明其終局,就係喺星期日法案之時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2001年9月11日,乃由1888年明尼阿波利斯會議所預表;因懷愛倫姊妹指出,當紐約嘅宏偉建築於9/11倒下之時,啟示錄18:1–3便應驗了.彼時,正如1888年一樣,她指出啟示錄第十八章嘅天使降下,以祂嘅榮耀照亮全地.她將1888年嘅悖逆,對應於可拉、大坍、亞比蘭嘅悖逆;佢哋亦有二百五十個有名望嘅人加入佢哋嘅叛道.古以色列早期歷史中,可拉及其黨羽之悖逆中嘅二百五十個叛徒,預表咗古以色列末期向日頭下拜嘅二十五個人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老底嘉復臨信仰入面二十五個領袖喺星期日法案前下拜,而喺9/11則有二百五十個,呢件事藉住「二十五」呢個象徵——即智慧人同惡人分離嘅象徵——表明咗蓋印時期嘅開始同終結.無論係摩西時代嗰二百五十個背叛者,抑或以西結書第八章嗰二十五個人,或馬太福音第二十五章關於分離嘅三個見證,又或以西結書第四十章被擄第二十五年;凡屬「二十五」呢個象徵嘅一切顯現,都同嗰三段分別喺主前207年、313年同2026年告終嘅二百五十年時期彼此吻合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二十五,可以話係一個二十五嘅輪軸,將所有二十五嘅線帶到完全.佢成為咗賜畀彼得、屬於國度嘅先知性鑰匙之一,使第四十節隱藏嘅歷史得以顯明.藉着超過三個見證,已經一再確立：«但以理書»第十一章第十至第十五節,乃係一條涵蓋由1989年直到«星期日法»之歷史嘅線,而呢段歷史就係第四十節隱藏嘅歷史.猶大支派嘅獅子,現正喺祂展開呢段隱藏歷史之時,解開«以西結書»眾輪嘅封印,以此完成末後日子午夜呼聲嘅信息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喺以下各篇文章當中,我哋將會繼續辨明以西結嘅輪子;呢啲輪子象徵末後日子眾人之間錯綜複雜嘅相互作用.本文開首所列出嘅«以西結書»第一章,以及隨附«Testimonies»卷五嘅經文,將會喺我哋繼續撰寫呢幾篇文章之時,成為我哋持續參照嘅依據.當呢啲輪子被擺列喺其適當位置,並同先知歷史之中其餘輪子有其適當交會之處時,我哋將會證明：喺1840年8月11日賦予第一位天使能力嘅三百九十一年零十五日,亦都被以西結表述為三百九十年,並且同耶路撒冷被圍困之一年半相連;而呢一道先知性亮光嘅來到,正標明咗十四萬四千人旗幟被高舉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由1299年7月27日至1337年,代表啟示錄九章十節之一百五十年（五個月）起首嗰三十八年.呢一百五十年同第十五節所講嘅三百九十一年零十五日係相連嘅.因此,呢兩段時期嘅起頭,構成一條預言線,而呢條預言線喺約西亞・利治（Josiah Litch）於1838年同1840年所作之預測應驗之時告終,並標誌住米勒派運動嘅興起同得着能力.呢段喺復臨信仰起初嘅歷史,標誌住十四萬四千人喺星期日法案之前作為一面旌旗嘅興起.因此,以西結所講之三百九十年,以及耶路撒冷被圍困之一點五年（1.5）,標誌住嗰條始於1299年之預言線嘅終結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喺下一篇文章之前,先行思考«Testimonies»第五卷入面呢段文字,乃係值得嘅.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Microsoft YaHei" w:hAnsi="Microsoft YaHei" w:eastAsia="Microsoft YaHei" w:cs="Microsoft YaHe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Microsoft YaHei" w:hAnsi="Microsoft YaHei" w:eastAsia="Microsoft YaHei" w:cs="Microsoft YaHei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Microsoft YaHei" w:hAnsi="Microsoft YaHei" w:eastAsia="Microsoft YaHei" w:cs="Microsoft YaHei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Microsoft YaHei" w:hAnsi="Microsoft YaHei" w:eastAsia="Microsoft YaHei" w:cs="Microsoft YaHei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Microsoft YaHei" w:hAnsi="Microsoft YaHei" w:eastAsia="Microsoft YaHei" w:cs="Microsoft YaHei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Microsoft YaHei" w:hAnsi="Microsoft YaHei" w:eastAsia="Microsoft YaHei" w:cs="Microsoft YaHei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Microsoft YaHei" w:hAnsi="Microsoft YaHei" w:eastAsia="Microsoft YaHei" w:cs="Microsoft YaHei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Microsoft YaHei" w:hAnsi="Microsoft YaHei" w:eastAsia="Microsoft YaHei" w:cs="Microsoft YaHei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Microsoft YaHei" w:hAnsi="Microsoft YaHei" w:eastAsia="Microsoft YaHei" w:cs="Microsoft YaHei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Microsoft YaHei" w:hAnsi="Microsoft YaHei" w:eastAsia="Microsoft YaHei" w:cs="Microsoft YaHei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第四十節嘅隱藏歷史——第二十二號</dc:title>
  <dc:subject>以西結書第三章</dc:subject>
  <dc:creator>Jeff Pippenger</dc:creator>
  <cp:keywords/>
  <dc:description>Generated by ArticleDigger from hidden_history\22_hidden_history.json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