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第四十節嘅隱藏歷史——第二十三號數字</w:t>
      </w:r>
    </w:p>
    <w:p>
      <w:pPr>
        <w:pStyle w:val="ArticleSubtitle"/>
        <w:jc w:val="left"/>
      </w:pPr>
      <w:r>
        <w:rPr>
          <w:rFonts w:ascii="Microsoft YaHei" w:hAnsi="Microsoft YaHei" w:eastAsia="Microsoft YaHei" w:cs="Microsoft YaHei"/>
        </w:rPr>
        <w:t>以西結第四個數字</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2026-08-09</w:t>
      </w:r>
    </w:p>
    <w:p>
      <w:pPr>
        <w:pStyle w:val="ArticleBody"/>
        <w:jc w:val="left"/>
      </w:pPr>
      <w:r>
        <w:rPr>
          <w:rFonts w:ascii="Microsoft YaHei" w:hAnsi="Microsoft YaHei" w:eastAsia="Microsoft YaHei" w:cs="Microsoft YaHei"/>
        </w:rPr>
        <w:t>以西結被稱為「哀慟嘅先知」,因為佢乃係十四萬四千人嘅表號;喺佢書中第九章,呢班人正為住喺此地同教會中所行嘅可憎之事而哀慟（歎息哭泣）.喺上一篇文章所引用嘅«證言»段落入面,懷愛倫姊妹寫道：「先知自己亦係寄居於異地嘅客旅;嗰度無邊嘅野心同殘暴嘅狠毒居於至高之位.佢所見所聞關乎人間暴政與冤屈嘅事,使佢心靈憂傷,佢晝夜痛苦哀慟.」</w:t>
      </w:r>
    </w:p>
    <w:p>
      <w:pPr>
        <w:pStyle w:val="ArticleBody"/>
        <w:jc w:val="left"/>
      </w:pPr>
      <w:r>
        <w:rPr>
          <w:rFonts w:ascii="Microsoft YaHei" w:hAnsi="Microsoft YaHei" w:eastAsia="Microsoft YaHei" w:cs="Microsoft YaHei"/>
        </w:rPr>
        <w:t>嗰十四萬四千人,就係「以色列中被趕散的人」;正如以西結被擄去所表徵,佢哋曾被分散.«以西結書»第九章所表明嘅印記過程,同«啟示錄»第七章所記載嘅,乃係同一件事;而且呢兩章都係表明呢事發生喺末後嘅日子.</w:t>
      </w:r>
    </w:p>
    <w:p>
      <w:pPr>
        <w:pStyle w:val="ArticleScripture"/>
        <w:jc w:val="left"/>
      </w:pPr>
      <w:r>
        <w:rPr>
          <w:rFonts w:ascii="Microsoft YaHei" w:hAnsi="Microsoft YaHei" w:eastAsia="Microsoft YaHei" w:cs="Microsoft YaHei"/>
        </w:rPr>
        <w:t>「呢個為上帝僕人蓋印嘅工作,就係喺異象中向以西結所顯示嘅同一件事.」«給傳道人的勉言»,445頁.</w:t>
      </w:r>
    </w:p>
    <w:p>
      <w:pPr>
        <w:pStyle w:val="ArticleBody"/>
        <w:jc w:val="left"/>
      </w:pPr>
      <w:r>
        <w:rPr>
          <w:rFonts w:ascii="Microsoft YaHei" w:hAnsi="Microsoft YaHei" w:eastAsia="Microsoft YaHei" w:cs="Microsoft YaHei"/>
        </w:rPr>
        <w:t>喺寶座嗰度,上帝指揮基路伯,而基路伯又管理眾輪.以西結應當從呢個異象明白,縱然喺一切看似混亂嘅時期,上帝仍然掌權.懷姊妹喺陳述上帝坐於寶座之上、指揮管理地上事務之基路伯嘅體制之後,跟住用「照樣」一詞,正如佢描述約翰喺聖所之中,看見基督行走於七間教會中間一樣.以西結同約翰,乃係嗰啲活喺十四萬四千人受印時期之人嘅表號;正如靈感所記：「我哋世界將要演出嘅景象,人而家連夢都未曾夢見.」</w:t>
      </w:r>
    </w:p>
    <w:p>
      <w:pPr>
        <w:pStyle w:val="ArticleBody"/>
        <w:jc w:val="left"/>
      </w:pPr>
      <w:r>
        <w:rPr>
          <w:rFonts w:ascii="Microsoft YaHei" w:hAnsi="Microsoft YaHei" w:eastAsia="Microsoft YaHei" w:cs="Microsoft YaHei"/>
        </w:rPr>
        <w:t>誠然,懷姊妹寫下嗰啲說話嘅時候,嗰啲說話係真實嘅;但喺蓋印嘅時候,佢哋先至得着完全嘅應驗.大約二十年前,你可曾想到,現今喺世上所發生嘅事,竟會同伊斯蘭嘅蝗蟲群飛一同出現？«啟示錄»第九章以蝗蟲作為伊斯蘭嘅象徵,亦包括北非蝗蟲喺自然界中遷徙之事.非洲嗰啲成群飛蝗嘅遷徙路徑,正同被伊斯蘭所佔據嘅地理範圍相吻合.伊斯蘭出於以實瑪利,而以實瑪利嘅母親係夏甲.夏甲嘅意思係「飛遁」或「逃離」.喺阿拉伯文入面,呢個名通常寫作 Hajar（</w:t>
      </w:r>
      <w:r>
        <w:rPr>
          <w:rFonts w:ascii="Segoe UI" w:hAnsi="Segoe UI" w:eastAsia="Segoe UI" w:cs="Segoe UI"/>
        </w:rPr>
        <w:t>هاجر</w:t>
      </w:r>
      <w:r>
        <w:rPr>
          <w:rFonts w:ascii="Microsoft YaHei" w:hAnsi="Microsoft YaHei" w:eastAsia="Microsoft YaHei" w:cs="Microsoft YaHei"/>
        </w:rPr>
        <w:t>）,並且同產生 Hijra（穆罕默德嘅遷徙／出走）嗰個同一字根有關.伊斯蘭嘅根源所關聯嘅,不單止係蝗蟲嘅群飛;其根源亦包括遷徙呢個意思.又有邊個曾經夢想到,非法移民竟然係伊斯蘭蝗蟲嘅一種顯現呢？</w:t>
      </w:r>
    </w:p>
    <w:p>
      <w:pPr>
        <w:pStyle w:val="ArticleBody"/>
        <w:jc w:val="left"/>
      </w:pPr>
      <w:r>
        <w:rPr>
          <w:rFonts w:ascii="Microsoft YaHei" w:hAnsi="Microsoft YaHei" w:eastAsia="Microsoft YaHei" w:cs="Microsoft YaHei"/>
        </w:rPr>
        <w:t>有冇人曾經想到,全球共產主義者竟會同伊斯蘭大軍結成聯盟？伊斯蘭同全球主義者嘅龍權勢,分別喺«啟示錄»9／11章由無底坑上來;而無底坑乃係撒但權勢嘅一種彰顯.按照真理嘅聖經,現今呢兩個盟友都係撒但嘅工具.</w:t>
      </w:r>
    </w:p>
    <w:p>
      <w:pPr>
        <w:pStyle w:val="ArticleScripture"/>
        <w:jc w:val="left"/>
      </w:pPr>
      <w:r>
        <w:rPr>
          <w:rFonts w:ascii="Microsoft YaHei" w:hAnsi="Microsoft YaHei" w:eastAsia="Microsoft YaHei" w:cs="Microsoft YaHei"/>
        </w:rPr>
        <w:t>「『及至佢哋作完〔將近作完〕見證嘅時候.』兩個見證人着住麻衣說預言嘅時期,喺1798年告終.當佢哋嘅工作喺隱晦之中將近結束之際,將有權勢向佢哋交戰,呢權勢就係嗰『從無底坑上來嘅獸』所代表嘅.在歐洲許多國家之中,掌管教會同國家嘅勢力,幾個世紀以來都藉住教皇制作為媒介,受撒但所操縱.但喺呢度所顯明嘅,乃係撒但權勢一種新嘅表現.」«善惡之爭»,268.</w:t>
      </w:r>
    </w:p>
    <w:p>
      <w:pPr>
        <w:pStyle w:val="ArticleBody"/>
        <w:jc w:val="left"/>
      </w:pPr>
      <w:r>
        <w:rPr>
          <w:rFonts w:ascii="Microsoft YaHei" w:hAnsi="Microsoft YaHei" w:eastAsia="Microsoft YaHei" w:cs="Microsoft YaHei"/>
        </w:rPr>
        <w:t>懷愛倫喺呢度指出,社會主義喺法國大革命時期出現,同時亦指出,撒但亦操控住教皇權.教皇權亦都喺«啟示錄»第十七章中由無底坑上來;而喺«啟示錄»第九章,伊斯蘭就係由無底坑上來嘅煙.重點仍然存在：默示所講嘅,究竟係咪真係指「將要喺我哋世界上演嘅景象,人到如今連夢都未曾夢見」呢？有邊個曾經想到,伊斯蘭如今會遍佈歐洲,並且而家正向美洲降臨？你可曾想到,蝗蟲會藉住聯合國、歐洲聯盟同美國民主黨嘅全球主義者,散佈到全世界嗎？</w:t>
      </w:r>
    </w:p>
    <w:p>
      <w:pPr>
        <w:pStyle w:val="ArticleBody"/>
        <w:jc w:val="left"/>
      </w:pPr>
      <w:r>
        <w:rPr>
          <w:rFonts w:ascii="Microsoft YaHei" w:hAnsi="Microsoft YaHei" w:eastAsia="Microsoft YaHei" w:cs="Microsoft YaHei"/>
        </w:rPr>
        <w:t>邊個曾經想到,教育機構竟會畀共產主義同伊斯蘭嘅聯盟所攻陷;而家呢個聯盟仲由納稅人嘅稅款所供養,然而呢啲公民從來無意過,佢哋所繳納嘅稅款竟會被用嚟摧毀嗰個提供呢啲稅款嘅國家.</w:t>
      </w:r>
    </w:p>
    <w:p>
      <w:pPr>
        <w:pStyle w:val="ArticleBody"/>
        <w:jc w:val="left"/>
      </w:pPr>
      <w:r>
        <w:rPr>
          <w:rFonts w:ascii="Microsoft YaHei" w:hAnsi="Microsoft YaHei" w:eastAsia="Microsoft YaHei" w:cs="Microsoft YaHei"/>
        </w:rPr>
        <w:t>邊個曾經諗到,大不列顛竟會助長並維護白人少女畀伊斯蘭徒黨輪姦、綁架、囚禁同謀殺？好多人都指出,人類歷史上凡一切共產主義制度,無一唔係徹底失敗;然而,英國社會主義所結嘅果子,對社會主義所構成嘅定罪,並唔亞於其制度喺經濟同政治哲學上嘅失敗.</w:t>
      </w:r>
    </w:p>
    <w:p>
      <w:pPr>
        <w:pStyle w:val="ArticleBody"/>
        <w:jc w:val="left"/>
      </w:pPr>
      <w:r>
        <w:rPr>
          <w:rFonts w:ascii="Microsoft YaHei" w:hAnsi="Microsoft YaHei" w:eastAsia="Microsoft YaHei" w:cs="Microsoft YaHei"/>
        </w:rPr>
        <w:t>有邊個會想到,地上嘅商人竟然會俾容許引入毒物,藉此對超過一千七百萬人施行大規模屠殺呢？</w:t>
      </w:r>
    </w:p>
    <w:p>
      <w:pPr>
        <w:pStyle w:val="ArticleBody"/>
        <w:jc w:val="left"/>
      </w:pPr>
      <w:r>
        <w:rPr>
          <w:rFonts w:ascii="Microsoft YaHei" w:hAnsi="Microsoft YaHei" w:eastAsia="Microsoft YaHei" w:cs="Microsoft YaHei"/>
        </w:rPr>
        <w:t>有邊個曾經會想到,像 George Soros、Bill Gates 同 Anthony Fauci 呢啲人,竟然會被容許行佢哋嗰啲邪魔般嘅惡行,而竟然完全唔使承受任何後果？</w:t>
      </w:r>
    </w:p>
    <w:p>
      <w:pPr>
        <w:pStyle w:val="ArticleBody"/>
        <w:jc w:val="left"/>
      </w:pPr>
      <w:r>
        <w:rPr>
          <w:rFonts w:ascii="Microsoft YaHei" w:hAnsi="Microsoft YaHei" w:eastAsia="Microsoft YaHei" w:cs="Microsoft YaHei"/>
        </w:rPr>
        <w:t>當懷愛倫姊妹話嗰啲將要上演嘅景象,係人連夢都夢唔到嘅時候,佢係喺十四萬四千人受印嘅時期呢個語境之下講呢番說話.佢呢番話,係承接住佢對基督喺«馬太福音»二十四章所發出警告嘅評論;佢曾記錄話：「呢啲教訓係為我哋嘅益處.我哋必須將我哋嘅信心安穩喺上帝身上,因為喺我哋面前,正有一段時期將要試驗人嘅心靈.基督喺橄欖山上,重述咗喺祂第二次降臨之前所要先臨到嘅可怕審判.」</w:t>
      </w:r>
    </w:p>
    <w:p>
      <w:pPr>
        <w:pStyle w:val="ArticleBody"/>
        <w:jc w:val="left"/>
      </w:pPr>
      <w:r>
        <w:rPr>
          <w:rFonts w:ascii="Microsoft YaHei" w:hAnsi="Microsoft YaHei" w:eastAsia="Microsoft YaHei" w:cs="Microsoft YaHei"/>
        </w:rPr>
        <w:t>佢頭先所提到嘅教訓,乃係以西結同約翰喺聖所之中所見嘅表號,叫人學曉明白：上帝掌管萬有.喺現今正在展開嘅混亂同悖逆之中,呢種混亂同悖逆只會隨住歷史向前推進而愈演愈烈;凡作上帝使者嘅人,唔單止由以西結同約翰喺聖殿中所表徵,亦都包括以賽亞,若要喺歷史進程之中行事為人,以榮耀主嘅方式前行,就必須明白：即使係我哋從未夢想到嘅事,仍然都喺上帝嘅掌管之下.</w:t>
      </w:r>
    </w:p>
    <w:p>
      <w:pPr>
        <w:pStyle w:val="ArticleBody"/>
        <w:jc w:val="left"/>
      </w:pPr>
      <w:r>
        <w:rPr>
          <w:rFonts w:ascii="Microsoft YaHei" w:hAnsi="Microsoft YaHei" w:eastAsia="Microsoft YaHei" w:cs="Microsoft YaHei"/>
        </w:rPr>
        <w:t>嗰啲彼此相交嘅輪子,包含咗從未有人夢想到嘅事件;而呢啲事件,就係喺由 9/11 開始嘅蓋印時期之中所發生嘅事.嗰啲應當學習嘅教訓,惟有嗰啲憑住信心進入至聖所,並且看見基督同埋祂嘅光輝由約櫃之中照耀出嚟嘅人,先至能夠學得到.當嗰榮耀,好似但以理書第十章所表明嘅咁樣被看見之時,嗰一班因呢光而得益嘅人,就同嗰啲逃避異象嘅人分別開嚟.</w:t>
      </w:r>
    </w:p>
    <w:p>
      <w:pPr>
        <w:pStyle w:val="ArticleScripture"/>
        <w:jc w:val="left"/>
      </w:pPr>
      <w:r>
        <w:rPr>
          <w:rFonts w:ascii="Microsoft YaHei" w:hAnsi="Microsoft YaHei" w:eastAsia="Microsoft YaHei" w:cs="Microsoft YaHei"/>
        </w:rPr>
        <w:t>惟有我但以理獨自看見這異象;與我同在的人雖沒有看見這異象,卻有極大戰兢臨到他們,以致他們逃跑,躲藏起來.Daniel 10:7.</w:t>
      </w:r>
    </w:p>
    <w:p>
      <w:pPr>
        <w:pStyle w:val="ArticleBody"/>
        <w:jc w:val="left"/>
      </w:pPr>
      <w:r>
        <w:rPr>
          <w:rFonts w:ascii="Microsoft YaHei" w:hAnsi="Microsoft YaHei" w:eastAsia="Microsoft YaHei" w:cs="Microsoft YaHei"/>
        </w:rPr>
        <w:t>從上一篇文章所引之經文,仲有好多內容可以發掘;不過,當我哋結束呢篇文章嘅時候,會先處理一個輪.喺上一篇文章入面,我哋已經留意到二十五呢個數字所象徵嘅意義;再之前,我哋亦曾花時間講論三十呢個數字.從«以西結書»所發出嘅亮光,並唔單止係象徵性嘅數字;然而,喺我哋開始從混亂之中帶出一啲清晰之前,先熟悉其中一啲數字象徵,仍然係有價值嘅.</w:t>
      </w:r>
    </w:p>
    <w:p>
      <w:pPr>
        <w:pStyle w:val="ArticleHeading"/>
        <w:jc w:val="left"/>
      </w:pPr>
      <w:r>
        <w:rPr>
          <w:rFonts w:ascii="Microsoft YaHei" w:hAnsi="Microsoft YaHei" w:eastAsia="Microsoft YaHei" w:cs="Microsoft YaHei"/>
        </w:rPr>
        <w:t>十七</w:t>
      </w:r>
    </w:p>
    <w:p>
      <w:pPr>
        <w:pStyle w:val="ArticleBody"/>
        <w:jc w:val="left"/>
      </w:pPr>
      <w:r>
        <w:rPr>
          <w:rFonts w:ascii="Microsoft YaHei" w:hAnsi="Microsoft YaHei" w:eastAsia="Microsoft YaHei" w:cs="Microsoft YaHei"/>
        </w:rPr>
        <w:t>嗰三個二百五十年嘅預言,指出一段十七年嘅時期,呢段時期始於士每拿教會歷史嘅終結.由313年至330年,呢十七年預表設立獸像.</w:t>
      </w:r>
    </w:p>
    <w:p>
      <w:pPr>
        <w:pStyle w:val="ArticleBody"/>
        <w:jc w:val="left"/>
      </w:pPr>
      <w:r>
        <w:rPr>
          <w:rFonts w:ascii="Microsoft YaHei" w:hAnsi="Microsoft YaHei" w:eastAsia="Microsoft YaHei" w:cs="Microsoft YaHei"/>
        </w:rPr>
        <w:t>由主前457年開始嘅嗰二百五十年,喺主前207年終結;呢一年係喇非亞之戰之後七年,亦係帕尼烏姆之戰之前十年.由喇非亞到帕尼烏姆,共有十七年;呢段時期表徵第40節所隱藏嘅歷史,正如«但以理書»第11章11至15節所陳明者.</w:t>
      </w:r>
    </w:p>
    <w:p>
      <w:pPr>
        <w:pStyle w:val="ArticleBody"/>
        <w:jc w:val="left"/>
      </w:pPr>
      <w:r>
        <w:rPr>
          <w:rFonts w:ascii="Microsoft YaHei" w:hAnsi="Microsoft YaHei" w:eastAsia="Microsoft YaHei" w:cs="Microsoft YaHei"/>
        </w:rPr>
        <w:t>托勒密四世·費羅帕托爾（亦稱托勒密四世）乃於主前217年贏得拉菲亞戰役之統治者.彼自主前221年至主前204年作為托勒密埃及之君王（亦即法老）在位,故其在位凡十七年.彼於拉菲亞之戰前開始其統治,惟於帕尼烏姆之戰前已薨.</w:t>
      </w:r>
    </w:p>
    <w:p>
      <w:pPr>
        <w:pStyle w:val="ArticleBody"/>
        <w:jc w:val="left"/>
      </w:pPr>
      <w:r>
        <w:rPr>
          <w:rFonts w:ascii="Microsoft YaHei" w:hAnsi="Microsoft YaHei" w:eastAsia="Microsoft YaHei" w:cs="Microsoft YaHei"/>
        </w:rPr>
        <w:t>象徵烏克蘭戰爭嘅拉非亞之戰,始於2014年,當時美國喺烏克蘭促成咗一場顏色革命.南方王托勒密四世,乃係預表弗拉基米爾·普京;普京於2000年開始執政,即喺2001年十四萬四千人受印開始之前一年.正如托勒密一樣,普京喺烏克蘭戰爭之前已開始執政;而該場戰爭乃由始於2014年嘅拉非亞之戰所預表.喺帕尼烏姆之前,普京——即由托勒密所預表者——被除去.普京於2000年開始執政,因此同次年即2001年開始嘅受印時期之起始彼此對應.由托勒密所代表嘅十七個象徵年份,指明普京執政嘅時期,而佢正係喺受印時期之中執政.</w:t>
      </w:r>
    </w:p>
    <w:p>
      <w:pPr>
        <w:pStyle w:val="ArticleBody"/>
        <w:jc w:val="left"/>
      </w:pPr>
      <w:r>
        <w:rPr>
          <w:rFonts w:ascii="Microsoft YaHei" w:hAnsi="Microsoft YaHei" w:eastAsia="Microsoft YaHei" w:cs="Microsoft YaHei"/>
        </w:rPr>
        <w:t>由公元前457年開始之二百五十年嘅終點所代表嘅特朗普,乃置於與普京相同嘅隱藏歷史之中;呢段歷史長達十七年,始於拉菲亞之戰.龍（普京）同假先知（特朗普）都位於呢段隱藏歷史之內.喺呢段歷史當中,獸——即以「你民中嘅強暴人」所代表、象徵教皇權勢者——乃位於由拉菲亞至帕尼烏姆之十七年嘅終結.</w:t>
      </w:r>
    </w:p>
    <w:p>
      <w:pPr>
        <w:pStyle w:val="ArticleBody"/>
        <w:jc w:val="left"/>
      </w:pPr>
      <w:r>
        <w:rPr>
          <w:rFonts w:ascii="Microsoft YaHei" w:hAnsi="Microsoft YaHei" w:eastAsia="Microsoft YaHei" w:cs="Microsoft YaHei"/>
        </w:rPr>
        <w:t>321年代表美國嘅星期日法,而321呢一年係處於一段十七年嘅時期之內,呢段時期由313年嘅«米蘭敕令»開始,直到330年帝國分裂為止.</w:t>
      </w:r>
    </w:p>
    <w:p>
      <w:pPr>
        <w:pStyle w:val="ArticleBody"/>
        <w:jc w:val="left"/>
      </w:pPr>
      <w:r>
        <w:rPr>
          <w:rFonts w:ascii="Microsoft YaHei" w:hAnsi="Microsoft YaHei" w:eastAsia="Microsoft YaHei" w:cs="Microsoft YaHei"/>
        </w:rPr>
        <w:t>由所謂約西亞嘅大逾越節所代表嘅歷史,開始咗猶太人第十七個禧年週期.由約西亞嘅逾越節——即«舊約»當中最偉大嘅一次復興——直到10月22日,乃係代表米勒派由1840年8月11日直到1844年10月22日嘅歷史;但更重要嘅,係代表由9/11直到星期日法令嘅歷史.十四萬四千人受印嘅時期,乃由第十七個禧年週期,即由約西亞直到10月22日所代表.十七乃係一個同受印時期重大事件相關聯嘅象徵,而數目十七,乃係以西結輪子彼此交會嘅一點.</w:t>
      </w:r>
    </w:p>
    <w:p>
      <w:pPr>
        <w:pStyle w:val="ArticleBody"/>
        <w:jc w:val="left"/>
      </w:pPr>
      <w:r>
        <w:rPr>
          <w:rFonts w:ascii="Microsoft YaHei" w:hAnsi="Microsoft YaHei" w:eastAsia="Microsoft YaHei" w:cs="Microsoft YaHei"/>
        </w:rPr>
        <w:t>喺«但以理書»第四十節隱藏嘅歷史當中,正如同章第十至十五節所表徵嘅一樣,龍藉住托勒密嘅統治而同數字「17」相連.由第十一節拉非亞之戰直到第十五節拉非亞之戰,呢段歷史係「17」年.呢段歷史將唐納德·特朗普置於由呢兩場戰爭所表徵之十七年嘅中間.特朗普喺美國所形成並設立嘅獸像,係由313年至330年呢「17」年所表徵.喺第一章第一節,以西結處於第「17」個禧年週期嘅第三十年.你可曾夢想到,數字十七竟然代表以西結喺至聖所中所見嘅輪中之一？</w:t>
      </w:r>
    </w:p>
    <w:p>
      <w:pPr>
        <w:pStyle w:val="ArticleBody"/>
        <w:jc w:val="left"/>
      </w:pPr>
      <w:r>
        <w:rPr>
          <w:rFonts w:ascii="Microsoft YaHei" w:hAnsi="Microsoft YaHei" w:eastAsia="Microsoft YaHei" w:cs="Microsoft YaHei"/>
        </w:rPr>
        <w:t>以西結乃係喺蓋印時期憑信心進入至聖所之人嘅象徵.佢哋乃係彼得嘅祭司.</w:t>
      </w:r>
    </w:p>
    <w:p>
      <w:pPr>
        <w:pStyle w:val="ArticleScripture"/>
        <w:jc w:val="left"/>
      </w:pPr>
      <w:r>
        <w:rPr>
          <w:rFonts w:ascii="Microsoft YaHei" w:hAnsi="Microsoft YaHei" w:eastAsia="Microsoft YaHei" w:cs="Microsoft YaHei"/>
        </w:rPr>
        <w:t>你哋亦都好似活石,被建造成為靈宮,作聖潔嘅祭司職分,藉住耶穌基督獻上屬靈嘅祭物,乃係神所悅納嘅.彼得前書 2:5.</w:t>
      </w:r>
    </w:p>
    <w:p>
      <w:pPr>
        <w:pStyle w:val="ArticleBody"/>
        <w:jc w:val="left"/>
      </w:pPr>
      <w:r>
        <w:rPr>
          <w:rFonts w:ascii="Microsoft YaHei" w:hAnsi="Microsoft YaHei" w:eastAsia="Microsoft YaHei" w:cs="Microsoft YaHei"/>
        </w:rPr>
        <w:t>佢哋奉差遣,向神昔日立約嘅子民傳達信息;當其時,呢啲神昔日立約嘅子民正被越過,雖然佢哋早已蒙預告：神昔日立約嘅子民將會視而不見,聽而不聞.</w:t>
      </w:r>
    </w:p>
    <w:p>
      <w:pPr>
        <w:pStyle w:val="ArticleScripture"/>
        <w:jc w:val="left"/>
      </w:pPr>
      <w:r>
        <w:rPr>
          <w:rFonts w:ascii="Microsoft YaHei" w:hAnsi="Microsoft YaHei" w:eastAsia="Microsoft YaHei" w:cs="Microsoft YaHei"/>
        </w:rPr>
        <w:t>佢就對我話：「人子啊,要食落你個肚,將我所賜畀你呢書卷充滿你嘅腸腹.」於是我就食咗;喺我口中甘甜如蜜. 佢又對我話：「人子啊,你往以色列家嗰度去,將我嘅說話對佢哋講.因為你唔係奉差遣往嗰啲言語陌生、話語難明嘅民嗰度去,乃係往以色列家去;唔係往許多言語陌生、話語難明、你聽唔明佢哋說話嘅民嗰度去.我若差你往佢哋嗰度去,佢哋必定聽從你.但以色列家卻唔肯聽從你,因為佢哋唔肯聽從我;原來以色列全家都係面無羞恥、心裏剛硬.看哪,我使你嘅臉硬過佢哋嘅臉,使你嘅額硬過佢哋嘅額.我使你嘅額好似金鋼鑽,比火石更硬;你唔好怕佢哋,亦唔好因佢哋嘅面色驚惶,雖然佢哋係悖逆之家.」以西結書 3:3–9</w:t>
      </w:r>
    </w:p>
    <w:p>
      <w:pPr>
        <w:pStyle w:val="ArticleBody"/>
        <w:jc w:val="left"/>
      </w:pPr>
      <w:r>
        <w:rPr>
          <w:rFonts w:ascii="Microsoft YaHei" w:hAnsi="Microsoft YaHei" w:eastAsia="Microsoft YaHei" w:cs="Microsoft YaHei"/>
        </w:rPr>
        <w:t>以西結奉命,要向從前立約嘅子民宣告一個信息;呢班子民,乃由米勒派歷史中嘅新教徒,以及末後日子老底嘉時期嘅基督復臨安息日會所代表.若果佢拒絕宣講呢個信息,嗰啲未曾受警告之人嘅血,就必歸到佢身上.</w:t>
      </w:r>
    </w:p>
    <w:p>
      <w:pPr>
        <w:pStyle w:val="ArticleScripture"/>
        <w:jc w:val="left"/>
      </w:pPr>
      <w:r>
        <w:rPr>
          <w:rFonts w:ascii="Microsoft YaHei" w:hAnsi="Microsoft YaHei" w:eastAsia="Microsoft YaHei" w:cs="Microsoft YaHei"/>
        </w:rPr>
        <w:t>人子啊,我立咗你作以色列家嘅守望者;所以你要聽我口中嘅話,替我警戒佢哋.我幾時對惡人話：你必定要死;你若唔警戒佢,亦唔出聲警戒惡人離開佢嘅惡道,好救佢嘅性命;呢個惡人必因自己嘅罪孽而死;但我必向你追討佢嘅血.倘若你警戒惡人,而佢唔離開佢嘅惡,亦唔離開佢嘅惡道,佢必因自己嘅罪孽而死;但你卻救咗自己嘅性命.再者,義人若離開自己嘅義而行罪孽,我將絆腳石放喺佢面前,佢就必死;因為你冇警戒佢,佢必死喺自己嘅罪中,佢所行嘅義必不被記念;但我必向你追討佢嘅血.然而你若警戒義人,使義人唔犯罪,而佢亦冇犯罪,佢就必定存活,因為佢受咗警戒;你亦都救咗自己嘅性命.以西結書 3:17–21.</w:t>
      </w:r>
    </w:p>
    <w:p>
      <w:pPr>
        <w:pStyle w:val="ArticleBody"/>
        <w:jc w:val="left"/>
      </w:pPr>
      <w:r>
        <w:rPr>
          <w:rFonts w:ascii="Microsoft YaHei" w:hAnsi="Microsoft YaHei" w:eastAsia="Microsoft YaHei" w:cs="Microsoft YaHei"/>
        </w:rPr>
        <w:t>喺以西結書頭嗰「十一」章入面,佢被指示見到耶路撒冷嘅毀滅;呢件事藉住喺迦巴魯河邊、平原同耶路撒冷所見嘅異象表明出嚟.佢受委託去宣告一個警告,講述臨到耶路撒冷、迫在眉睫嘅審判.呢個關於臨到耶路撒冷之審判嘅警告信息,首先係賜畀老底嘉嘅基督復臨安息日會.呢個警告指出,上帝子民中凡喺耶路撒冷而冇上帝印記嘅,都要受到審判同被棄絕.以西結所預表嘅警告,就係嗰將要迅速來到之星期日法令嘅警告.</w:t>
      </w:r>
    </w:p>
    <w:p>
      <w:pPr>
        <w:pStyle w:val="ArticleBody"/>
        <w:jc w:val="left"/>
      </w:pPr>
      <w:r>
        <w:rPr>
          <w:rFonts w:ascii="Microsoft YaHei" w:hAnsi="Microsoft YaHei" w:eastAsia="Microsoft YaHei" w:cs="Microsoft YaHei"/>
        </w:rPr>
        <w:t>喺嗰頭十一章、呢啲真理被陳明嘅地方,以西結被使成為啞口;此後,惟有當神特別開佢口嘅時候,佢先至發言;呢種情況一直持續到耶路撒冷被毀之時,嗰時佢又能再講話.</w:t>
      </w:r>
    </w:p>
    <w:p>
      <w:pPr>
        <w:pStyle w:val="ArticleScripture"/>
        <w:jc w:val="left"/>
      </w:pPr>
      <w:r>
        <w:rPr>
          <w:rFonts w:ascii="Microsoft YaHei" w:hAnsi="Microsoft YaHei" w:eastAsia="Microsoft YaHei" w:cs="Microsoft YaHei"/>
        </w:rPr>
        <w:t>於是靈就進入我裏面,使我站起來,並且對我說話,對我說：「你去,把自己關在屋內.至於你,人子啊,看哪,人必用繩索捆綁你,用它把你綁住,你就不能出去到他們中間.我必使你的舌頭貼住上膛,以致你啞口,不能作責備他們的人;因為他們是悖逆之家.但我與你說話的時候,必開你的口,你就要對他們說：『主耶和華如此說.聽的,就讓他聽;不聽的,就任憑他不聽;因為他們是悖逆之家.』」以西結書 3:24–27.</w:t>
      </w:r>
    </w:p>
    <w:p>
      <w:pPr>
        <w:pStyle w:val="ArticleBody"/>
        <w:jc w:val="left"/>
      </w:pPr>
      <w:r>
        <w:rPr>
          <w:rFonts w:ascii="Microsoft YaHei" w:hAnsi="Microsoft YaHei" w:eastAsia="Microsoft YaHei" w:cs="Microsoft YaHei"/>
        </w:rPr>
        <w:t>當耶路撒冷陷落之時,以西結就可以再次開口說話.</w:t>
      </w:r>
    </w:p>
    <w:p>
      <w:pPr>
        <w:pStyle w:val="ArticleScripture"/>
        <w:jc w:val="left"/>
      </w:pPr>
      <w:r>
        <w:rPr>
          <w:rFonts w:ascii="Microsoft YaHei" w:hAnsi="Microsoft YaHei" w:eastAsia="Microsoft YaHei" w:cs="Microsoft YaHei"/>
        </w:rPr>
        <w:t>我哋被擄之後第十二年,十月初五日,有一個從耶路撒冷逃脫出嚟嘅人嚟到我呢度,話：「城已經被攻陷.」逃脫嗰人未到前一晚,耶和華嘅手臨到我,開咗我嘅口;到佢朝早嚟到我呢度嘅時候,我嘅口就開咗,我唔再啞口無言.以西結書 33:21, 22.</w:t>
      </w:r>
    </w:p>
    <w:p>
      <w:pPr>
        <w:pStyle w:val="ArticleBody"/>
        <w:jc w:val="left"/>
      </w:pPr>
      <w:r>
        <w:rPr>
          <w:rFonts w:ascii="Microsoft YaHei" w:hAnsi="Microsoft YaHei" w:eastAsia="Microsoft YaHei" w:cs="Microsoft YaHei"/>
        </w:rPr>
        <w:t>耶路撒冷嘅傾覆,預表末後日子老底嘉嘅基督復臨安息日會之傾覆.嗰個傾覆發生之時,喺第九章中於耶路撒冷受咗印記嘅人,就被高舉為凱旋嘅教會.耶路撒冷之內屬於老底嘉嘅人被取出,而十四萬四千人則被高舉,因為榮耀之國被建立起來.嗰個榮耀之國,乃係由十字架上恩典之國嘅建立所預表.十字架上嘅恩典之國,對應主日法之時嘅榮耀之國,而呢兩個國度都被安置喺«以西結書»所載先知歷史嘅次序之中.頭十一章,當«以西結書»被置於聖所嘅背景之內時,係講述上帝教會嘅潔淨;當中祂嘅子民由爭戰中嘅教會——即由麥子同稗子所組成——轉變為凱旋嘅教會——即由五旬節嘅麥子祭所組成.</w:t>
      </w:r>
    </w:p>
    <w:p>
      <w:pPr>
        <w:pStyle w:val="ArticleScripture"/>
        <w:jc w:val="left"/>
      </w:pPr>
      <w:r>
        <w:rPr>
          <w:rFonts w:ascii="Microsoft YaHei" w:hAnsi="Microsoft YaHei" w:eastAsia="Microsoft YaHei" w:cs="Microsoft YaHei"/>
        </w:rPr>
        <w:t>你這褻瀆之以色列惡王子啊,你的日子已到,罪孽到了盡頭.主耶和華如此說：當除去冠冕,摘下王冠;這景況必不再如前：卑微的要被高舉,高傲的要被降卑.我要傾覆,傾覆,再傾覆這國;這國也不再存立,直等到那有權得國的人來到,我就必將國賜給他.以西結書 21:25–27.</w:t>
      </w:r>
    </w:p>
    <w:p>
      <w:pPr>
        <w:pStyle w:val="ArticleBody"/>
        <w:jc w:val="left"/>
      </w:pPr>
      <w:r>
        <w:rPr>
          <w:rFonts w:ascii="Microsoft YaHei" w:hAnsi="Microsoft YaHei" w:eastAsia="Microsoft YaHei" w:cs="Microsoft YaHei"/>
        </w:rPr>
        <w:t>西底家乃猶大最後一位王;佢就係經文中所講「作惡嘅以色列王子,到了你受報應嘅日子」嗰一位.尼布甲尼撒將要攻取耶路撒冷,而西底家嘅冠冕亦要被巴比倫除去;巴比倫又要被瑪代同波斯所傾覆,瑪代同波斯隨後又要被希臘所傾覆,希臘又要被羅馬所傾覆.第三次嘅傾覆臨到羅馬;喺嗰段歷史之中,嗰位「名正言順應得國權嘅王」要喺十字架上建立恩典之國嘅時候,領受該國度嘅冠冕.</w:t>
      </w:r>
    </w:p>
    <w:p>
      <w:pPr>
        <w:pStyle w:val="ArticleScripture"/>
        <w:jc w:val="left"/>
      </w:pPr>
      <w:r>
        <w:rPr>
          <w:rFonts w:ascii="Microsoft YaHei" w:hAnsi="Microsoft YaHei" w:eastAsia="Microsoft YaHei" w:cs="Microsoft YaHei"/>
        </w:rPr>
        <w:t>「至於嗰位『褻瀆嘅惡王子』,最後清算之日已經臨到.主宣告話：『除去冠冕,摘下王冠.』直等到基督親自建立佢嘅國度之時,猶大先至會再獲准有王.關於大衛家嘅寶座,上帝嘅諭旨係：『我要傾覆,傾覆,再傾覆佢;呢寶座必不再有,直等到嗰位應得其權者來到;我要將佢賜畀佢.』以西結書 21:25–27.」«先知與君王»,451.</w:t>
      </w:r>
    </w:p>
    <w:p>
      <w:pPr>
        <w:pStyle w:val="ArticleBody"/>
        <w:jc w:val="left"/>
      </w:pPr>
      <w:r>
        <w:rPr>
          <w:rFonts w:ascii="Microsoft YaHei" w:hAnsi="Microsoft YaHei" w:eastAsia="Microsoft YaHei" w:cs="Microsoft YaHei"/>
        </w:rPr>
        <w:t>喺後雨嘅時期——即係由 9/11 活人審判開始之時——基督建立祂榮耀嘅國度.</w:t>
      </w:r>
    </w:p>
    <w:p>
      <w:pPr>
        <w:pStyle w:val="ArticleScripture"/>
        <w:jc w:val="left"/>
      </w:pPr>
      <w:r>
        <w:rPr>
          <w:rFonts w:ascii="Microsoft YaHei" w:hAnsi="Microsoft YaHei" w:eastAsia="Microsoft YaHei" w:cs="Microsoft YaHei"/>
        </w:rPr>
        <w:t>「當嗰四位天使放手之時,基督就要建立祂嘅國度.」Spalding and Magan, 3.</w:t>
      </w:r>
    </w:p>
    <w:p>
      <w:pPr>
        <w:pStyle w:val="ArticleBody"/>
        <w:jc w:val="left"/>
      </w:pPr>
      <w:r>
        <w:rPr>
          <w:rFonts w:ascii="Microsoft YaHei" w:hAnsi="Microsoft YaHei" w:eastAsia="Microsoft YaHei" w:cs="Microsoft YaHei"/>
        </w:rPr>
        <w:t>預備嘅時期由9/11開始;及至星期日法令頒布之時,榮耀嘅聖山就被高舉,超乎一切山岡同群山之上.</w:t>
      </w:r>
    </w:p>
    <w:p>
      <w:pPr>
        <w:pStyle w:val="ArticleScripture"/>
        <w:jc w:val="left"/>
      </w:pPr>
      <w:r>
        <w:rPr>
          <w:rFonts w:ascii="Microsoft YaHei" w:hAnsi="Microsoft YaHei" w:eastAsia="Microsoft YaHei" w:cs="Microsoft YaHei"/>
        </w:rPr>
        <w:t>亞摩斯個仔以賽亞論到猶大同耶路撒冷所見嘅異象. 末後嘅日子,耶和華殿嘅山必堅立,超乎諸山,高舉過於萬嶺;萬國都要流歸呢山.必有許多民前往,話：嚟啦,我哋登耶和華嘅山,奔雅各神嘅殿;主必將佢嘅道教訓我哋,我哋也要行佢嘅路.因為訓誨必出於錫安;耶和華嘅言語必出於耶路撒冷.以賽亞書 2:1–3.</w:t>
      </w:r>
    </w:p>
    <w:p>
      <w:pPr>
        <w:pStyle w:val="ArticleBody"/>
        <w:jc w:val="left"/>
      </w:pPr>
      <w:r>
        <w:rPr>
          <w:rFonts w:ascii="Microsoft YaHei" w:hAnsi="Microsoft YaHei" w:eastAsia="Microsoft YaHei" w:cs="Microsoft YaHei"/>
        </w:rPr>
        <w:t>喺9/11,四風被釋放,隨後又被抑制;如此,便標誌住«但以理書»第二章所述國度之建立嘅開端;嗰國度被表徵為一塊由山而鑿出嘅石頭,並充滿全地.</w:t>
      </w:r>
    </w:p>
    <w:p>
      <w:pPr>
        <w:pStyle w:val="ArticleScripture"/>
        <w:jc w:val="left"/>
      </w:pPr>
      <w:r>
        <w:rPr>
          <w:rFonts w:ascii="Microsoft YaHei" w:hAnsi="Microsoft YaHei" w:eastAsia="Microsoft YaHei" w:cs="Microsoft YaHei"/>
        </w:rPr>
        <w:t>「呢個異象乃係喺1847年賜下;當時遵守安息日嘅復臨弟兄仲係極少,而且喺呢少數人當中,又只有少數認為遵守安息日重要到足以喺上帝嘅子民同不信者之間劃出界線.如今,呢個異象嘅應驗已開始顯明.呢度所提到『嗰段患難時期嘅開始』,並唔係指災殃開始傾倒落嚟嘅時候,乃係指喺災殃傾倒之前不久、基督仍在聖所之時.喺嗰時,當救恩嘅工作將近結束之際,患難必臨到地上,列國亦必發怒,然而仍會受約束,唔致攔阻第三位天使嘅工作.喺嗰時,『晚雨』,即係從主面前而來嘅甦醒,必降臨,為要賜能力畀第三位天使嘅大聲呼喊,並預備聖徒喺七最後災殃傾倒出來之時嘅期間能夠站立得住.」«早期著作»,85頁.</w:t>
      </w:r>
    </w:p>
    <w:p>
      <w:pPr>
        <w:pStyle w:val="ArticleBody"/>
        <w:jc w:val="left"/>
      </w:pPr>
      <w:r>
        <w:rPr>
          <w:rFonts w:ascii="Microsoft YaHei" w:hAnsi="Microsoft YaHei" w:eastAsia="Microsoft YaHei" w:cs="Microsoft YaHei"/>
        </w:rPr>
        <w:t>基督喺後雨嘅時候建立祂永遠嘅國;而祂嘅國包括喺十字架所建立嘅恩典之國,亦包括喺星期日法令之時祂榮耀之國.由西底家去到巴比倫（第一國）,再到瑪代波斯（第二國）,再到希臘（第三國）,以至異教羅馬（第四國）,顯明咗通往恩典之國嘅歷史.呢段歷史亦指明一條平行嘅歷史次序：由教皇羅馬（屬靈巴比倫,第五國）,到美國（屬靈瑪代波斯,第六國）,到聯合國（屬靈希臘,第七國）,再到由龍、獸同假先知所組成嘅三重聯合;呢三者一同構成現代羅馬（屬靈羅馬,第八國,亦即出於嗰七國）.</w:t>
      </w:r>
    </w:p>
    <w:p>
      <w:pPr>
        <w:pStyle w:val="ArticleBody"/>
        <w:jc w:val="left"/>
      </w:pPr>
      <w:r>
        <w:rPr>
          <w:rFonts w:ascii="Microsoft YaHei" w:hAnsi="Microsoft YaHei" w:eastAsia="Microsoft YaHei" w:cs="Microsoft YaHei"/>
        </w:rPr>
        <w:t>但以理書第二章入面嗰個國度嘅得勝,係以一塊磐石嚟表徵;而上帝忠心嘅子民,乃係殿中嘅石頭.</w:t>
      </w:r>
    </w:p>
    <w:p>
      <w:pPr>
        <w:pStyle w:val="ArticleScripture"/>
        <w:jc w:val="left"/>
      </w:pPr>
      <w:r>
        <w:rPr>
          <w:rFonts w:ascii="Microsoft YaHei" w:hAnsi="Microsoft YaHei" w:eastAsia="Microsoft YaHei" w:cs="Microsoft YaHei"/>
        </w:rPr>
        <w:t>你哋都好似活石,被建造成為一座屬靈嘅殿,作聖潔嘅祭司職分,藉着耶穌基督獻上屬靈嘅祭,叫 神悅納.彼得前書 2:5.</w:t>
      </w:r>
    </w:p>
    <w:p>
      <w:pPr>
        <w:pStyle w:val="ArticleBody"/>
        <w:jc w:val="left"/>
      </w:pPr>
      <w:r>
        <w:rPr>
          <w:rFonts w:ascii="Microsoft YaHei" w:hAnsi="Microsoft YaHei" w:eastAsia="Microsoft YaHei" w:cs="Microsoft YaHei"/>
        </w:rPr>
        <w:t>嗰永恆嘅國度勝過世上列國,並且充滿全地.喺«以西結書»第四十章直到全書末後,同一個國度被表述為一座聖殿,以生命之水充滿世界.</w:t>
      </w:r>
    </w:p>
    <w:p>
      <w:pPr>
        <w:pStyle w:val="ArticleBody"/>
        <w:jc w:val="left"/>
      </w:pPr>
      <w:r>
        <w:rPr>
          <w:rFonts w:ascii="Microsoft YaHei" w:hAnsi="Microsoft YaHei" w:eastAsia="Microsoft YaHei" w:cs="Microsoft YaHei"/>
        </w:rPr>
        <w:t>我哋將會喺下一篇文章繼續論述呢啲事.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第四十節嘅隱藏歷史——第二十三號數字</dc:title>
  <dc:subject>以西結第四個數字</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