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第四十節嘅隱藏歷史——第二十五號數字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以西結第六章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2026-08-11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我一直都係根據«證言»入面嘅一段話,從中引申出多條真理嘅脈絡,並且將之同以西結、以賽亞同約翰喺聖所之內嘅經歷聯繫起來.喺«啟示錄»第一章,約翰轉過身來,要看那在他背後向他說話嘅聲音.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喺主日,我喺聖靈感動之中,聽見我後邊有大聲音,如同號筒咁,話：「我係阿拉法,我係俄梅戛;我係首先嘅,我係末後嘅.你所看見嘅,要寫喺書上,送畀喺亞西亞嘅七個教會：以弗所、士每拿、別迦摩、推雅推喇、撒狄、非拉鐵非、老底嘉.」我就轉過身,要看那與我說話嘅聲音;既轉過來,就看見七個金燈臺.啟示錄 1:10–12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由拔摩島而後進入天上嘅聖所,約翰喺嗰度所見基督嘅異象,即係懷愛倫姊妹所話畀我哋知嘅,同但以理喺佢書卷第十章所見嘅異象,乃係同一個異象.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當嗰些日子,我但以理悲哀咗足足三個七日.我冇食美味嘅餅,肉同酒都冇入口,也全然冇用油抹身.……我舉目觀看,見有一人身穿細麻衣,腰間束着烏法精金帶.佢嘅身體如水蒼玉,面貌如閃電,眼目如火把,手臂同腳好似擦亮咗嘅銅,佢說話嘅聲音如群眾嘅聲音.」（Daniel 10:2–6）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呢個描寫,與約翰喺拔摩海島之上得見基督向佢顯現之時所記述嘅情景相似.向但以理顯現嘅,正係上帝嘅兒子呢一位尊貴者.我哋嘅主同另一位天上使者一同前來,要將末後日子所要發生嘅事指示但以理.」«成聖的人生»,49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頭九節指出,耶穌基督嘅啟示係點樣喺人類恩典時期結束之前被揭開.呢個啟示係由上帝賜畀耶穌,耶穌再交畀加百列,加百列再交畀約翰,並且委派約翰將呢個信息傳送畀七個教會.以賽亞喺第六章領受咗同樣嘅委任去作呢件事,以西結亦喺第二章同第三章領受咗同樣嘅使命.約翰領受委任嘅時候係一個囚犯;以西結同但以理係巴比倫嘅被擄之民;而以賽亞則生活喺猶大惡王亞哈斯在位嘅歷史時期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輪中有輪,排列之複雜,初看之下,以西結覺得一切都似乎混亂無序.然而當它們運行之時,卻帶着優美嘅精確,同完全嘅和諧.天上嘅活物推動住呢啲輪;而最重要嘅係,喺榮耀嘅藍寶石寶座之上,坐住嗰位永恆者;寶座四圍又有環繞嘅虹,作為恩典與慈愛嘅象徵.以西結俯伏喺地,畀呢景象可畏嘅榮耀所震懾;嗰時有聲音吩咐佢起來,聽耶和華嘅話.於是,有一個警告以色列嘅信息賜畀佢.」«證言»,751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我又聽見主的聲音,話：我可以差遣邊個呢？有邊個肯為我哋去呢？我就話：我在這裏,請差遣我.以賽亞書 6:8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「呢個異象賜畀以西結嘅時候,佢心裏面滿載陰沉不祥嘅預感.佢見到佢列祖之地荒涼淒清……」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「同樣,當上帝快要向蒙愛的約翰揭示教會喺將來世代嘅歷史之時,祂先藉着向佢顯現『一位好像人子嘅』,行走於燈臺中間,叫佢確知救主對祂子民所懷嘅關注同眷顧;呢啲燈臺乃象徵嗰七個教會.……」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「呢啲教訓係為咗我哋嘅益處.我哋需要將我哋嘅信心堅立喺上帝身上,因為喺我哋面前正有一段時期,將要試驗人嘅心靈.……」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我哋正企喺重大而莊嚴之事件嘅門檻之上.預言正迅速應驗.主已臨近門前.唔久之後,喺我哋面前將要展開一段時期,叫一切在世存活嘅人都極其關注.過去嘅爭論將要再度興起;新嘅爭論亦必出現.將要喺我哋世界上演嘅景象,甚至仲未曾有人夢想到.撒但正藉住人作工具而運行.嗰啲竭力要修改憲法、並求取得立法以強制遵守星期日嘅人,幾乎全然唔明白其結果將會係點樣.一場危機正迫在眉睫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但係喺呢一個重大嘅危急關頭,上帝嘅僕人唔可倚靠自己.喺賜畀以賽亞、以西結同約翰嘅異象之中,我哋睇見天庭同地上所發生嘅事係幾咁緊密相連,又睇見上帝對嗰啲忠於祂嘅人有幾大嘅眷顧.呢個世界並非冇統治者.將要發生之事嘅安排,乃掌握喺主嘅手中.天上嘅尊榮主宰,唔單止親自掌管列國嘅命運,亦掌管祂教會嘅事務.……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「喺以西結嘅異象之中,上帝嘅手喺基路伯嘅翅膀之下.呢個係要教導祂嘅僕人：叫佢哋得以成功嘅,乃係神聖嘅能力.只要佢哋除去罪孽,喺心靈同生活上成為純潔,祂就必與佢哋同工.」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「喺活物中間往來、明亮如閃電嘅光,表徵呢項工作最終推進至完成之迅速.……」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弟兄們,而家唔係悲哀同絕望嘅時候,亦唔係向疑惑同不信屈服嘅時候.基督而家唔係一位留喺約瑟新墳墓裏面、畀一塊大石封住、又蓋上羅馬印記嘅救主;我哋有一位復活咗嘅救主.祂係王,係萬軍之耶和華;祂坐喺基路伯中間;喺列國爭戰同動亂之中,祂仍然保守祂嘅子民.嗰位喺天上掌權嘅,就係我哋嘅救主.祂衡量每一個試煉.祂察看嗰必須試驗每一個心靈嘅爐火.當君王嘅保障必被傾覆,當上帝忿怒嘅箭射穿祂仇敵嘅心,祂嘅子民必喺祂手中安然無恙.」«Testimonies»卷5,752–754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有四個聖經見證證明：耶穌基督之啟示嘅信息,乃係賜畀嗰啲喺先知於聖所中嘅經歷所預表嘅人.當我哋進入天上嘅聖所之時,先至蒙賜予我哋奉命宣講嘅信息.嗰個試煉「各人」嘅「爐火」,就係瑪拉基書第三章所講嘅爐火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但佢來臨之日,邊個能夠當得起呢？佢顯現嘅時候,邊個能夠站立得住呢？因為佢好似煉淨之人的火,又好似漂布之人的鹼;佢必坐低,好似煉淨銀子、潔淨銀子嘅人;佢必潔淨利未嘅子孫,熬煉佢哋好似金銀一樣,使佢哋可以憑公義獻供物畀耶和華.嗰時,猶大同耶路撒冷所獻嘅供物,必蒙耶和華悅納,好似古時之日,又好似上古之年.瑪拉基書 3:2–4.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煉銀者知道銀喺爐中所受嘅時間已經恰到好處,乃係當嗰銀純淨到一個地步,能夠映照出煉銀者自己嘅面容.關於古時煉銀方法嘅呢一個事實,正與但以理喺第十章所見嘅使役動詞「marah」相吻合.喺呢末後嘅日子,主正帶領祂嘅子民進入聖所,為要試驗、潔淨並煉除嗰啲候選者,使佢哋可以成為十四萬四千人大旗記號嘅一部分.喺呢一段時期之中,祂「必與」我哋「同工」,「如果」我哋「肯除掉罪孽,並喺心靈同生活上成為純潔.」有啲人如同但以理第十章所記,從呢種經歷中逃避;但嗰啲由但以理所象徵、確實看見耶穌基督啟示之偉大明鏡異象嘅人,就必如以賽亞所表明,嘴唇被壇上嘅炭所觸摸,並且得蒙潔淨,預備好向一個背道嘅教會,繼而向世界,傳講信息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呢個信息係向聖所之內嗰啲忠心嘅靈魂所陳明.利未記二十三章,當與五旬節時期相對應之時,乃係要反映至聖所內之約櫃.憑着信心,該章信息之結構指明：於神聖歷史之中有三個路標,而火爐之試驗亦於其間得以成就.深具神聖奧義——第二十三章之先知性結構,使研習預言者得以喺第一章第一節定位以西結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到咗第三十年四月初五日,我喺迦巴魯河邊、被擄嘅人中間,天就開咗,我就見到神嘅異象.正喺該月初五日,即係約雅斤王被擄去第五年.以西結書 1:1, 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作為十四萬四千人受印時期嘅一位祭司,以西結身處第十七個禧年循環嘅第三十年,即係主前587年尼布甲尼撒對耶路撒冷三次圍攻之中第三次之前五年.經文入面嘅第三十年,乃係舊約歷史上最大復興之後三十年;而且係第五年五月初五,因而將數字五印喺以西結嘅見證之上.喺開首兩節經文入面,我哋見到三十被標明一次,而數字五則被提及三次.喺«利未記»二十三章同五旬節時期相對應嘅結構當中,由三十所代表嘅第二次試驗一直延伸到吹角節;五日到基督升天;再五日到贖罪日;再五日到嗰個路標,而呢個路標同時代表前雨（五旬節）同後雨（住棚節）.呢個結構呈現出三十,跟住三個五嘅步驟.以西結身處殿中,而«利未記»二十三章嘅結構就係約櫃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歷史證明,到咗呢一點,以西結正處於象徵性圍困之前五年;而呢場圍困嘅終局,乃係預表嗰即將來臨之星期日法,正如耶路撒冷被毀所表明者一樣.數字「五」乃利未記二十三章結構設計中一個主要元素,正如數字「三十」亦然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呢啲文章入面,已經顯明：當本章頭二十二節同末後二十二節互相對齊,然後再將呢兩條各有二十二節嘅線,同五旬節時期對齊之時,嗰個三步嘅試驗過程,即係瑪拉基所講嘅爐火,就清楚咁被描繪出嚟.呢三個步驟喺第一步同第三步各自都有阿拉法同俄梅嘎;而每一個咁樣嘅部分,乃係由一系列四個路標所構成,並且代表一步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逾越節,跟住係無酵餅節,再跟住係大麥初熟之獻,然後經過「五」日,直到無酵餅節完結.呢四個路標構成第一個測試,而耶穌一向都係以起頭說明結局;第三個測試亦都係由四個路標組成：吹角節,然後係基督升天,跟住係贖罪日,再過五日,就係五旬節同住棚節一同來到.五旬節係前雨嘅象徵,住棚節係後雨嘅象徵.喺«利未記»二十三章嘅模型入面,五旬節同住棚節係對齊嘅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錫安嘅子民哪,你哋要歡喜,並要因耶和華你哋嘅神快樂;因為佢按適中嘅分量賜畀你哋秋雨,亦必為你哋降下甘霖,就係秋雨同春雨,都喺正月降下.約珥書 2:23.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最後嘅試驗同潔淨過程,喺2023年12月31日開始.第一個試驗,乃係根基性嘅試驗,由「你民中嘅強暴人」之爭議所表徵;呢場爭議將嗰班先前已因2020年7月18日嘅失望而受過試煉嘅群體分裂開來.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喺歷史同預言之中,上帝嘅道描繪咗真理同謬誤之間長久持續嘅爭戰.呢場爭戰至今仍然進行緊.從前發生過嘅事,將要重演.舊有嘅爭論將會再被挑起,而新嘅理論亦會不斷興起.但係,上帝嘅子民,因着佢哋喺相信預言同成就預言之事上,曾經有分於宣講第一、第二同第三位天使嘅信息,所以知道自己所站嘅立場.佢哋有一種經驗,比精金更為寶貴.佢哋要堅定不移,好似磐石一樣,將起初嘅確信持守到底.」«Manuscript Releases»卷1,47.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«利未記»第二十三章,第一個試驗乃係由一個具先知性象徵嘅組合所代表：先有三個,五日之後就係除酵節嘅終結.逾越節係第一日,除酵節係第二日,初熟果子嘅獻祭係第三日.五日之後,除酵節結束.呢個由三個試驗之中第一個試驗所構成嘅先知性結構,亦都喺第三個、亦即最後一個試驗之中有所表現.喺嗰第三個路標之中,由三個路標加上一個所組成,吹角節係第一日,而基督升天係五日之後;再過五日,贖罪日隨後而來;又再過五日,五旬節同住棚節一同標示嗰條即將來臨嘅星期日法,而呢一點喺«以西結書»之中乃係以耶路撒冷嘅毀滅作為表徵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喺除酵節終結同吹角節之間,有三十日;呢三十日唔單止象徵祭司,亦都係神聖圖像之中所表明三重試驗當中嘅第二個試驗.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基督嘅受浸,表明咗逾越節、除酵節同初熟果子呢三個路標;因為呢三個路標代表基督嘅死、埋葬同復活.呢三個步驟之後,再過五日先至去到第四個步驟,即係由除酵節終結所代表嘅嗰一步.受浸喺一個短暫嘅時刻之中呈現咗呢三個步驟,就係約翰為佢嘅彌賽亞施洗嘅時候.春季節期將呢三個步驟每一個相隔一日,而秋季節期就將呢三個步驟每一個相隔五日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當我哋將春天節期嘅第一個測試,應用為由三個路標所組成、並喺五日之後再跟住一個路標;然後再將秋天節期應用為三個路標,並喺五日之後跟住一個路標,於是便建立起一個先知性嘅結構：即一個由「三」開始、其後五日嘅阿拉法路標,然後再跟住三十日,而秋天節期嘅第三個測試則係一個由「三」開始、其後五日嘅路標——呢個結構顯明,第一個測試總共涵蓋五日;其後係第二個為期三十日嘅測試,直達第三個五日嘅路標.五加三十,再加五,就係四十（5 + 30 + 5 = 40）.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基督受浸之後,隨即有四十日,並以三個試驗作結.利未記二十三章嘅結構,若同五旬節嘅時期一併觀察,仲可以辨認出更多意義;但喺另一個層面上,呢一章乃係表徵至聖所中嘅約櫃.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利未記»二十三章入面嘅春秋節期,係安置喺兩個安息日當中.呢兩個安息日代表兩個遮掩施恩座嘅基路伯,而五旬節時期嘅路標,既與«利未記»二十三章對齊,就代表約櫃同埋兩個遮掩施恩座嘅基路伯.以西結喺第一章被帶入聖所;而當佢被帶到嗰度嘅時候,佢所處嘅時間,係圍城之前五日;嗰場圍城導致耶路撒冷被毀,預表快將來到嘅星期日法.星期日法喺«利未記»二十三章入面,係由五旬節同住棚節所代表.以西結處於第三十年,而三十乃構成«瑪拉基書»三章火爐之火嗰三重試驗之中第二重試驗嘅時期.第二重試驗係由三十日所代表,正如以西結正處於第十七個禧年週期嘅第三十年;呢個週期乃始於約西亞嘅大逾越節,正如歷史學家所稱呼嘅一樣.以西結喺嗰場歷時十八個月嘅圍城之前五年,而且佢身在殿中;呢一點,正係潔淨同煉淨餘民之三個最後試驗當中嘅中間一個.彼得喺該撒利亞—腓立比（Panium）,同樣亦處於三重試驗嘅中間,正如由 Panium（Caesarea-Philippi）、變像山同十字架所代表嘅一樣.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主前592年,以西結被超自然噉變成「啞口」,惟有當上帝開佢嘅口,佢先至講說話.呢種情況一直持續到主前585/6年耶路撒冷陷落為止.當圍城開始之日,即係佢「眼所愛慕」之人死去嗰日,上帝曾使佢發言;但直到耶路撒冷——以色列「眼所愛慕」之城——傾覆之後,佢先至獲准自由講說話. 耶路撒冷嘅陷落,預表快將來臨嘅星期日法;而正正喺呢度,施洗約翰嘅父親——第八班次嘅祭司——喺殿中供職時被變成啞口;以西結亦係喺嗰度（喺異象中）被變成啞口,而撒迦利亞同樣約有九個月不能說話.喺約翰出世之後第八日,即係約翰受割禮嗰陣,佢先至獲准開口說話.兩位先知喺聖所之中被變成啞口.第三位喺聖所中觀看基督而被變成啞口嘅先知,就係但以理.喺第十章,但以理身處聖所之中;正當佢喺三次被觸摸之中第二次被觸摸嗰陣,佢就被變成啞口.喺中間點,但以理被變成啞口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佢同我講完呢啲話之後,我就面伏於地,啞口無言.看哪,有一位好像人子模樣的,摸我嘴唇;於是我開口說話,對企喺我面前嗰位說,我主啊,因這異象,我的愁苦臨到我身上,我全無氣力.Daniel 10:15, 16.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講話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「說話」呢一個象徵,喺嗰條快將臨到嘅星期日法令之時顯明出嚟;到時,美利堅合眾國要如龍發聲,巴蘭嘅驢要說話,哈巴谷嘅異象亦要發言,並且不說謊.嗰三個喺聖所中被弄成啞口嘅啞先知,要喺耶路撒冷毀滅之時開口說話.至於撒迦利亞,佢開口說話,為要證明佢兒子嗰個新名係正確嘅;如此就預表非拉鐵非人,因為佢哋都要領受一個新名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得勝的,我要叫佢喺我神殿中作柱子,佢亦必不再從那裏出去;我又要將我神的名,同我神城的名——這城就是從天上由我神那裏降下來的新耶路撒冷——並我的新名,都寫在佢上面.啟示錄 3:12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撒迦利亞獲賜一塊寫字板,用以寫下約翰新嘅家族名.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咗第八日,佢哋嚟要為個孩子行割禮,就照佢父親個名,稱佢做撒迦利亞.佢母親回答話：「唔係;佢要叫約翰.」佢哋對佢話：「你親族中冇一個係叫呢個名嘅.」佢哋就向佢父親打手勢,問佢想個孩子叫乜名.佢就攞塊寫字板,寫上話：「佢個名係約翰.」眾人都希奇.撒迦利亞嘅口即時開咗,舌頭亦鬆開,佢就講出話嚟,讚美神.路加福音 1:59–64.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約翰嘅新名,係同非拉鐵非教會相符;而撒迦利亞呢個名,就同老底嘉相符,正如撒迦利亞對第三位天使信息嘅不信所表明嘅一樣.所有先知所論到嘅,都係末後嘅日子;而末後嘅日子,就係第三位天使嘅歷史.所以,帶來呢個信息嘅天使,必定就係第三位天使.撒迦利亞拒絕明白,主會越過老底嘉嘅基督復臨安息日會教會.關於呢啲先知之中聲音恢復一事,仲有更多可以講,但我哋會繼續朝住明白約西亞嘅預言脈絡前進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約西亞之輪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哋已經論及始於主前622年約西亞守逾越節之時嘅第十七個禧年週期;然而,約西亞呢條脈絡早喺主前622年之前已經開始.以色列嘅悖逆,使掃羅登上王位,成為以色列第一位君王;呢件事標誌住掃羅王將會統治四十年,隨後係大衛王統治四十年,再隨後係所羅門統治四十年.嗰場觸怒先知撒母耳、對上帝嘅棄絕,發生於主前1097年,並且開始咗一條先知性嘅悖逆脈絡;呢條脈絡喺十字架嗰時告終,當時猶太人宣告：除咗該撒之外,我哋冇王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但佢哋喊着話：「除掉佢！除掉佢！釘佢十字架！」彼拉多對佢哋講：「我可以把你哋嘅王釘十字架嗎？」祭司長回答說：「除咗該撒,我哋冇王.」約翰福音 19:15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喺主前1097年,將有三位君王各自統治四十年,直到所羅門喺主前977年駕崩;其後,國就分裂為南北兩國.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其後,佢哋要求立王;神就將便雅憫支派基士嘅兒子掃羅賜畀佢哋,治理四十年.使徒行傳 13:21.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大衛登基嘅時候三十歲,作王共四十年;喺希伯崙作猶大王七年零六個月;喺耶路撒冷作以色列同猶大眾人嘅王三十三年.撒母耳記下 2:4, 5.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所羅門於主前971年登基;聖殿嘅根基係喺所羅門第四年（主前967年）立下.建造工程歷時七年（列王紀上 6:37–38）,聖殿喺所羅門第十一年八月完工.正式奉獻禮則喺七月（以他念月）住棚節期間舉行（列王紀上 8;歷代志下 5–7）.君王、聖殿同國民,各自都喺歷史中以一段四百九十年嘅時期作為表徵,清楚標示出一段先知性時期,分別同君王、聖殿或國民相關.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但以理係喺主前607年被擄去,雖然大多數聖經年代學家都認定係主前605年.歷史記錄必須同預言嘅見證相符,而喺嗰條由主前1097年以色列人渴求立王開始嘅歷史線上、由各事件所標示出嚟嘅象徵意義,要求幾位預言見證一致證明：主前607年先係準確嘅應用,而唔係主前605年.主前607年標誌住王朝路線中四百九十年嘅終結,但同時亦開始咗該路線中七十年嘅三個主要表述之一.主前607年標誌住由主前677年瑪拿西被擄開始嘅七十年之終結.四百九十年呢個象徵嘅第一個表述（喺該路線中具備三個見證）,正正喺七十年嘅三個見證之一結束之處完結,而另一個七十年嘅見證亦喺嗰度開始;呢個數學結構縱然面對但以理喺主前605年被擄嘅說法,仍然見證主前607年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嗰條包含由主前1097年直到主前607年、與列王相關之四百九十年時段嘅線上面,亦都有由所羅門聖殿奉獻,直到被擄歸回之後所羅巴伯於主前516年奉獻聖殿嘅另一段四百九十年.呢四百九十年,乃係由所羅門喺佢第十一年奉獻聖殿起計四百二十年,再加上被擄期間聖殿荒涼嘅七十年,合共四百九十年.亞達薛西第三道諭令喺五十九年後,即主前457年頒布,並標誌住為神子民所「定下」嘅四百九十年之開始（割出來,Daniel 9:24）;呢段時期喺主後34年司提反被石頭打死之時告終.當然,喺呢條先知時線之中,尚有許多其他深奧嘅年代見證;呢條線始於主前1097年嗰次拒絕神同預言之靈嘅根基性背道,終於司提反看見基督站喺神右邊之時.喺呢個見證之中,我哋搵到約西亞嘅先知之輪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稱之為「根基性嘅背道」,因為呢條線嘅起點,指出咗以色列喺渴望擁有一位屬世君王之時,點樣棄絕上帝作為佢哋嘅王,從而標示出以色列屬人君主制嘅根基.我亦為約西亞之輪而寫呢一點;「約西亞」意即「上帝嘅根基」,象徵住上帝子民嘅根基,同時亦象徵住根基性嘅背道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所羅門死後,以色列十二支派分裂為南北兩國;耶羅波安將那套偽冒敬拜制度分別為聖之時,曾受那不順從之先知責備,而其責備之中亦包含一個預言,論到將來有一位名叫約西亞的王.喺耶羅波安同北方十個支派立下根基性背道之際,關於約西亞以及佢嗰場以主前622年大逾越節為記號之復興嘅預言,已經被宣告.嗰場復興,乃因發現摩西嘅著作,並且宣告神對祂子民因其不斷背道而施行審判而帶來.當摩西著作中嘅話被讀畀約西亞王聽嘅時候,便產生咗舊約歷史上最偉大嘅一次復興.至於將來有一個名叫約西亞之孩子要出生嘅預言,亦包含咗嗰不順從之先知向耶羅波安王所發、針對嗰根基性背道之先知性定罪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但以理所稱嘅摩西咒詛,就係〈利未記〉二十六章入面嘅「七倍」;而呢一點,成為咗威廉・米勒最根本嘅發現,而威廉・米勒正係復臨信仰根基真理嘅表號.米勒信息喺1840年8月11日所得到嘅能力,乃係藉住「約西亞」利奇喺1838年同1840年所作嘅工作而帶嚟.到咗1863年,呢啲根基被擱置,「七倍」亦因此唔單止成為非拉鐵非米勒派根基真理嘅表號,同時亦成為老底嘉米勒主義背叛根基嘅表號. 第一位同第二位天使之米勒派嘅歷史,具有「約西亞」嘅象徵,而呢個象徵將會喺十四萬四千人嘅歷史當中,一字不差噉再次重演.約西亞之輪,向後一直追溯到掃羅王嘅邪術,然後再一直延伸到主日法案之時,老底嘉復臨安息日會被吐出去.以西結書入面約西亞之輪,現今正處於被開啟嘅過程之中,作為十四萬四千人受印記之事嘅高潮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我哋將會喺下一篇文章繼續論述呢啲事.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第四十節嘅隱藏歷史——第二十五號數字</dc:title>
  <dc:subject>以西結第六章</dc:subject>
  <dc:creator>Jeff Pippenger</dc:creator>
  <cp:keywords/>
  <dc:description>Generated by ArticleDigger from hidden_history\25_hidden_history.json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