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第四十節之隱藏歷史——第二十六號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以西結書第七章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2026-08-12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所指出嗰條先知性脈絡,稱為「約西亞之輪」,乃係始於古以色列喺主前1097年棄絕上帝作佢哋嘅王之叛逆.頭三位王（掃羅、大衛同所羅門）都被認定各自作王四十年,由主前1097年直到主前977年.及至所羅門死後,耶羅波安同北方十個支派嘅叛逆,就終結咗頭三位王嗰條脈絡,並且開始咗北國同南國兩個王國各自嘅王系脈絡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頭三個王乃係許多真理之象徵;但佢哋所聯繫住其中一個真理之輪,乃係猶大最後三個王——約雅敬、約雅斤同西底家;而呢三者又分別代表古列、大利烏同亞達薛西.古列、大利烏同亞達薛西,進而代表佢哋由主前516年延伸至主前457年嘅三道諭令;而呢三道諭令又進而代表«啟示錄»第十四章嘅三位天使,分別喺1798年、1844年4月19日同1844年10月22日來到.«啟示錄»第十四章三位天使來臨之歷史,喺十四萬四千人受印嘅時候,會一字不差咁重演;因此表明,由掃羅受膏立為王開始嘅先知路線,至將臨嘅星期日法之時,得勝之教會受膏之際,便達至其終局.呢條路線亦包括約西亞王之輪,而此輪又一直追溯到主前977年耶羅波安喺伯特利同但所發起嘅悖逆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二十二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耶羅波安具備二十二呢個象徵,因為佢作王二十二年;因此,佢嘅見證就同由二十二所表徵嘅歷史連繫起嚟.二十二乃係神性與人性結合嘅象徵,正如但以理喺第二十二日所見嘅 marah 異象,以及二百二十呢個數目所顯明嘅一樣;而二十二正係二百二十嘅十分之一.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耶羅波安作王共二十二年;他與列祖同睡,他兒子拿答接續他作王.列王紀上 14:20.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呢個「at-One-Ment」,象徵神性與人性之結合,乃基督之工作,始於十月二十二日,即第十月（Gregorian）;十乘二十二,等於二百二十.耶羅波安喺伯特利同但兩處設立假祭壇,因此成為星期日之冒牌敬拜嘅象徵,並且與教會（伯特利：意即教會）同國家（但：意即審判）之結合相聯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於是耶羅波安喺以法蓮山地建築示劍,住喺其中;又從嗰度出去,建築毗努伊勒.耶羅波安心裏說：如今國必歸回大衛家;若這民上耶路撒冷,到耶和華殿裏獻祭,這民的心必轉回歸向他們的主,猶大王羅波安;他們就必殺我,再歸猶大王羅波安.於是王商議定咗,就造咗兩個金牛犢,對眾民說：你們上耶路撒冷去,實在太煩難了;以色列啊,請看你嘅神,就是領你出埃及地的.佢將一個安置喺伯特利,一個放喺但.呢件事就成為罪,因為百姓去到但,喺其中一個面前敬拜.佢又建築邱壇的殿,從民間立凡民為祭司,並非利未子孫.耶羅波安又喺八月十五日設立節期,彷彿猶大所有的節期一樣;自己上壇獻祭.佢喺伯特利也係咁樣,向自己所造的牛犢獻祭;又將自己所造邱壇的祭司安置喺伯特利.佢喺八月十五日,就是佢自己心裏所捏造的月份,上到自己喺伯特利所造的壇那裏獻祭,為以色列人設立節期;又上壇燒香.列王紀上 12:25–33.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北方十個支派嘅奠基歷史當中,有一場背叛,呢場背叛早已由以色列拒絕以上帝為王,以及亞倫同金牛犢嘅悖逆所預表.亞倫嘅悖逆發生於古代以色列嘅奠基歷史當中,而耶羅波安嘅悖逆則發生於北方十個支派嘅奠基歷史當中.按住「命上加命」嘅原則,亞倫作為大祭司,代表教會;耶羅波安作為君王,代表國家.呢兩場奠基性嘅背叛,構成一條線,而呢條線亦包括以色列民渴望立一個人間君王作為其奠基性背叛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490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書所表述嘅神聖歷史之中,有三段四百九十年嘅時期;其中一段同君王有關,另一段同聖所有關,仲有另一段同軍旅有關.呢三段時期,分別對應亞倫嘅悖逆（聖所）、掃羅嘅悖逆（軍旅）同耶羅波安嘅悖逆（君王）.喺先知、祭司同君王呢三個表號之中,被指明為說預言嘅乃係掃羅王;而亞倫係祭司,耶羅波安係君王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從前識得佢嘅人,見到佢竟然喺先知中間說預言,眾民就彼此說：「基士的兒子究竟遭遇咗乜嘢事呢？掃羅也在先知中間嗎？」同地方有一個人回答說：「但佢哋嘅父親係邊個呢？」因此就成咗一句俗語：「掃羅也在先知中間嗎？」撒母耳記上 10:11, 12.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得勝嘅教會乃由一位三十歲嘅先知、一位三十歲嘅祭司,同埋一位三十歲嘅君王所構成;呢一切分別由以西結、約瑟同大衛王所表徵：以西結喺第三十年開始,約瑟喺三十歲開始服事,大衛王亦喺三十歲開始作王.得勝嘅教會喺«以西結書»最後八章之中,被表徵為充滿全地嘅聖殿;而得勝嘅教會就係非拉鐵非,乃係七個教會之中嘅第八個教會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由主前977年開始嘅約西亞先知脈絡,喺即將來臨嘅星期日法案終結.嗰十四萬四千人嘅潔淨同印記工作,於2023年12月31日開始;呢個開始,正係米迦勒降臨、使«啟示錄»第十一章嘅兩個見證人復活之時.2023年喺2001年9月11日之後二十二年來到,正如1798年嘅«外僑法»同«煽動叛亂法»係喺1776年«獨立宣言»之後二十二年來到一樣.耶羅波安二十二年嘅統治,始於主前977年,當時約西亞嘅預言被提出.喺嗰時,«列王紀上»第十三章嗰位不順命嘅先知,斥責耶羅波安嘅背道,正如摩西斥責亞倫嘅背道,撒母耳亦斥責嗰班想要立王嘅會眾一樣.呢啲針對根基性背道嘅對抗,由不順命先知、摩西同撒母耳嘅信息所代表,乃係星期日法案之時第三位天使大呼聲嘅表徵.呢個就係由旗號所宣告嘅警告信息;而喺耶羅波安嘅歷史當中,呢一點乃以約西亞嘅預告,並且附有一個「兆頭」作為代表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看哪,有一個神人奉耶和華嘅話,從猶大嚟到伯特利;耶羅波安正企喺壇旁燒香.神人奉耶和華嘅話向壇呼叫,話：「壇哪,壇哪,耶和華如此說：看哪,大衛家必生一個兒子,名叫約西亞;佢必將喺你上面燒香嘅邱壇祭司獻喺你上面,人嘅骸骨也必燒喺你上面.」當日,神人又畀出一個預兆,話：「呢就係耶和華所說嘅預兆：看哪,呢壇必裂開,壇上嘅灰必傾倒出嚟.」耶羅波安王聽見神人喺伯特利向壇所呼叫嘅話,就從壇上伸出手嚟,話：「捉住佢！」王向神人所伸出嘅手就枯乾咗,不能收回,再屈返向自己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壇亦裂開,灰燼從壇上傾倒出來,正如神人奉耶和華嘅話所預示嘅神蹟一樣.王就對神人說：「請你而今懇求耶和華——你嘅神——施恩,並為我禱告,使我嘅手復原.」神人就懇求耶和華,王嘅手便復原了,與先前一樣.王又對神人說：「請你同我返屋企,歇一歇,我也必賜你賞賜.」神人對王說：「你就算將你家中一半給我,我也不與你同去;我在這地方也不吃飯,不喝水.因為耶和華曾藉祂嘅話這樣吩咐我,說：不可吃飯,不可喝水,也不可從你來時所走嘅原路返回.」於是他從另一條路走了,並沒有沿着他來伯特利嘅那條路回去.列王紀上 13:1–10.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先知拒絕與耶羅波安同席進食,縱使對方提出「你家嘅一半」為酬,正與希律應許撒羅米可得其國嘅一半互相呼應.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咗合宜嘅日子,希律喺自己生日嗰日,為佢嘅大臣、千夫長,同加利利嘅首領設擺筵席.希羅底嘅女兒入嚟跳舞,令希律同埋同席嘅人都歡喜;王就對個女子話：「你隨意向我求乜,我都必賜畀你.」又向她起誓話：「你無論向我求乜,我都必賜畀你,直到我國嘅一半,我都畀你.」她就出去,對她母親話：「我應當求乜呢？」她母親話：「施洗約翰嘅頭.」馬可福音 6:21–24.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希律許下將佢國度嘅一半賜出,乃係喺佢生日嘅時候發生.希律乃係羅馬嘅表號,而«啟示錄»第十七章嘅十王,乃由«但以理書»第七章羅馬十重分裂,以及第二章嘅十個腳指頭所預表.佢嘅生日,係喺主日法之時,第六個國度被第七個國度取代之際所標誌;就此意義而言,呢亦係聯合國作為聖經預言中第七個國度嘅生日.喺快將來到嘅主日法之時,由耶羅波安北方十個支派所代表嘅十王,照«啟示錄»第十七章所言,必同意將佢哋嘅國度交畀嗰獸一個鐘頭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因為神已將成全祂旨意嘅心放喺佢哋心裏,叫佢哋同心合意,將自己嘅國交畀嗰獸,直至神嘅話都應驗咗.啟示錄 17:17.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我哋探討以西結第四章嘅預言之前,我哋先要辨明以西結直接標示日期嘅「十三」次.呢十三個路標,大體上可分為世界同埋上帝子民兩方面.以埃及為代表嘅世界,被直接置於日期之下共六次;推羅則被提及一次;其餘六次,耶路撒冷乃係主題.呢卷書始於主前592年,即第十七個禧年週期嘅第三十年;而«以西結書»第四十章第一節則指明主前573年10月22日為該週期嘅終點.禧年週期代表十四萬四千人由9/11直到將近來臨之星期日法令嘅蓋印時期;而呢段歷史又喺一個分形之中,由2023年12月31日直到將近來臨之星期日法令,再次被表徵出嚟.呢兩段時期,都曾由1840年8月11日直到1844年10月22日所預表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1840年8月11日,降臨嘅唔係別個,正是耶穌基督自己;祂就係〈啟示錄〉第十章嗰位大力嘅天使,帶住一本小書而來,叫上帝嘅子民要攞嚟食.到咗9/11,同一位天使再次降臨,標誌封印時期嘅開始.同一位天使又喺2023年12月31日降臨,使嗰兩個見證人復活;佢哋曾喺嗰大城嘅街上被殺,嗰城按靈意稱為所多瑪同埃及,又係主被釘十字架之處.嗰次降臨標誌住封印時期嘅結束階段.喺由2023年12月31日直到星期日法案呢段分形時期之內,祭司以西結得見天上聖殿嘅異象.喺嗰時候,佢成為啞巴,只有當上帝吩咐佢講說之時,佢先至開口.佢呢種景況一直持續到那即將來臨、由耶路撒冷被毀所預表嘅星期日法案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正如約翰一樣,以西結奉命攞取«啟示錄»第十章中嗰位降臨之天使手中嘅書卷,並且亦被吩咐食咗嗰卷載有哀歌、悲嘆同災禍之書.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人子啊,你要聽我對你所講嘅話;唔好似嗰悖逆之家一樣悖逆：你要開口,食我所賜畀你嘅. 我觀看,見有一隻手向我伸出;看哪,手中有一書卷; 佢將書卷喺我面前展開;內外都寫滿咗字：其中所寫嘅,係哀歌、悲歎,同埋災禍.以西結書 2:8–10.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呢個信息被表述為三重信息,因此預表«啟示錄»第十四章三位天使的信息.故此,第三位天使嗰封印信息,正係封印嗰啲喺耶路撒冷之內、為教會同全地之罪哀嘆悲痛嘅人,正如«以西結書»第九章同«啟示錄»第七章所表明者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以色列 神的榮耀,從基路伯那裏,就是祂原先所在之處,上升到殿的門檻.祂呼喚那身穿細麻衣、腰間帶着墨盒的那人.耶和華對他說：「你要走遍城中,走遍耶路撒冷城中,將記號畫喺那些因城中所行一切可憎之事而歎息哀哭之人的額上.」以西結書 9:3, 4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嗰啲領受咗印記嘅人,正為教會嘅罪同埋呢地嘅罪哀傷;而且,以西結嘅見證交織於耶路撒冷同埃及嘅歷史之上,呢兩者乃係教會同世界嘅象徵.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敬虔嘅酵,並未完全失去佢嘅能力.當教會嘅危險同沮喪達到最大嘅時候,嗰小小一班站喺光中嘅人,必因地上所行嘅可憎之事而歎息哀哭.但佢哋嘅禱告,尤其會為教會而上達,因為教會嘅肢體正照住世界嘅樣式而行.……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所發出嘅命令係：『你要行過城中,行過耶路撒冷城中,在嗰啲因城中所行一切可憎之事而嘆息哀哭之人額上畫記號.』呢啲嘆息哀哭嘅人,一直都喺度宣講生命之道;佢哋曾責備、勸戒、懇求.有人曾羞辱上帝,而家就悔改,並喺祂面前自卑其心.但主嘅榮耀已經離開以色列;雖然仍有好多人繼續守住宗教嘅形式,祂嘅能力同臨在卻已經不復存在.」«證言»卷五,209,210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«耶利米哀歌»嘅語境之中,哀歌同悲哀乃係預表«啟示錄»第十四章嘅三位天使;其中,哀歌同悲哀就係第一位同第二位天使,而第三位則係禍哉嘅信息,乃係東風嘅象徵;呢東風正係由«啟示錄»第七章嗰四位執掌約束嘅天使所抑制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埃及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喺«以西結書»裏面,一共提到十三個日期.埃及嗰組日期之中,第一個係«以西結書»29:1,佢所代表嘅係主前587年.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第十年十月十二日,耶和華嘅話臨到我,話：人子啊,你要向住埃及王法老,向佢同全埃及發預言;你要宣講,話：主耶和華如此說：看哪,埃及王法老啊,我與你為敵;你係嗰條臥喺自己眾河之中嘅大龍,曾說：呢條河係我自己嘅;係我為自己所造嘅.以西結書 29:1–3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公元前587年乃圍城之年;此圍城乃早於耶路撒冷被毀前一年半開始.其時,以西結宣告上帝必傾覆埃及,而此傾覆必向上帝子民顯明：佢哋信靠埃及呢條大龍,乃係何等愚妄.到本章末了,就有宣告發出,話埃及必交畀巴比倫;如此便指明咗,十王何時將«聖經»預言之中佢哋第七個國度交畀現代巴比倫——即嗰屬於七者之中嘅第八個國度.正如本章末尾所陳明,呢個預言喺其後「十七」年,即公元前571年,得以應驗.所以,第二十九章包含咗同埃及有關、最先同最後嘅日期記載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咗第二十七年,正月初一日,耶和華嘅話臨到我,話：人子啊,巴比倫王尼布甲尼撒使佢嘅軍兵攻打推羅,效咗極大嘅勞役;個個頭都磨到禿晒,個個膊頭都磨到甩皮;然而佢同佢嘅軍兵,因攻打推羅所效嘅勞役,並冇從推羅得着工價.所以主耶和華如此話：看哪,我必將埃及地賜畀巴比倫王尼布甲尼撒;佢必擄去其中嘅群眾,奪取其中嘅財物,搶掠其中嘅掠物;呢就要作為佢軍兵嘅工價.我將埃及地賜畀佢,作為佢所效嘅勞苦嘅報酬,因為佢哋係為我而作工;呢係主耶和華說嘅.到嗰日,我必使以色列家嘅角發芽,又必使你喺佢哋中間得着開口嘅權柄;佢哋就知道我係耶和華.以西結書 29:17–21.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第二十年正月初一,第十七節所記之日期,乃以西結書十三個日期中最後一個,亦是唯一一個落在主前573年10月22日之後的日期.此日期所表明者,乃但以理書十一章四十二至四十三節中北方王得着埃及之時;亦即十王將佢哋第七個國交予嗰屬於七者之第八個國嘅時點.其應驗,乃在「以色列家之角」發芽之時.於以賽亞書中,以色列乃在東風之日發芽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雅各所出者,佢必使其扎根;以色列必開花發芽,並以果實充滿世界嘅地面.以賽亞書 27:8.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當以西結書 29:17 應驗之時,埃及之龍喺嗰將要快臨嘅星期日法案之際被交畀教皇獸,以色列就必蒙無量傾降後雨.嗰場雨喺 9/11 已經開始,只係如同灑水咁少量;正如基督復活之後升到父嗰度,再降臨到地上,向祂嘅門徒吹氣所預表嘅一樣.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「基督向佢嘅門徒吹氣,將聖靈賜畀佢哋,又將自己嘅平安授予佢哋呢一舉動,相對於五旬節嗰日所要賜下豐盛如大雨嘅澆灌,不過如先前幾點雨滴而已.」«預言之靈»,第3卷,243.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關於埃及傾覆嘅預言,係喺主前587年、即圍困之年宣告嘅;而喺「十七」年之後,呢個預言就應驗咗.佢係喺由數目「十七」所表徵嘅時期之中應驗,因此就表徵但以理書十一章第四十節嘅隱藏歷史.呢個預言要喺十四萬四千人受印嘅時期應驗;而呢個受印嘅時期,正係以西結書第九章所描繪嘅.喺受印嘅時期,晚雨被傾降下來,首先喺9/11作為灑下,然後喺星期日法令之時作為完全嘅傾注.按照以賽亞所言,佢係喺「東風之日」應驗;而伊斯蘭就係東風,伊斯蘭亦都係第三個「禍患」.以西結所要食嘅信息,乃係一個三重嘅信息,其中第三部分就係禍患嘅信息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以西結十三篇附有日期嘅信息,乃係就住耶路撒冷、埃及同推羅而宣告.呢啲信息全部都係針對由「十三」呢個數字所表徵嘅悖逆.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我哋將會喺下一篇文章繼續探討以西結書嘅年代問題.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第四十節之隱藏歷史——第二十六號</dc:title>
  <dc:subject>以西結書第七章</dc:subject>
  <dc:creator>Jeff Pippenger</dc:creator>
  <cp:keywords/>
  <dc:description>Generated by ArticleDigger from hidden_history\26_hidden_history.json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