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第四十節嘅隱藏歷史——二十七號數字</w:t>
      </w:r>
    </w:p>
    <w:p>
      <w:pPr>
        <w:pStyle w:val="ArticleSubtitle"/>
        <w:jc w:val="left"/>
      </w:pPr>
      <w:r>
        <w:rPr>
          <w:rFonts w:ascii="Microsoft YaHei" w:hAnsi="Microsoft YaHei" w:eastAsia="Microsoft YaHei" w:cs="Microsoft YaHei"/>
        </w:rPr>
        <w:t>以西結書第八章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2026-08-17</w:t>
      </w:r>
    </w:p>
    <w:p>
      <w:pPr>
        <w:pStyle w:val="ArticleBody"/>
        <w:jc w:val="left"/>
      </w:pPr>
      <w:r>
        <w:rPr>
          <w:rFonts w:ascii="Microsoft YaHei" w:hAnsi="Microsoft YaHei" w:eastAsia="Microsoft YaHei" w:cs="Microsoft YaHei"/>
        </w:rPr>
        <w:t>«以西結書»之中,有「十三」處提及日期;其中六處關乎耶路撒冷,六處關乎埃及,一處關乎推羅.所有呢啲提及,皆置於悖逆嘅語境之中,而數目「十三」正象徵悖逆.以西結嘅妻子因中風離世之後一年,亦即第三次圍困開始之時,以西結奉命發言攻擊埃及,指出埃及必荒涼四十年.</w:t>
      </w:r>
    </w:p>
    <w:p>
      <w:pPr>
        <w:pStyle w:val="ArticleScripture"/>
        <w:jc w:val="left"/>
      </w:pPr>
      <w:r>
        <w:rPr>
          <w:rFonts w:ascii="Microsoft YaHei" w:hAnsi="Microsoft YaHei" w:eastAsia="Microsoft YaHei" w:cs="Microsoft YaHei"/>
        </w:rPr>
        <w:t>我必使埃及地喺荒涼之地中成為荒涼;佢嘅城喺已被毀壞嘅城中,必荒涼四十年;我又要將埃及人分散喺列國之中,驅散喺各地.主耶和華如此說：滿了四十年,我必從埃及人所分散到嘅萬民中,將佢哋招聚返嚟;我必使埃及被擄嘅人歸回,帶佢哋返到巴忒羅地,就係佢哋寄居之地;佢哋喺嗰度必成為低微嘅國.以西結書 29:12–14.</w:t>
      </w:r>
    </w:p>
    <w:p>
      <w:pPr>
        <w:pStyle w:val="ArticleBody"/>
        <w:jc w:val="left"/>
      </w:pPr>
      <w:r>
        <w:rPr>
          <w:rFonts w:ascii="Microsoft YaHei" w:hAnsi="Microsoft YaHei" w:eastAsia="Microsoft YaHei" w:cs="Microsoft YaHei"/>
        </w:rPr>
        <w:t>圍困始於主前588年;一年之後,即主前587年,以西結奉命發言.到第十七節,主前571年指出,埃及將因所效之勞役而賜予巴比倫.聖經年代學者提出,經文所指明之四十年期乃自主前567年至主前527年;而自最初於主前587年所宣告之審判信息,直到第十七節於主前571年所宣示耶和華已將埃及交在尼布甲尼撒手中,我們便見到一段「十七年」的時期.</w:t>
      </w:r>
    </w:p>
    <w:p>
      <w:pPr>
        <w:pStyle w:val="ArticleBody"/>
        <w:jc w:val="left"/>
      </w:pPr>
      <w:r>
        <w:rPr>
          <w:rFonts w:ascii="Microsoft YaHei" w:hAnsi="Microsoft YaHei" w:eastAsia="Microsoft YaHei" w:cs="Microsoft YaHei"/>
        </w:rPr>
        <w:t>尼布甲尼撒嘅軍隊攻打推羅,經歷咗一場漫長而艱鉅嘅戰役（圍城大約持續咗十三年,約於主前586至573年）.士兵極其勞苦（人人頭都磨到禿晒,個個肩膀都因負重而擦損）,但係佢哋並冇從推羅本身得到乜嘢可觀嘅工價或者擄物.因着呢場無利可圖嘅勞役,神定意將埃及賜畀尼布甲尼撒,作為佢軍隊攻打推羅所作之工嘅報酬（「工價」）.</w:t>
      </w:r>
    </w:p>
    <w:p>
      <w:pPr>
        <w:pStyle w:val="ArticleScripture"/>
        <w:jc w:val="left"/>
      </w:pPr>
      <w:r>
        <w:rPr>
          <w:rFonts w:ascii="Microsoft YaHei" w:hAnsi="Microsoft YaHei" w:eastAsia="Microsoft YaHei" w:cs="Microsoft YaHei"/>
        </w:rPr>
        <w:t>你哋要住喺同一間屋裏,食佢哋所供畀你哋嘅,飲佢哋所供畀你哋嘅;因為工人得工價,係應當嘅.唔好由呢家搬到嗰家.路加福音 10:7.</w:t>
      </w:r>
    </w:p>
    <w:p>
      <w:pPr>
        <w:pStyle w:val="ArticleBody"/>
        <w:jc w:val="left"/>
      </w:pPr>
      <w:r>
        <w:rPr>
          <w:rFonts w:ascii="Microsoft YaHei" w:hAnsi="Microsoft YaHei" w:eastAsia="Microsoft YaHei" w:cs="Microsoft YaHei"/>
        </w:rPr>
        <w:t>所以,尼布甲尼撒先攻取推羅;經過十三年圍城之後,埃及就賜咗畀佢.喺佢攻取推羅之前,佢於主前586年攻取耶路撒冷;其後,佢完成咗對推羅長達十三年嘅圍困,然後再到埃及.耶路撒冷係喺主前586年被攻取,而推羅嘅圍城亦係喺主前586年開始,直到主前573年.數目十三與美利堅合眾國有關.</w:t>
      </w:r>
    </w:p>
    <w:p>
      <w:pPr>
        <w:pStyle w:val="ArticleBody"/>
        <w:jc w:val="left"/>
      </w:pPr>
      <w:r>
        <w:rPr>
          <w:rFonts w:ascii="Microsoft YaHei" w:hAnsi="Microsoft YaHei" w:eastAsia="Microsoft YaHei" w:cs="Microsoft YaHei"/>
        </w:rPr>
        <w:t>懷愛倫姊妹話畀我哋知,以西結書入面嘅耶路撒冷,係代表老底嘉嘅基督復臨安息日會;而北方王尼布甲尼撒,則係代表末後日子教皇嘅權勢.喺第二十九章呢個歷史性嘅預表之中,末後「你本國中嘅強暴人」所代表嘅教皇羅馬,喺本章征服咗三個實體：首先佢攻取耶路撒冷,跟住推羅,最後係埃及.</w:t>
      </w:r>
    </w:p>
    <w:p>
      <w:pPr>
        <w:pStyle w:val="ArticleBody"/>
        <w:jc w:val="left"/>
      </w:pPr>
      <w:r>
        <w:rPr>
          <w:rFonts w:ascii="Microsoft YaHei" w:hAnsi="Microsoft YaHei" w:eastAsia="Microsoft YaHei" w:cs="Microsoft YaHei"/>
        </w:rPr>
        <w:t>審判由上帝嘅家開始,而美國新教主義嗰隻角,喺星期日法案之前,首先被預先制伏.美國背道之新教主義嗰隻角,包括老底嘉嘅基督復臨安息日會;呢個教會代表「前」約民,正如古代以色列喺公元34年,以及新教徒喺1844年一樣,被越過不顧.上帝嗰啲前約民喺34年同1844年被越過不顧,兩者都喺但以理書8:14二千三百年預言嘅先知性歷史當中有所表徵.審判由上帝嘅家開始,而新教主義嗰隻角,係喺共和主義嗰隻角之前先受審判.</w:t>
      </w:r>
    </w:p>
    <w:p>
      <w:pPr>
        <w:pStyle w:val="ArticleScripture"/>
        <w:jc w:val="left"/>
      </w:pPr>
      <w:r>
        <w:rPr>
          <w:rFonts w:ascii="Microsoft YaHei" w:hAnsi="Microsoft YaHei" w:eastAsia="Microsoft YaHei" w:cs="Microsoft YaHei"/>
        </w:rPr>
        <w:t>因為時候到了,審判必須由神的家起首;若是先由我哋起首,噉嗰啲唔順從神福音嘅人,佢哋嘅結局將會點樣呢？彼得前書 4:17</w:t>
      </w:r>
    </w:p>
    <w:p>
      <w:pPr>
        <w:pStyle w:val="ArticleBody"/>
        <w:jc w:val="left"/>
      </w:pPr>
      <w:r>
        <w:rPr>
          <w:rFonts w:ascii="Microsoft YaHei" w:hAnsi="Microsoft YaHei" w:eastAsia="Microsoft YaHei" w:cs="Microsoft YaHei"/>
        </w:rPr>
        <w:t>«以西結書»入面,第一次提到對埃及嘅審判,係喺第二十九章第一節;而以西結就埃及所提到嘅最後日期,係同章第十七節.呢一章指出,現代羅馬先勝過新教主義呢隻角,跟住再勝過推羅;推羅所代表嘅,乃係共和主義呢隻角,而呢隻角將會喺快將來到嘅星期日法案之下被制伏.當推羅（美國）喺星期日法案之時被尼布甲尼撒征服,埃及亦都被交喺佢手中.到嗰個時候,教皇制度嘅死傷就得醫治.不單止教皇制度嘅死傷喺嗰時得醫治,而且以西結仲叫我哋知道,呢件事係發生喺晚雨時期之中.</w:t>
      </w:r>
    </w:p>
    <w:p>
      <w:pPr>
        <w:pStyle w:val="ArticleScripture"/>
        <w:jc w:val="left"/>
      </w:pPr>
      <w:r>
        <w:rPr>
          <w:rFonts w:ascii="Microsoft YaHei" w:hAnsi="Microsoft YaHei" w:eastAsia="Microsoft YaHei" w:cs="Microsoft YaHei"/>
        </w:rPr>
        <w:t>到那日,我必使以色列家嘅角發芽;我亦必使你喺佢哋中間開口發言;佢哋就必知道我係耶和華.以西結書 29:21.</w:t>
      </w:r>
    </w:p>
    <w:p>
      <w:pPr>
        <w:pStyle w:val="ArticleHeading"/>
        <w:jc w:val="left"/>
      </w:pPr>
      <w:r>
        <w:rPr>
          <w:rFonts w:ascii="Microsoft YaHei" w:hAnsi="Microsoft YaHei" w:eastAsia="Microsoft YaHei" w:cs="Microsoft YaHei"/>
        </w:rPr>
        <w:t>雅各同以色列</w:t>
      </w:r>
    </w:p>
    <w:p>
      <w:pPr>
        <w:pStyle w:val="ArticleBody"/>
        <w:jc w:val="left"/>
      </w:pPr>
      <w:r>
        <w:rPr>
          <w:rFonts w:ascii="Microsoft YaHei" w:hAnsi="Microsoft YaHei" w:eastAsia="Microsoft YaHei" w:cs="Microsoft YaHei"/>
        </w:rPr>
        <w:t>以賽亞指出,以色列要發芽、開花,並且以果子充滿全地.使發芽、開花同結果呢三個步驟得以成就嘅,乃係雨水;而照以賽亞所講,當「狂風」止息嘅時候,後雨就臨到.佢又進一步指出,就喺發芽、開花同結果呢段時期之中,雅各嘅罪孽要被除掉;而譯作「除掉」嘅希伯來字,意思乃係得蒙贖罪.</w:t>
      </w:r>
    </w:p>
    <w:p>
      <w:pPr>
        <w:pStyle w:val="ArticleScripture"/>
        <w:jc w:val="left"/>
      </w:pPr>
      <w:r>
        <w:rPr>
          <w:rFonts w:ascii="Microsoft YaHei" w:hAnsi="Microsoft YaHei" w:eastAsia="Microsoft YaHei" w:cs="Microsoft YaHei"/>
        </w:rPr>
        <w:t>當佢發出嫩枝嘅時候,你必按分量與之爭辯;東風吹嘅日子,佢止住自己猛烈嘅風.所以,雅各嘅罪孽必因此得潔除;除去佢罪過嘅全部果效,就係當佢使祭壇上一切石頭好似打碎咗嘅灰石咁樣,亞舍拉同偶像都唔得再立起.以賽亞書 27:8, 9</w:t>
      </w:r>
    </w:p>
    <w:p>
      <w:pPr>
        <w:pStyle w:val="ArticleBody"/>
        <w:jc w:val="left"/>
      </w:pPr>
      <w:r>
        <w:rPr>
          <w:rFonts w:ascii="Microsoft YaHei" w:hAnsi="Microsoft YaHei" w:eastAsia="Microsoft YaHei" w:cs="Microsoft YaHei"/>
        </w:rPr>
        <w:t>當紛爭嘅四風（佢猛烈嘅風）被抑制之時,十四萬四千人嘅印記工作就開始,而復臨運動中有智慧嘅同邪惡嘅人,最終都被分開;而呢一切都係喺「東風之日」成就.印記嘅時期喺 9/11 以灑灑點點嘅方式開始,而喺星期日法令之時,以完全傾注嘅方式結束;到嗰時,大地就充滿果子.印記嘅時期,乃係一個循序漸進嘅潔淨同煉淨,與«瑪拉基書»第三章相符.但喺«以西結書»第二十九章起始與終結日期所代表嘅十七年期間之內,第六個«聖經»預言中嘅國度被征服;呢個國度由耶路撒冷所代表,耶路撒冷乃係新教主義之角嘅象徵——教會;以及推羅,推羅乃係角,即共和主義嘅象徵——國家.喺推羅十三年圍困結束之後不久,由埃及所代表嘅、十王之第七國度嘅征服就發生.對耶路撒冷、推羅同埃及呢三次征服,乃係喺「以色列家之角」發芽生出之時發生,並且被賜予開口說話.</w:t>
      </w:r>
    </w:p>
    <w:p>
      <w:pPr>
        <w:pStyle w:val="ArticleBody"/>
        <w:jc w:val="left"/>
      </w:pPr>
      <w:r>
        <w:rPr>
          <w:rFonts w:ascii="Microsoft YaHei" w:hAnsi="Microsoft YaHei" w:eastAsia="Microsoft YaHei" w:cs="Microsoft YaHei"/>
        </w:rPr>
        <w:t>祭司以西結同祭司撒迦利亞嘅啞口,都喺星期日法令臨到之時終止,嗰時美利堅合眾國同巴蘭嘅驢都發聲說話.主喺星期日法令之時,將「開口」賜畀以色列家.到嗰時,雅各嘅罪已被潔除,佢嘅名亦改為以色列家.佢哋所宣講嘅信息,係由先知性啞口嘅第三個見證所表徵,呢個見證由但以理所代表;其時,但以理被賜下〈但以理書〉第十一章嘅信息,呢信息亦即係哈巴谷嘅異象,嗰時就「發出言語,並不虛謊」.以西結、撒迦利亞同但以理,都同第三位天使大聲呼喊嘅宣告互相符合;耶利米亦然,正如喺第十五章裏面,佢若從第一次失望之中回轉過來,就應許要作上帝嘅口.</w:t>
      </w:r>
    </w:p>
    <w:p>
      <w:pPr>
        <w:pStyle w:val="ArticleScripture"/>
        <w:jc w:val="left"/>
      </w:pPr>
      <w:r>
        <w:rPr>
          <w:rFonts w:ascii="Microsoft YaHei" w:hAnsi="Microsoft YaHei" w:eastAsia="Microsoft YaHei" w:cs="Microsoft YaHei"/>
        </w:rPr>
        <w:t>點解我嘅痛苦長久不息,我嘅創傷又無法醫治,拒絕痊癒呢？你於我豈可全然如說謊者,又如無常之水嗎？所以耶和華如此說：你若回轉,我就使你歸回,使你站立喺我面前;你若將寶貴的從卑賤的之中分別出來,你就必作我的口.任憑他們歸向你,你卻不可歸向他們.耶利米書 15:18, 19.</w:t>
      </w:r>
    </w:p>
    <w:p>
      <w:pPr>
        <w:pStyle w:val="ArticleBody"/>
        <w:jc w:val="left"/>
      </w:pPr>
      <w:r>
        <w:rPr>
          <w:rFonts w:ascii="Microsoft YaHei" w:hAnsi="Microsoft YaHei" w:eastAsia="Microsoft YaHei" w:cs="Microsoft YaHei"/>
        </w:rPr>
        <w:t>耶穌以起頭說明結局;喺 9/11,灑水使嫩芽發出,雅各嘅植物就開始生長;到最終,當雅各嘅罪孽被除淨之時,以色列家就必發聲.喺 9/11 藉着雨水所成就嘅發芽,乃係預表印封時期終結之際嘅一次發芽;嗰時,以色列家嘅「角」要發芽生出,正正就喺背道嘅新教同共和主義嘅角被尼布甲尼撒勝過之處.</w:t>
      </w:r>
    </w:p>
    <w:p>
      <w:pPr>
        <w:pStyle w:val="ArticleBody"/>
        <w:jc w:val="left"/>
      </w:pPr>
      <w:r>
        <w:rPr>
          <w:rFonts w:ascii="Microsoft YaHei" w:hAnsi="Microsoft YaHei" w:eastAsia="Microsoft YaHei" w:cs="Microsoft YaHei"/>
        </w:rPr>
        <w:t>喺嗰個時候,新教之假角,同新教之真角,形成鮮明對比;後者乃由亞倫發芽之杖所預表,有別於以色列各支派其餘諸杖.以西結書第二十九章所載之兩個日期,指出喺那將要快臨嘅星期日法案之時,十四萬四千人旗號被高舉之歷史.</w:t>
      </w:r>
    </w:p>
    <w:p>
      <w:pPr>
        <w:pStyle w:val="ArticleBody"/>
        <w:jc w:val="left"/>
      </w:pPr>
      <w:r>
        <w:rPr>
          <w:rFonts w:ascii="Microsoft YaHei" w:hAnsi="Microsoft YaHei" w:eastAsia="Microsoft YaHei" w:cs="Microsoft YaHei"/>
        </w:rPr>
        <w:t>發芽、開花,同埋以果子充滿全地嘅過程,係由 9/11 後雨灑落之時開始;正如五旬節嘅時期,乃係由基督向祂嘅門徒吹出幾滴開始,最終引到五旬節嗰陣完全傾降.喺雅各（即係取代者）被潔除之開端嘅 9/11 所表現出嚟嘅發芽——呢個就係印記時期——乃係預表到主日法令之時,以色列家（即係得勝者）嘅發芽.末後嘅發芽,乃係標誌住前約之民同十四萬四千人之間嘅分別;正如迦密山上火降下來,使先知以利亞同巴力嘅先知有所分別一樣.呢種分別,乃係由兩等人所表徵：一等人,喺預言上因虛假嘅平安穩妥信息而蒙羞;另一等人,喺預言上歡喜快樂,並且永不蒙羞.</w:t>
      </w:r>
    </w:p>
    <w:p>
      <w:pPr>
        <w:pStyle w:val="ArticleHeading"/>
        <w:jc w:val="left"/>
      </w:pPr>
      <w:r>
        <w:rPr>
          <w:rFonts w:ascii="Microsoft YaHei" w:hAnsi="Microsoft YaHei" w:eastAsia="Microsoft YaHei" w:cs="Microsoft YaHei"/>
        </w:rPr>
        <w:t>埃及嘅六個日期</w:t>
      </w:r>
    </w:p>
    <w:p>
      <w:pPr>
        <w:pStyle w:val="ArticleBody"/>
        <w:jc w:val="left"/>
      </w:pPr>
      <w:r>
        <w:rPr>
          <w:rFonts w:ascii="Microsoft YaHei" w:hAnsi="Microsoft YaHei" w:eastAsia="Microsoft YaHei" w:cs="Microsoft YaHei"/>
        </w:rPr>
        <w:t>以西結指出另外四個同埃及有關嘅日期,其中兩個日期標誌住被擄後第十一年,另外兩個日期就標誌住被擄後第十二年.</w:t>
      </w:r>
    </w:p>
    <w:p>
      <w:pPr>
        <w:pStyle w:val="ArticleHeading"/>
        <w:jc w:val="left"/>
      </w:pPr>
      <w:r>
        <w:rPr>
          <w:rFonts w:ascii="Microsoft YaHei" w:hAnsi="Microsoft YaHei" w:eastAsia="Microsoft YaHei" w:cs="Microsoft YaHei"/>
        </w:rPr>
        <w:t>第十一年嘅圍困</w:t>
      </w:r>
    </w:p>
    <w:p>
      <w:pPr>
        <w:pStyle w:val="ArticleScripture"/>
        <w:jc w:val="left"/>
      </w:pPr>
      <w:r>
        <w:rPr>
          <w:rFonts w:ascii="Microsoft YaHei" w:hAnsi="Microsoft YaHei" w:eastAsia="Microsoft YaHei" w:cs="Microsoft YaHei"/>
        </w:rPr>
        <w:t>第十一年正月初七日,耶和華嘅話臨到我,話：人子啊,我已經打斷咗埃及王法老嘅膀臂;看哪,佢唔會被包紮醫治,唔會用布纏裹,使佢有力揸住刀.以西結書 30:20, 21.</w:t>
      </w:r>
    </w:p>
    <w:p>
      <w:pPr>
        <w:pStyle w:val="ArticleScripture"/>
        <w:jc w:val="left"/>
      </w:pPr>
      <w:r>
        <w:rPr>
          <w:rFonts w:ascii="Microsoft YaHei" w:hAnsi="Microsoft YaHei" w:eastAsia="Microsoft YaHei" w:cs="Microsoft YaHei"/>
        </w:rPr>
        <w:t>十一年三月初一日,耶和華嘅話臨到我,話：「人子啊,你要對埃及王法老同埋佢嘅眾民講：你喺偉大之中,可比邊個呢？」以西結書 31:1, 2</w:t>
      </w:r>
    </w:p>
    <w:p>
      <w:pPr>
        <w:pStyle w:val="ArticleBody"/>
        <w:jc w:val="left"/>
      </w:pPr>
      <w:r>
        <w:rPr>
          <w:rFonts w:ascii="Microsoft YaHei" w:hAnsi="Microsoft YaHei" w:eastAsia="Microsoft YaHei" w:cs="Microsoft YaHei"/>
        </w:rPr>
        <w:t>喺被擄第十一年,於第三十章,埃及同法老王嘅膀臂被折斷,而巴比倫嘅膀臂則被加強.喺第三十一章嘅第十一年,埃及嘅傾覆及其對世界所造成嘅影響被指明.</w:t>
      </w:r>
    </w:p>
    <w:p>
      <w:pPr>
        <w:pStyle w:val="ArticleHeading"/>
        <w:jc w:val="left"/>
      </w:pPr>
      <w:r>
        <w:rPr>
          <w:rFonts w:ascii="Microsoft YaHei" w:hAnsi="Microsoft YaHei" w:eastAsia="Microsoft YaHei" w:cs="Microsoft YaHei"/>
        </w:rPr>
        <w:t>第十二年與耶路撒冷的陷落</w:t>
      </w:r>
    </w:p>
    <w:p>
      <w:pPr>
        <w:pStyle w:val="ArticleBody"/>
        <w:jc w:val="left"/>
      </w:pPr>
      <w:r>
        <w:rPr>
          <w:rFonts w:ascii="Microsoft YaHei" w:hAnsi="Microsoft YaHei" w:eastAsia="Microsoft YaHei" w:cs="Microsoft YaHei"/>
        </w:rPr>
        <w:t>第十二年入面嗰兩個日期,見於«以西結書»三十二章.</w:t>
      </w:r>
    </w:p>
    <w:p>
      <w:pPr>
        <w:pStyle w:val="ArticleScripture"/>
        <w:jc w:val="left"/>
      </w:pPr>
      <w:r>
        <w:rPr>
          <w:rFonts w:ascii="Microsoft YaHei" w:hAnsi="Microsoft YaHei" w:eastAsia="Microsoft YaHei" w:cs="Microsoft YaHei"/>
        </w:rPr>
        <w:t>到咗第十二年、十二月初一,耶和華嘅話臨到我,話：「人子啊,你要為埃及王法老作起哀歌,對佢講：你喺列國中好似少壯獅子,又如海中嘅大魚;你衝出江河,用腳攪渾眾水,使江河污濁.」主耶和華如此說：「所以我要用我嘅網,藉住多民嘅會眾撒喺你身上;佢哋必用我嘅網將你拉上嚟.」以西結書 32:1–3.</w:t>
      </w:r>
    </w:p>
    <w:p>
      <w:pPr>
        <w:pStyle w:val="ArticleScripture"/>
        <w:jc w:val="left"/>
      </w:pPr>
      <w:r>
        <w:rPr>
          <w:rFonts w:ascii="Microsoft YaHei" w:hAnsi="Microsoft YaHei" w:eastAsia="Microsoft YaHei" w:cs="Microsoft YaHei"/>
        </w:rPr>
        <w:t>又喺第十二年,嗰月十五日,耶和華嘅話臨到我,話：人子啊,你要為埃及嘅眾民哀號,將佢同有名之列國嘅女子,一齊拋落地嘅深處,同嗰啲下坑嘅人一同落去.以西結書 32:17, 18</w:t>
      </w:r>
    </w:p>
    <w:p>
      <w:pPr>
        <w:pStyle w:val="ArticleHeading"/>
        <w:jc w:val="left"/>
      </w:pPr>
      <w:r>
        <w:rPr>
          <w:rFonts w:ascii="Microsoft YaHei" w:hAnsi="Microsoft YaHei" w:eastAsia="Microsoft YaHei" w:cs="Microsoft YaHei"/>
        </w:rPr>
        <w:t>法老同佢嘅群眾</w:t>
      </w:r>
    </w:p>
    <w:p>
      <w:pPr>
        <w:pStyle w:val="ArticleBody"/>
        <w:jc w:val="left"/>
      </w:pPr>
      <w:r>
        <w:rPr>
          <w:rFonts w:ascii="Microsoft YaHei" w:hAnsi="Microsoft YaHei" w:eastAsia="Microsoft YaHei" w:cs="Microsoft YaHei"/>
        </w:rPr>
        <w:t>喺第三十一章對埃及嘅宣告之中,末後幾節如此說：</w:t>
      </w:r>
    </w:p>
    <w:p>
      <w:pPr>
        <w:pStyle w:val="ArticleScripture"/>
        <w:jc w:val="left"/>
      </w:pPr>
      <w:r>
        <w:rPr>
          <w:rFonts w:ascii="Microsoft YaHei" w:hAnsi="Microsoft YaHei" w:eastAsia="Microsoft YaHei" w:cs="Microsoft YaHei"/>
        </w:rPr>
        <w:t>我使列國因他傾覆之聲而震動;當我將他同嗰啲落坑嘅人一齊拋落陰間嘅時候,伊甸一切樹木、利巴嫩中蒙揀選同最美好嘅、凡飲水嘅,都必喺地嘅深處得安慰.佢哋亦都同佢一齊落到陰間,去到嗰啲畀刀所殺嘅人嗰度;又有嗰啲作過佢膀臂嘅,曾住喺列國中、佢蔭下嘅人.你喺榮耀同偉大上,喺伊甸眾樹之中究竟與誰相似呢？然而你必同伊甸眾樹一齊被帶到地嘅深處;你必躺臥喺未受割禮嘅人中間,同嗰啲畀刀所殺嘅人一樣.主耶和華說,這就是法老和佢一切嘅群眾.以西結書 31:16–18.</w:t>
      </w:r>
    </w:p>
    <w:p>
      <w:pPr>
        <w:pStyle w:val="ArticleBody"/>
        <w:jc w:val="left"/>
      </w:pPr>
      <w:r>
        <w:rPr>
          <w:rFonts w:ascii="Microsoft YaHei" w:hAnsi="Microsoft YaHei" w:eastAsia="Microsoft YaHei" w:cs="Microsoft YaHei"/>
        </w:rPr>
        <w:t>喺第三十二章對埃及所發嘅宣告入面,末後嗰幾節重述並擴展第三十一章嘅內容,並且包括一段平行嘅結束陳述.</w:t>
      </w:r>
    </w:p>
    <w:p>
      <w:pPr>
        <w:pStyle w:val="ArticleScripture"/>
        <w:jc w:val="left"/>
      </w:pPr>
      <w:r>
        <w:rPr>
          <w:rFonts w:ascii="Microsoft YaHei" w:hAnsi="Microsoft YaHei" w:eastAsia="Microsoft YaHei" w:cs="Microsoft YaHei"/>
        </w:rPr>
        <w:t>因我使我嘅威嚇臨到活人之地;法老同佢一切嘅群眾,必與那些被刀殺嘅人一同躺臥喺未受割禮者中間.呢係主耶和華說嘅.以西結書 32:32.</w:t>
      </w:r>
    </w:p>
    <w:p>
      <w:pPr>
        <w:pStyle w:val="ArticleHeading"/>
        <w:jc w:val="left"/>
      </w:pPr>
      <w:r>
        <w:rPr>
          <w:rFonts w:ascii="Microsoft YaHei" w:hAnsi="Microsoft YaHei" w:eastAsia="Microsoft YaHei" w:cs="Microsoft YaHei"/>
        </w:rPr>
        <w:t>第二十九章嘅十七年</w:t>
      </w:r>
    </w:p>
    <w:p>
      <w:pPr>
        <w:pStyle w:val="ArticleBody"/>
        <w:jc w:val="left"/>
      </w:pPr>
      <w:r>
        <w:rPr>
          <w:rFonts w:ascii="Microsoft YaHei" w:hAnsi="Microsoft YaHei" w:eastAsia="Microsoft YaHei" w:cs="Microsoft YaHei"/>
        </w:rPr>
        <w:t>第二十九章所代表嗰十七年期間入面所標示嘅日期,指出尼布甲尼撒征服埃及,以及埃及四十年荒涼嘅時期.四十象徵曠野,預表地上荒涼嘅一千年.</w:t>
      </w:r>
    </w:p>
    <w:p>
      <w:pPr>
        <w:pStyle w:val="ArticleScripture"/>
        <w:jc w:val="left"/>
      </w:pPr>
      <w:r>
        <w:rPr>
          <w:rFonts w:ascii="Microsoft YaHei" w:hAnsi="Microsoft YaHei" w:eastAsia="Microsoft YaHei" w:cs="Microsoft YaHei"/>
        </w:rPr>
        <w:t>我觀看大地,睇見佢混沌空虛;又觀看諸天,佢哋全無光. 我觀看群山,睇見佢哋震動;眾岡嶺都搖來搖去. 我觀看,睇見無人存在;天上嘅飛鳥也都逃去. 我觀看,睇見肥美之地變成曠野;其中所有城邑,都因耶和華嘅臨在,同埋佢猛烈嘅怒氣,被拆毀. 因為耶和華如此說：全地必然荒涼;然而,我卻不將佢毀滅淨盡.耶利米書 4:23–27.</w:t>
      </w:r>
    </w:p>
    <w:p>
      <w:pPr>
        <w:pStyle w:val="ArticleBody"/>
        <w:jc w:val="left"/>
      </w:pPr>
      <w:r>
        <w:rPr>
          <w:rFonts w:ascii="Microsoft YaHei" w:hAnsi="Microsoft YaHei" w:eastAsia="Microsoft YaHei" w:cs="Microsoft YaHei"/>
        </w:rPr>
        <w:t>到咗«以西結書»二十九章所講埃及荒涼四十年嘅末了,惡人最後嘅復活同埋佢哋最終嘅毀滅,就喺度被陳明出嚟.</w:t>
      </w:r>
    </w:p>
    <w:p>
      <w:pPr>
        <w:pStyle w:val="ArticleScripture"/>
        <w:jc w:val="left"/>
      </w:pPr>
      <w:r>
        <w:rPr>
          <w:rFonts w:ascii="Microsoft YaHei" w:hAnsi="Microsoft YaHei" w:eastAsia="Microsoft YaHei" w:cs="Microsoft YaHei"/>
        </w:rPr>
        <w:t>地上嘅居民啊,恐懼、陷坑、羅網都臨到你.到嗰日,逃避驚恐之聲嘅,必跌入陷坑;從陷坑中間上來嘅,必被羅網纏住;因為高處嘅窗戶開咗,地嘅根基震動.大地全然破裂,大地徹底崩解,大地猛烈搖動.大地必東搖西晃,好似醉漢一樣,又必被挪去,好似草棚一樣;其中嘅過犯壓重喺其上;佢必傾倒,不再起來.到嗰日,耶和華必懲罰高處之上嘅天軍,同埋地上嘅列王.佢哋必被聚集,好似囚犯被聚集喺坑中,又必被囚喺監牢裡;過咗多日,佢哋必被察看.以賽亞書 24:17–22.</w:t>
      </w:r>
    </w:p>
    <w:p>
      <w:pPr>
        <w:pStyle w:val="ArticleBody"/>
        <w:jc w:val="left"/>
      </w:pPr>
      <w:r>
        <w:rPr>
          <w:rFonts w:ascii="Microsoft YaHei" w:hAnsi="Microsoft YaHei" w:eastAsia="Microsoft YaHei" w:cs="Microsoft YaHei"/>
        </w:rPr>
        <w:t>以西結關於埃及嘅六個日期所匯聚成嘅信息,乃係指出嗰屬地之龍權勢最終嘅毀滅;呢毀滅始於即將來臨嘅星期日法案,並且一路延續,直到千禧年末嗰啲邪惡埃及人最後被毀滅為止.</w:t>
      </w:r>
    </w:p>
    <w:p>
      <w:pPr>
        <w:pStyle w:val="ArticleBody"/>
        <w:jc w:val="left"/>
      </w:pPr>
      <w:r>
        <w:rPr>
          <w:rFonts w:ascii="Microsoft YaHei" w:hAnsi="Microsoft YaHei" w:eastAsia="Microsoft YaHei" w:cs="Microsoft YaHei"/>
        </w:rPr>
        <w:t>喺預言嘅見證之中,獸同假先知嘅結局,乃係到火湖嗰度;呢火湖乃係表徵基督第二次降臨,但龍嘅權勢所受火湖嘅毀滅,卻係喺千禧年嘅末了.</w:t>
      </w:r>
    </w:p>
    <w:p>
      <w:pPr>
        <w:pStyle w:val="ArticleScripture"/>
        <w:jc w:val="left"/>
      </w:pPr>
      <w:r>
        <w:rPr>
          <w:rFonts w:ascii="Microsoft YaHei" w:hAnsi="Microsoft YaHei" w:eastAsia="Microsoft YaHei" w:cs="Microsoft YaHei"/>
        </w:rPr>
        <w:t>嗰隻獸畀擒住咗;同佢一齊畀擒住嘅,仲有嗰假先知,就係曾經喺獸面前行神蹟,用呢啲神蹟迷惑咗嗰啲受咗獸印記同敬拜獸像嘅人.佢哋兩個都活活畀掟入燒住硫磺嘅火湖裏.其餘嘅人,就畀嗰位騎馬者口中所出嘅劍殺咗;空中一切飛鳥都食飽咗佢哋嘅肉.啟示錄 19:20, 21.</w:t>
      </w:r>
    </w:p>
    <w:p>
      <w:pPr>
        <w:pStyle w:val="ArticleBody"/>
        <w:jc w:val="left"/>
      </w:pPr>
      <w:r>
        <w:rPr>
          <w:rFonts w:ascii="Microsoft YaHei" w:hAnsi="Microsoft YaHei" w:eastAsia="Microsoft YaHei" w:cs="Microsoft YaHei"/>
        </w:rPr>
        <w:t>獸同假先知喺預言上,喺基督第二次再來之時終結;但龍卻要到一千年之後、喺基督第三次再來之時,先至遭遇牠嘅結局.</w:t>
      </w:r>
    </w:p>
    <w:p>
      <w:pPr>
        <w:pStyle w:val="ArticleScripture"/>
        <w:jc w:val="left"/>
      </w:pPr>
      <w:r>
        <w:rPr>
          <w:rFonts w:ascii="Microsoft YaHei" w:hAnsi="Microsoft YaHei" w:eastAsia="Microsoft YaHei" w:cs="Microsoft YaHei"/>
        </w:rPr>
        <w:t>我又看見一位天使從天降下,手裡攞住無底坑嘅鑰匙,同一條大鏈.佢捉住嗰條龍,就係古蛇,名叫魔鬼,又叫撒但,將佢綑綁一千年;又將佢掟落無底坑,關閉起來,並且加上印封,使佢唔可以再迷惑列國,直至嗰一千年滿咗;之後,佢必須暫時被釋放.啟示錄 20:1–3</w:t>
      </w:r>
    </w:p>
    <w:p>
      <w:pPr>
        <w:pStyle w:val="ArticleHeading"/>
        <w:jc w:val="left"/>
      </w:pPr>
      <w:r>
        <w:rPr>
          <w:rFonts w:ascii="Microsoft YaHei" w:hAnsi="Microsoft YaHei" w:eastAsia="Microsoft YaHei" w:cs="Microsoft YaHei"/>
        </w:rPr>
        <w:t>第十一年同第十二年</w:t>
      </w:r>
    </w:p>
    <w:p>
      <w:pPr>
        <w:pStyle w:val="ArticleBody"/>
        <w:jc w:val="left"/>
      </w:pPr>
      <w:r>
        <w:rPr>
          <w:rFonts w:ascii="Microsoft YaHei" w:hAnsi="Microsoft YaHei" w:eastAsia="Microsoft YaHei" w:cs="Microsoft YaHei"/>
        </w:rPr>
        <w:t>«以西結書»第二十九章所列嘅兩個日期所標示嘅「十七」年時期,係由被擄第十年開始,直到第二十七年結束.第三十章同第三十一章嘅信息,係喺第十一年發出;而第三十二章所列嘅兩個日期,則係喺被擄第十二年賜下.呢段由第十年開始、約略喺耶路撒冷被圍攻之初展開嘅十七年時期,之後接續住第三十章同第三十一章所載第十一年嘅兩個關於埃及嘅信息.合埋嚟睇,第十一年嘅呢兩個信息,代表住一個喺星期日法案之前不久所發出嘅信息.至於第十二年嘅另外兩個關於埃及嘅信息,則發生喺公元前586／585年耶路撒冷被毀之時,或其後不久.</w:t>
      </w:r>
    </w:p>
    <w:p>
      <w:pPr>
        <w:pStyle w:val="ArticleBody"/>
        <w:jc w:val="left"/>
      </w:pPr>
      <w:r>
        <w:rPr>
          <w:rFonts w:ascii="Microsoft YaHei" w:hAnsi="Microsoft YaHei" w:eastAsia="Microsoft YaHei" w:cs="Microsoft YaHei"/>
        </w:rPr>
        <w:t>基督降臨嘅信息,乃係作為半夜呼喊信息之一部分而被宣告;到咗星期日法案之時,呢信息就轉變為大聲呼喊嘅信息.喺星期日法案之前,有兩個關於埃及嘅信息被宣告;而喺星期日法案之時,或者緊接其後,亦有兩個關於埃及嘅信息被宣告.呢啲喺同一年之內所賜下、彼此重複嘅信息——即係喺以耶路撒冷被毀為終局嘅圍困期間所發出嘅信息,以及喺星期日法案之時所發出嘅另外兩個信息——乃係預表第二位天使嘅信息;喺其中,重複總係存在.</w:t>
      </w:r>
    </w:p>
    <w:p>
      <w:pPr>
        <w:pStyle w:val="ArticleBody"/>
        <w:jc w:val="left"/>
      </w:pPr>
      <w:r>
        <w:rPr>
          <w:rFonts w:ascii="Microsoft YaHei" w:hAnsi="Microsoft YaHei" w:eastAsia="Microsoft YaHei" w:cs="Microsoft YaHei"/>
        </w:rPr>
        <w:t>第二個信息之後,必定跟住第三個信息.</w:t>
      </w:r>
    </w:p>
    <w:p>
      <w:pPr>
        <w:pStyle w:val="ArticleScripture"/>
        <w:jc w:val="left"/>
      </w:pPr>
      <w:r>
        <w:rPr>
          <w:rFonts w:ascii="Microsoft YaHei" w:hAnsi="Microsoft YaHei" w:eastAsia="Microsoft YaHei" w:cs="Microsoft YaHei"/>
        </w:rPr>
        <w:t>我哋要藉着筆墨同聲音,宣揚呢個宣告,表明佢哋嘅次序,以及嗰啲引領我哋去到第三位天使信息之預言嘅應用.冇第一同第二,就唔可能有第三.我哋要藉着出版刊物同講論,將呢啲信息傳畀世界,並喺預言歷史嘅脈絡之中,指出已經發生嘅事,同埋將要發生嘅事.」«信息選粹»卷二,104, 105.</w:t>
      </w:r>
    </w:p>
    <w:p>
      <w:pPr>
        <w:pStyle w:val="ArticleBody"/>
        <w:jc w:val="left"/>
      </w:pPr>
      <w:r>
        <w:rPr>
          <w:rFonts w:ascii="Microsoft YaHei" w:hAnsi="Microsoft YaHei" w:eastAsia="Microsoft YaHei" w:cs="Microsoft YaHei"/>
        </w:rPr>
        <w:t>到第三個信息嘅時候,恩典時期嘅門就關閉.對美國嚟講,喺星期日法案頒布之時,恩典時期就關閉;對全世界嚟講,就喺米迦勒站起來之時,恩典時期關閉.呢兩道關閉咗嘅門,都代表第三個信息;而第三個信息之前,必定先有第二個信息,而第二個信息一向都係雙重嘅信息.</w:t>
      </w:r>
    </w:p>
    <w:p>
      <w:pPr>
        <w:pStyle w:val="ArticleBody"/>
        <w:jc w:val="left"/>
      </w:pPr>
      <w:r>
        <w:rPr>
          <w:rFonts w:ascii="Microsoft YaHei" w:hAnsi="Microsoft YaHei" w:eastAsia="Microsoft YaHei" w:cs="Microsoft YaHei"/>
        </w:rPr>
        <w:t>第二位天使能力嘅賦予,係喺佢同半夜呼喊嘅信息聯合之時成就.加諸人類嘅兩個信息,正如以西結書第三十章同第三十一章論及埃及嘅宣告所表徵,指出半夜呼喊嘅信息喺何時同第二位天使聯合;而第三十二章嘅兩個信息,則係指出第三位天使喺大聲呼喊中所得到嘅能力賦予.</w:t>
      </w:r>
    </w:p>
    <w:p>
      <w:pPr>
        <w:pStyle w:val="ArticleBody"/>
        <w:jc w:val="left"/>
      </w:pPr>
      <w:r>
        <w:rPr>
          <w:rFonts w:ascii="Microsoft YaHei" w:hAnsi="Microsoft YaHei" w:eastAsia="Microsoft YaHei" w:cs="Microsoft YaHei"/>
        </w:rPr>
        <w:t>以西結所見、象徵人間諸事錯綜交互運行之輪,指出咗畀人類最後嘅警告,即係第三位天使嘅警告;而第三位天使,乃係由第一位同第二位天使嘅警告所構成.主日法之前嘅午夜呼聲,同主日法之後嘅大呼聲,乃由以西結四個日期所表徵;呢四個日期,皆落喺第二十九章阿爾法與俄梅戛日期所涵蓋嘅「十七」年之內,並且同但以理書十一章四十節之隱藏歷史相吻合,正如同章第十一至十六節所表明.</w:t>
      </w:r>
    </w:p>
    <w:p>
      <w:pPr>
        <w:pStyle w:val="ArticleBody"/>
        <w:jc w:val="left"/>
      </w:pPr>
      <w:r>
        <w:rPr>
          <w:rFonts w:ascii="Microsoft YaHei" w:hAnsi="Microsoft YaHei" w:eastAsia="Microsoft YaHei" w:cs="Microsoft YaHei"/>
        </w:rPr>
        <w:t>喺«但以理書»第十章,但以理同以西結一樣,被整到啞口無言.但以理嘅啞口無言,係喺三次觸摸嘅中間發生;第一次同第三次嘅觸摸係由天使加百列而嚟,而中間嗰次觸摸就係基督嘅觸摸.但以理,好似彼得由該撒利亞腓立比去到十字架之間一樣,係處於中間.喺中間,彼得見到得榮耀嘅基督,但以理喺第十章亦都係咁樣見到.三位天使之中間嘅信息,就係第二位天使嘅信息,而呢個信息乃係兩個信息嘅結合.</w:t>
      </w:r>
    </w:p>
    <w:p>
      <w:pPr>
        <w:pStyle w:val="ArticleHeading"/>
        <w:jc w:val="left"/>
      </w:pPr>
      <w:r>
        <w:rPr>
          <w:rFonts w:ascii="Microsoft YaHei" w:hAnsi="Microsoft YaHei" w:eastAsia="Microsoft YaHei" w:cs="Microsoft YaHei"/>
        </w:rPr>
        <w:t>第四月第五日與 1844 年</w:t>
      </w:r>
    </w:p>
    <w:p>
      <w:pPr>
        <w:pStyle w:val="ArticleBody"/>
        <w:jc w:val="left"/>
      </w:pPr>
      <w:r>
        <w:rPr>
          <w:rFonts w:ascii="Microsoft YaHei" w:hAnsi="Microsoft YaHei" w:eastAsia="Microsoft YaHei" w:cs="Microsoft YaHei"/>
        </w:rPr>
        <w:t>喺«以西結書»第一章一、二節,以西結身處第四月初五日,呢一日同一八四四年第七月運動中段相吻合.以西結正處於一八四四年四月十九日同十月二十二日之間嘅中途,正如一八四四年半夜呼聲嘅使者撒母耳・斯諾一樣;當佢喺波士頓首次清楚提出呢信息嘅見解之時,乃係喺四月十九日之後九十三日,亦係喺一八四四年十月二十二日門關閉之前九十三日.撒母耳・斯諾喺一八四四年七月二十一日身處波士頓,正值第七月運動嘅中段,卻唔知道自己喺預言上正與彼得一同站喺變像山上,與處於第十七個禧年週期第三十年嘅以西結,以及«但以理書»第十章照鏡異象期間第二次受觸摸嘅但以理同在.二〇二六年代表第七十個禧年週期嘅第四十七年,而呢個週期將於二〇二八年結束.</w:t>
      </w:r>
    </w:p>
    <w:p>
      <w:pPr>
        <w:pStyle w:val="ArticleHeading"/>
        <w:jc w:val="left"/>
      </w:pPr>
      <w:r>
        <w:rPr>
          <w:rFonts w:ascii="Microsoft YaHei" w:hAnsi="Microsoft YaHei" w:eastAsia="Microsoft YaHei" w:cs="Microsoft YaHei"/>
        </w:rPr>
        <w:t>推羅</w:t>
      </w:r>
    </w:p>
    <w:p>
      <w:pPr>
        <w:pStyle w:val="ArticleBody"/>
        <w:jc w:val="left"/>
      </w:pPr>
      <w:r>
        <w:rPr>
          <w:rFonts w:ascii="Microsoft YaHei" w:hAnsi="Microsoft YaHei" w:eastAsia="Microsoft YaHei" w:cs="Microsoft YaHei"/>
        </w:rPr>
        <w:t>喺我哋返去查考以西結六次提及耶路撒冷嘅日期之前,我哋應當先辨明嗰一個向推羅所宣告嘅日期.</w:t>
      </w:r>
    </w:p>
    <w:p>
      <w:pPr>
        <w:pStyle w:val="ArticleScripture"/>
        <w:jc w:val="left"/>
      </w:pPr>
      <w:r>
        <w:rPr>
          <w:rFonts w:ascii="Microsoft YaHei" w:hAnsi="Microsoft YaHei" w:eastAsia="Microsoft YaHei" w:cs="Microsoft YaHei"/>
        </w:rPr>
        <w:t>第十一年,正月初一日,耶和華嘅話臨到我,話：「人子啊,因為推羅攻擊耶路撒冷話：『哈,嗰作眾民門戶嘅已經破碎啦;佢轉歸我;家下佢既然荒涼,我就必得充盈.』所以主耶和華如此話：『推羅啊,看哪,我與你為敵,必使多國上來攻擊你,正如海使波浪湧上嚟一樣.佢哋必毀壞推羅嘅城牆,拆毀佢嘅樓臺;我亦必刮淨佢身上嘅塵土,使佢成為淨係得番磐石頂一樣.佢必在海中成為曬網之處,因為呢話係我講嘅,』主耶和華話,『佢必成為列國嘅掠物.佢喺田野間嘅居民必被刀劍殺戮;佢哋就知道我係耶和華.』因為主耶和華如此話：『看哪,我必使巴比倫王尼布甲尼撒,就是列王之王,從北方率領馬匹、戰車、馬兵、軍隊,同埋許多人民,來攻擊推羅.』」</w:t>
      </w:r>
    </w:p>
    <w:p>
      <w:pPr>
        <w:pStyle w:val="ArticleScripture"/>
        <w:jc w:val="left"/>
      </w:pPr>
      <w:r>
        <w:rPr>
          <w:rFonts w:ascii="Microsoft YaHei" w:hAnsi="Microsoft YaHei" w:eastAsia="Microsoft YaHei" w:cs="Microsoft YaHei"/>
        </w:rPr>
        <w:t>佢必用刀劍殺戮你田野上嘅女兒;又必築壘攻擊你,堆起土山攻擊你,舉起盾牌攻擊你.佢必設立攻城器械攻擊你嘅城牆,又必用斧頭拆毀你嘅樓臺.因佢馬匹眾多,佢哋所揚起嘅塵土必遮蓋你;當佢從你城門進入,好似人進入被攻破之城嘅時候,因騎兵、車輪同戰車嘅響聲,你嘅城牆必震動.佢必用馬蹄踐踏你一切街道;必用刀劍殺戮你嘅人民;你堅固嘅柱像必倒在地上.佢哋必搶奪你嘅財富,擄掠你嘅貨物;拆毀你嘅城牆,毀壞你華美嘅房屋;又將你嘅石頭、木材同塵土拋在水中.我必使你歌唱嘅聲音止息;你琴瑟嘅聲音也不再聽見.我必使你成為如磐石頂一樣;你必成為曬網之處;你不得再被建造;因為主耶和華如此說：這是我耶和華所說的.</w:t>
      </w:r>
    </w:p>
    <w:p>
      <w:pPr>
        <w:pStyle w:val="ArticleScripture"/>
        <w:jc w:val="left"/>
      </w:pPr>
      <w:r>
        <w:rPr>
          <w:rFonts w:ascii="Microsoft YaHei" w:hAnsi="Microsoft YaHei" w:eastAsia="Microsoft YaHei" w:cs="Microsoft YaHei"/>
        </w:rPr>
        <w:t>主耶和華對推羅如此說：你傾覆嘅聲音響起、你中間有人受傷呼喊、又有殺戮喺你中間施行嘅時候,眾海島豈唔震動嗎？嗰時海上一切君王都要離開佢哋嘅寶座,除去佢哋嘅外袍,脫低佢哋繡花嘅衣裳;佢哋要以戰兢為衣,坐喺地上,時刻戰抖,因你驚駭.佢哋必為你作起哀歌,對你講：你者素來有航海之民居住、享負盛名嘅城,又在海中強盛,你同你嘅居民向一切住喺其中嘅人施行威嚇,依家何竟毀滅！你傾覆嘅日子,眾海島必要戰抖;是呀,海中嘅群島因你離去而驚惶. 因為主耶和華如此說：當我使你成為荒涼嘅城,像無人居住嘅城邑一樣;當我使深淵漫上你,大水遮蓋你;當我使你與嗰啲下坑嘅人同下去,歸到古時之民嗰度,又使你安置喺地嘅深處、喺自古荒涼之地,同嗰啲下坑嘅人一齊,以致你不再有人居住;而我卻要喺活人之地設立榮耀;我必使你成為可驚之物,你就不再存在;人雖尋找你,卻永遠再尋你不見.這是主耶和華說的.以西結書 26:1–21.</w:t>
      </w:r>
    </w:p>
    <w:p>
      <w:pPr>
        <w:pStyle w:val="ArticleBody"/>
        <w:jc w:val="left"/>
      </w:pPr>
      <w:r>
        <w:rPr>
          <w:rFonts w:ascii="Microsoft YaHei" w:hAnsi="Microsoft YaHei" w:eastAsia="Microsoft YaHei" w:cs="Microsoft YaHei"/>
        </w:rPr>
        <w:t>推羅嘅信息,係喺耶路撒冷被毀嗰年宣告嘅;而呢個信息,表徵住«聖經»預言之中第六個國度,喺即將來臨嘅星期日法案之下被傾覆.到咗星期日法案之時,美國（推羅）喺預言上歡喜快樂,因為佢已經傾覆咗耶路撒冷;而懷愛倫姊妹指出,耶路撒冷就係老底嘉時期嘅基督復臨安息日會,亦即以西結所稱嘅「萬民之門」.推羅指出,耶路撒冷「曾經」係萬民之門,呢個用法係過去式.喺預言之中,「門」就係指教會.</w:t>
      </w:r>
    </w:p>
    <w:p>
      <w:pPr>
        <w:pStyle w:val="ArticleScripture"/>
        <w:jc w:val="left"/>
      </w:pPr>
      <w:r>
        <w:rPr>
          <w:rFonts w:ascii="Microsoft YaHei" w:hAnsi="Microsoft YaHei" w:eastAsia="Microsoft YaHei" w:cs="Microsoft YaHei"/>
        </w:rPr>
        <w:t>佢就驚懼,話：「呢個地方何等可畏！呢度唔係別的,乃是神的殿,亦是天的門.」雅各清早起身,將佢枕住嘅嗰塊石頭立作柱子,將油倒在柱頂上.佢就給那地方起名叫伯特利;但那城起初名叫路斯.創世記 28:17–19.</w:t>
      </w:r>
    </w:p>
    <w:p>
      <w:pPr>
        <w:pStyle w:val="ArticleBody"/>
        <w:jc w:val="left"/>
      </w:pPr>
      <w:r>
        <w:rPr>
          <w:rFonts w:ascii="Microsoft YaHei" w:hAnsi="Microsoft YaHei" w:eastAsia="Microsoft YaHei" w:cs="Microsoft YaHei"/>
        </w:rPr>
        <w:t>「伯特利」呢個詞嘅意思係上帝嘅殿,而推羅因為佢迫使老底嘉嘅基督復臨安息日會教會接受對太陽崇拜嘅強制執行而歡喜快樂.然而,儘管嗰啲強制推行太陽崇拜者有錯誤嘅慶賀,上帝藉住以西結宣告：「推羅啊,我與你為敵,必使多國上來攻擊你,如同海使波浪湧上來一樣.佢哋必毀壞推羅嘅城牆,拆毀佢嘅城樓.」</w:t>
      </w:r>
    </w:p>
    <w:p>
      <w:pPr>
        <w:pStyle w:val="ArticleBody"/>
        <w:jc w:val="left"/>
      </w:pPr>
      <w:r>
        <w:rPr>
          <w:rFonts w:ascii="Microsoft YaHei" w:hAnsi="Microsoft YaHei" w:eastAsia="Microsoft YaHei" w:cs="Microsoft YaHei"/>
        </w:rPr>
        <w:t>「推羅嘅牆」代表推羅嘅保護.「牆」係十誡嘅象徵.</w:t>
      </w:r>
    </w:p>
    <w:p>
      <w:pPr>
        <w:pStyle w:val="ArticleScripture"/>
        <w:jc w:val="left"/>
      </w:pPr>
      <w:r>
        <w:rPr>
          <w:rFonts w:ascii="Microsoft YaHei" w:hAnsi="Microsoft YaHei" w:eastAsia="Microsoft YaHei" w:cs="Microsoft YaHei"/>
        </w:rPr>
        <w:t>「先知喺呢度描寫一班子民：當普遍離棄真理同公義嘅時候,佢哋正尋求恢復嗰啲作為上帝國度根基嘅原則.佢哋就係修補上帝律法中所造成之破口嘅人——嗰道祂為保護祂所揀選之民而設立嘅牆;而順服其中關於公義、真理同純潔嘅訓詞,就要成為佢哋永遠嘅保障.」«先知與君王»,677.</w:t>
      </w:r>
    </w:p>
    <w:p>
      <w:pPr>
        <w:pStyle w:val="ArticleBody"/>
        <w:jc w:val="left"/>
      </w:pPr>
      <w:r>
        <w:rPr>
          <w:rFonts w:ascii="Microsoft YaHei" w:hAnsi="Microsoft YaHei" w:eastAsia="Microsoft YaHei" w:cs="Microsoft YaHei"/>
        </w:rPr>
        <w:t>上帝嘅律法係一道保護嘅牆;但「牆」用複數時,乃係指嗰兩項曾經「保護」並帶嚟推羅繁榮同成功嘅原則;而推羅,乃係美國共和國之角嘅表號.</w:t>
      </w:r>
    </w:p>
    <w:p>
      <w:pPr>
        <w:pStyle w:val="ArticleScripture"/>
        <w:jc w:val="left"/>
      </w:pPr>
      <w:r>
        <w:rPr>
          <w:rFonts w:ascii="Microsoft YaHei" w:hAnsi="Microsoft YaHei" w:eastAsia="Microsoft YaHei" w:cs="Microsoft YaHei"/>
        </w:rPr>
        <w:t>「『而且佢有兩隻角,好似羊羔咁.』呢對似羊羔嘅角,表明青春、純真同溫柔,恰如其分噉代表咗美國嘅性格;當美國喺1798年以『興起』嘅姿態呈現畀先知睇見之時,正係如此.最早逃往美洲、為咗避開王權嘅壓迫同祭司階層嘅不容忍而尋求庇護嘅基督徒流亡者之中,有好多人立志要喺公民自由同宗教自由呢個廣闊根基之上建立政府.佢哋嘅主張喺«獨立宣言»之中得到表述;宣言闡明咗呢一項重大真理：『人人生而平等』,並且被賦予不可剝奪嘅權利,就係『生命、自由,同埋追求幸福』.而«憲法»則保障人民享有自治之權,規定由人民投票選出嘅代表負責制定同執行法律.宗教信仰自由亦都獲得賦予,人人都獲准按照自己良心嘅指引去敬拜上帝.共和政體同新教主義成為呢個國家嘅基本原則.呢啲原則就係佢力量同繁榮嘅秘訣.遍及整個基督教世界之中受壓迫、受踐踏嘅人,都懷住關注同盼望轉向呢片土地.數以百萬計嘅人尋求嚟到佢嘅海岸,而美國亦已興起,躋身地上最強大嘅國家之列.…」</w:t>
      </w:r>
    </w:p>
    <w:p>
      <w:pPr>
        <w:pStyle w:val="ArticleScripture"/>
        <w:jc w:val="left"/>
      </w:pPr>
      <w:r>
        <w:rPr>
          <w:rFonts w:ascii="Microsoft YaHei" w:hAnsi="Microsoft YaHei" w:eastAsia="Microsoft YaHei" w:cs="Microsoft YaHei"/>
        </w:rPr>
        <w:t>象徵中嗰如羊羔嘅角同埋龍嘅聲音,指出由此所代表之國家,其所宣稱者同其所實行者之間,有一種極其顯著嘅矛盾.該國之「說話」,乃指其立法同司法當局嘅行動.藉住呢啲行動,佢將會否定自己所提出、作為其政策基礎嘅嗰啲自由同和平原則.預言話佢要「好似龍咁說話」,又要施行「頭一個獸所有嘅權柄」,清楚預告咗,嗰由龍同豹形獸所代表嘅列國曾經表現出嚟之不容異己同逼迫之精神,將會有所發展.而嗰句話——有兩角嘅獸「叫地和住在地上的人拜頭一個獸」——表明呢個國家嘅權柄,將會運用於強制推行某種遵守之事,而呢件事本身就係一種向教皇制表示敬拜嘅行動.</w:t>
      </w:r>
    </w:p>
    <w:p>
      <w:pPr>
        <w:pStyle w:val="ArticleScripture"/>
        <w:jc w:val="left"/>
      </w:pPr>
      <w:r>
        <w:rPr>
          <w:rFonts w:ascii="Microsoft YaHei" w:hAnsi="Microsoft YaHei" w:eastAsia="Microsoft YaHei" w:cs="Microsoft YaHei"/>
        </w:rPr>
        <w:t>「呢種行動,會係直接違背呢個政府嘅原則,違背其自由制度嘅精神,違背«獨立宣言»明確而莊嚴嘅宣告,亦都違背«憲法».國家嘅締造者有智慧噉設法防範教會運用世俗權力,因為其無可避免嘅結果,就係唔容異己同迫害.«憲法»規定：『國會不得制定有關確立宗教嘅法律,或者禁止宗教自由實踐;』並且規定：『合眾國屬下任何官職或公職資格,永不可要求任何宗教測試.』只有公然違反呢啲保障國家自由嘅防線,先至可能由民事權力強制推行任何宗教禮儀.然而,呢種行動所表現出嚟嘅矛盾,同象徵中所描繪嘅並無二致.嗰獸有如羊羔嘅角——外表上純潔、溫柔、無害——說話卻好似龍一樣.」«善惡之爭»,441,442.</w:t>
      </w:r>
    </w:p>
    <w:p>
      <w:pPr>
        <w:pStyle w:val="ArticleBody"/>
        <w:jc w:val="left"/>
      </w:pPr>
      <w:r>
        <w:rPr>
          <w:rFonts w:ascii="Microsoft YaHei" w:hAnsi="Microsoft YaHei" w:eastAsia="Microsoft YaHei" w:cs="Microsoft YaHei"/>
        </w:rPr>
        <w:t>美利堅合眾國嘅根基,係由«獨立宣言»同埋«憲法»所表徵;兩者分別代表新教主義同共和主義.嗰啲保護同繁榮嘅「牆」,就係共和主義同新教主義;而到咗星期日法案之時,«獨立宣言»同«憲法»兩者嘅原則都被推翻,因為尼布甲尼撒「必設攻城器械攻擊你嘅城牆,又用斧頭拆毀你嘅城樓.」</w:t>
      </w:r>
    </w:p>
    <w:p>
      <w:pPr>
        <w:pStyle w:val="ArticleBody"/>
        <w:jc w:val="left"/>
      </w:pPr>
      <w:r>
        <w:rPr>
          <w:rFonts w:ascii="Microsoft YaHei" w:hAnsi="Microsoft YaHei" w:eastAsia="Microsoft YaHei" w:cs="Microsoft YaHei"/>
        </w:rPr>
        <w:t>到咗星期日法令之時,一切「高樓」都必被拆毀;而高樓乃係教會嘅象徵,其根基性嘅哲學,乃係以人自救之努力為代表.論到寧錄,嗰位大叛逆者,同埋佢嘅高樓,«先知與君王»話畀我哋知：「當嗰座塔部分建成之後,其中一部分畀建造者作為居所;其餘房間則華麗佈置、妝飾精美,奉獻畀佢哋嘅偶像.人民因自己嘅成功而歡喜,讚美金銀之神,並起來敵擋天地嘅統治者.」到咗星期日法令之時,推羅因耶路撒冷傾覆而歡喜;但國家性嘅背道隨之而來嘅,乃係國家性嘅毀滅,而北方王嗰時就要傾覆美國嘅城牆同高樓.</w:t>
      </w:r>
    </w:p>
    <w:p>
      <w:pPr>
        <w:pStyle w:val="ArticleBody"/>
        <w:jc w:val="left"/>
      </w:pPr>
      <w:r>
        <w:rPr>
          <w:rFonts w:ascii="Microsoft YaHei" w:hAnsi="Microsoft YaHei" w:eastAsia="Microsoft YaHei" w:cs="Microsoft YaHei"/>
        </w:rPr>
        <w:t>我哋將會喺下一篇文章開始論述以西結書中耶路撒冷嘅六個日期.</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第四十節嘅隱藏歷史——二十七號數字</dc:title>
  <dc:subject>以西結書第八章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