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icrosoft YaHei" w:hAnsi="Microsoft YaHei" w:eastAsia="Microsoft YaHei" w:cs="Microsoft YaHei"/>
        </w:rPr>
        <w:t>第四十節嘅隱藏歷史——第三十二號</w:t>
      </w:r>
    </w:p>
    <w:p>
      <w:pPr>
        <w:pStyle w:val="ArticleSubtitle"/>
        <w:jc w:val="left"/>
      </w:pPr>
      <w:r>
        <w:rPr>
          <w:rFonts w:ascii="Microsoft YaHei" w:hAnsi="Microsoft YaHei" w:eastAsia="Microsoft YaHei" w:cs="Microsoft YaHei"/>
        </w:rPr>
        <w:t>以西結書第十三章</w:t>
      </w:r>
    </w:p>
    <w:p>
      <w:pPr>
        <w:pStyle w:val="ArticleByline"/>
        <w:jc w:val="left"/>
      </w:pPr>
      <w:r>
        <w:rPr>
          <w:rFonts w:ascii="Microsoft YaHei" w:hAnsi="Microsoft YaHei" w:eastAsia="Microsoft YaHei" w:cs="Microsoft YaHei"/>
        </w:rPr>
        <w:t>Jeff Pippenger</w:t>
      </w:r>
    </w:p>
    <w:p>
      <w:pPr>
        <w:pStyle w:val="ArticleDate"/>
        <w:jc w:val="left"/>
      </w:pPr>
      <w:r>
        <w:rPr>
          <w:rFonts w:ascii="Microsoft YaHei" w:hAnsi="Microsoft YaHei" w:eastAsia="Microsoft YaHei" w:cs="Microsoft YaHei"/>
        </w:rPr>
        <w:t>2026-10-02</w:t>
      </w:r>
    </w:p>
    <w:p>
      <w:pPr>
        <w:pStyle w:val="ArticleBody"/>
        <w:jc w:val="left"/>
      </w:pPr>
      <w:r>
        <w:rPr>
          <w:rFonts w:ascii="Microsoft YaHei" w:hAnsi="Microsoft YaHei" w:eastAsia="Microsoft YaHei" w:cs="Microsoft YaHei"/>
        </w:rPr>
        <w:t>«以西結書»入面嘅警告信息,就係「被圍困嘅預兆」.當圍困開始嗰陣,以西結嘅妻子死咗,而以西結受命唔可以為佢嘅死哀悼.佢嘅死,同埋佢對佢嘅死冇哀悼,一同象徵住圍困,同埋耶路撒冷將要臨近嘅毀滅.佢嘅行動同埋佢妻子嘅死,構成一個警告嘅記號,預表將來由耶穌所設立嘅警告記號,即係「那行毀壞可憎的」.</w:t>
      </w:r>
    </w:p>
    <w:p>
      <w:pPr>
        <w:pStyle w:val="ArticleScripture"/>
        <w:jc w:val="left"/>
      </w:pPr>
      <w:r>
        <w:rPr>
          <w:rFonts w:ascii="Microsoft YaHei" w:hAnsi="Microsoft YaHei" w:eastAsia="Microsoft YaHei" w:cs="Microsoft YaHei"/>
        </w:rPr>
        <w:t>所以,你哋幾時見到嗰行毀壞可憎之物——就係但以理先知所講嘅——企喺聖地,（讀者務要會意.）馬太福音 24:15.</w:t>
      </w:r>
    </w:p>
    <w:p>
      <w:pPr>
        <w:pStyle w:val="ArticleBody"/>
        <w:jc w:val="left"/>
      </w:pPr>
      <w:r>
        <w:rPr>
          <w:rFonts w:ascii="Microsoft YaHei" w:hAnsi="Microsoft YaHei" w:eastAsia="Microsoft YaHei" w:cs="Microsoft YaHei"/>
        </w:rPr>
        <w:t>當羅馬軍旗被置於聖殿範圍之內時,耶路撒冷嘅基督徒就要逃離嗰座城.關於耶路撒冷毀滅之兆嘅兩位見證者,強調咗喺圍城之前辨認出呢個「兆頭」之嚴肅性;而靈感之言更進一步指出,呢兩位見證者喺末後嘅日子有其「更直接嘅應用」.論到基督對耶路撒冷毀滅所發出嘅警告,並將之同以西結同約翰身處聖殿異象聯繫起嚟,懷愛倫姊妹寫道：</w:t>
      </w:r>
    </w:p>
    <w:p>
      <w:pPr>
        <w:pStyle w:val="ArticleScripture"/>
        <w:jc w:val="left"/>
      </w:pPr>
      <w:r>
        <w:rPr>
          <w:rFonts w:ascii="Microsoft YaHei" w:hAnsi="Microsoft YaHei" w:eastAsia="Microsoft YaHei" w:cs="Microsoft YaHei"/>
        </w:rPr>
        <w:t>「呢啲預言雖然喺耶路撒冷被毀之時得到咗部分應驗,然而佢哋更直接係應用於末後嘅日子.」</w:t>
      </w:r>
    </w:p>
    <w:p>
      <w:pPr>
        <w:pStyle w:val="ArticleScripture"/>
        <w:jc w:val="left"/>
      </w:pPr>
      <w:r>
        <w:rPr>
          <w:rFonts w:ascii="Microsoft YaHei" w:hAnsi="Microsoft YaHei" w:eastAsia="Microsoft YaHei" w:cs="Microsoft YaHei"/>
        </w:rPr>
        <w:t>「我哋正企喺重大而莊嚴之事件嘅門檻上.預言正迅速應驗.主已經到門前.喺我哋面前,將快要展開一段使一切活人都深感關切嘅時期.過去嘅爭論將要再度興起;新嘅爭論亦將出現.將要喺我哋呢個世界上演嘅景象,至今甚至仍未有人夢想到.」«證言»卷五,753.</w:t>
      </w:r>
    </w:p>
    <w:p>
      <w:pPr>
        <w:pStyle w:val="ArticleBody"/>
        <w:jc w:val="left"/>
      </w:pPr>
      <w:r>
        <w:rPr>
          <w:rFonts w:ascii="Microsoft YaHei" w:hAnsi="Microsoft YaHei" w:eastAsia="Microsoft YaHei" w:cs="Microsoft YaHei"/>
        </w:rPr>
        <w:t>喺第四章,以西結奉命以行動演出一個比喻,強調「圍困嘅記號」.以西結喺佢書中五次以行動演出比喻,佢嘅弟兄卻唔肯看見.以西結又五次向佢嘅弟兄說話,佢哋卻唔肯聽.佢所演出嘅比喻同信息,說明咗一個五重嘅愚拙童女等級;呢等人拒絕領受與佢嘅比喻同言語相關之「知識」嘅增長.嗰啲言語同比喻都係直接同耶路撒冷嘅毀滅相連,而此事「對末後日子有更直接嘅應用.」</w:t>
      </w:r>
    </w:p>
    <w:p>
      <w:pPr>
        <w:pStyle w:val="ArticleScripture"/>
        <w:jc w:val="left"/>
      </w:pPr>
      <w:r>
        <w:rPr>
          <w:rFonts w:ascii="Microsoft YaHei" w:hAnsi="Microsoft YaHei" w:eastAsia="Microsoft YaHei" w:cs="Microsoft YaHei"/>
        </w:rPr>
        <w:t>人子呀,你要攞一塊瓦片,擺喺你面前,將嗰城,就是耶路撒冷,畫喺其上;又要攻擊呢城,築壘攻佢,堆土成臺攻佢;又要安營圍住佢,四圍設撞城錘攻佢.你又要攞個鐵鏊,立喺你同嗰城中間,作為鐵牆;你要面向呢城,令佢被圍困,你亦要圍攻佢.呢事要作以色列家嘅預兆.</w:t>
      </w:r>
    </w:p>
    <w:p>
      <w:pPr>
        <w:pStyle w:val="ArticleScripture"/>
        <w:jc w:val="left"/>
      </w:pPr>
      <w:r>
        <w:rPr>
          <w:rFonts w:ascii="Microsoft YaHei" w:hAnsi="Microsoft YaHei" w:eastAsia="Microsoft YaHei" w:cs="Microsoft YaHei"/>
        </w:rPr>
        <w:t>你亦要瞓喺左邊,以色列家嘅罪孽要擺喺其上;你瞓喺其上幾多日,就要擔當佢哋嘅罪孽幾多日.因為我已將佢哋罪孽嘅年數,按住日數加喺你身上,共三百九十日;你要咁樣擔當以色列家嘅罪孽.及至你滿咗呢啲日子,就要再瞓喺右邊,擔當猶大家嘅罪孽四十日;我定咗一日頂一年.所以你要向住耶路撒冷被圍困嘅事定睛而望,露出你嘅膀臂,向城說預言.看哪,我必用繩索捆綁你,叫你唔可以由呢邊轉到嗰邊,直到你滿咗你圍困嘅日子.以西結書 4:1–8.</w:t>
      </w:r>
    </w:p>
    <w:p>
      <w:pPr>
        <w:pStyle w:val="ArticleHeading"/>
        <w:jc w:val="left"/>
      </w:pPr>
      <w:r>
        <w:rPr>
          <w:rFonts w:ascii="Microsoft YaHei" w:hAnsi="Microsoft YaHei" w:eastAsia="Microsoft YaHei" w:cs="Microsoft YaHei"/>
        </w:rPr>
        <w:t>記號</w:t>
      </w:r>
    </w:p>
    <w:p>
      <w:pPr>
        <w:pStyle w:val="ArticleBody"/>
        <w:jc w:val="left"/>
      </w:pPr>
      <w:r>
        <w:rPr>
          <w:rFonts w:ascii="Microsoft YaHei" w:hAnsi="Microsoft YaHei" w:eastAsia="Microsoft YaHei" w:cs="Microsoft YaHei"/>
        </w:rPr>
        <w:t>「兆頭」呢個詞喺«以西結書»出現咗九次.喺第四章,耶路撒冷被圍困乃係向以色列家所顯明嘅「兆頭」.喺第十二章,以西結再次成為「兆頭」,指明耶路撒冷被圍困同埋被毀滅.</w:t>
      </w:r>
    </w:p>
    <w:p>
      <w:pPr>
        <w:pStyle w:val="ArticleScripture"/>
        <w:jc w:val="left"/>
      </w:pPr>
      <w:r>
        <w:rPr>
          <w:rFonts w:ascii="Microsoft YaHei" w:hAnsi="Microsoft YaHei" w:eastAsia="Microsoft YaHei" w:cs="Microsoft YaHei"/>
        </w:rPr>
        <w:t>人子啊,你住喺悖逆之家中間;佢哋有眼可以睇,卻睇唔見;有耳可以聽,卻聽唔到;因為佢哋係悖逆之家.所以,人子啊,你要為自己預備遷徙所用之物,並要喺佢哋眼前,日間遷移出去;你要喺佢哋眼前,由你嘅地方遷到另一個地方;或者佢哋會留意,雖然佢哋係悖逆之家.到時,你要喺佢哋眼前,日間攞出你嘅行裝,好似遷徙所用之物一樣;到黃昏,你要喺佢哋眼前出去,好似被擄出去嘅人一樣.你要喺佢哋眼前挖穿牆壁,從嗰度將物件搬出去.你要喺佢哋眼前將物件擔喺肩頭上,喺黃昏時分搬出去;你要遮住你嘅臉,免得你睇見地面;因為我已經立咗你作以色列家嘅預兆.以西結書 12:2–6.</w:t>
      </w:r>
    </w:p>
    <w:p>
      <w:pPr>
        <w:pStyle w:val="ArticleBody"/>
        <w:jc w:val="left"/>
      </w:pPr>
      <w:r>
        <w:rPr>
          <w:rFonts w:ascii="Microsoft YaHei" w:hAnsi="Microsoft YaHei" w:eastAsia="Microsoft YaHei" w:cs="Microsoft YaHei"/>
        </w:rPr>
        <w:t>當嗰個悖逆之家見到呢個以行動表達出嚟嘅比喻之時,佢哋唔明白其中所指為何,於是就求以西結向佢哋講解.</w:t>
      </w:r>
    </w:p>
    <w:p>
      <w:pPr>
        <w:pStyle w:val="ArticleScripture"/>
        <w:jc w:val="left"/>
      </w:pPr>
      <w:r>
        <w:rPr>
          <w:rFonts w:ascii="Microsoft YaHei" w:hAnsi="Microsoft YaHei" w:eastAsia="Microsoft YaHei" w:cs="Microsoft YaHei"/>
        </w:rPr>
        <w:t>人子啊,以色列家,即係嗰悖逆之家,豈唔係對你講過：「你做乜嘢呀？」你要對佢哋講：「主耶和華如此說：呢個默示係關乎耶路撒冷嘅君王,同埋喺佢哋中間嘅以色列全家.」你要講：「我係你哋嘅預兆;我點樣行咗,事情亦必照樣臨到佢哋：佢哋必被遷徙,被擄去.」以西結書 12:9–11.</w:t>
      </w:r>
    </w:p>
    <w:p>
      <w:pPr>
        <w:pStyle w:val="ArticleBody"/>
        <w:jc w:val="left"/>
      </w:pPr>
      <w:r>
        <w:rPr>
          <w:rFonts w:ascii="Microsoft YaHei" w:hAnsi="Microsoft YaHei" w:eastAsia="Microsoft YaHei" w:cs="Microsoft YaHei"/>
        </w:rPr>
        <w:t>耶路撒冷被圍困,乃係末後日子上帝子民嘅一個預兆.</w:t>
      </w:r>
    </w:p>
    <w:p>
      <w:pPr>
        <w:pStyle w:val="ArticleScripture"/>
        <w:jc w:val="left"/>
      </w:pPr>
      <w:r>
        <w:rPr>
          <w:rFonts w:ascii="Microsoft YaHei" w:hAnsi="Microsoft YaHei" w:eastAsia="Microsoft YaHei" w:cs="Microsoft YaHei"/>
        </w:rPr>
        <w:t>「每一位古代先知所講說嘅,與其話係為佢哋自己嘅時代,不如話更係為我哋嘅時代;所以,佢哋嘅預言乃係對我哋仍然有效.『佢哋遭遇呢一切事,都要作為鑑戒;並且寫在經上,正是警戒我哋呢末世嘅人.』哥林多前書 10:11.『佢哋得了啟示,知道佢哋所傳講嘅一切事,不是為自己,乃是為你哋;那些靠着從天上差來嘅聖靈傳福音給你哋嘅人,現今已將呢些事報給你哋;呢些事,連天使也切願察看.』彼得前書 1:12……」</w:t>
      </w:r>
    </w:p>
    <w:p>
      <w:pPr>
        <w:pStyle w:val="ArticleScripture"/>
        <w:jc w:val="left"/>
      </w:pPr>
      <w:r>
        <w:rPr>
          <w:rFonts w:ascii="Microsoft YaHei" w:hAnsi="Microsoft YaHei" w:eastAsia="Microsoft YaHei" w:cs="Microsoft YaHei"/>
        </w:rPr>
        <w:t>«聖經»已經將佢嘅寶藏為呢末後一代積聚起來,並且結集於一處.舊約歷史中一切重大嘅事件同莊嚴嘅作為,都已經喺呢末後嘅日子於教會之中重演,並且仍然不斷重演.—«信息選粹»卷三,338、339.</w:t>
      </w:r>
    </w:p>
    <w:p>
      <w:pPr>
        <w:pStyle w:val="ArticleHeading"/>
        <w:jc w:val="left"/>
      </w:pPr>
      <w:r>
        <w:rPr>
          <w:rFonts w:ascii="Microsoft YaHei" w:hAnsi="Microsoft YaHei" w:eastAsia="Microsoft YaHei" w:cs="Microsoft YaHei"/>
        </w:rPr>
        <w:t>就係呢一日</w:t>
      </w:r>
    </w:p>
    <w:p>
      <w:pPr>
        <w:pStyle w:val="ArticleBody"/>
        <w:jc w:val="left"/>
      </w:pPr>
      <w:r>
        <w:rPr>
          <w:rFonts w:ascii="Microsoft YaHei" w:hAnsi="Microsoft YaHei" w:eastAsia="Microsoft YaHei" w:cs="Microsoft YaHei"/>
        </w:rPr>
        <w:t>以西結喺呢個關於「耶路撒冷被圍困同毀滅」嘅行動比喻之中,乃係神末後日子子民嘅一個預兆.</w:t>
      </w:r>
    </w:p>
    <w:p>
      <w:pPr>
        <w:pStyle w:val="ArticleScripture"/>
        <w:jc w:val="left"/>
      </w:pPr>
      <w:r>
        <w:rPr>
          <w:rFonts w:ascii="Microsoft YaHei" w:hAnsi="Microsoft YaHei" w:eastAsia="Microsoft YaHei" w:cs="Microsoft YaHei"/>
        </w:rPr>
        <w:t>又喺第九年十月初十日,耶和華嘅話臨到我,話：「人子啊,你要記下呢一日嘅名,就係呢同一日;巴比倫王正正喺呢同一日進攻耶路撒冷.」</w:t>
      </w:r>
    </w:p>
    <w:p>
      <w:pPr>
        <w:pStyle w:val="ArticleScripture"/>
        <w:jc w:val="left"/>
      </w:pPr>
      <w:r>
        <w:rPr>
          <w:rFonts w:ascii="Microsoft YaHei" w:hAnsi="Microsoft YaHei" w:eastAsia="Microsoft YaHei" w:cs="Microsoft YaHei"/>
        </w:rPr>
        <w:t>你要向呢個悖逆之家講一個比喻,對佢哋話：主耶和華如此說：把鍋放上,放上鍋,也把水倒喺其中;將肉塊聚集入去,就係各樣好嘅肉塊,大腿同肩頭;用上好嘅骨頭裝滿其中.取羊群中最上好嘅,也把柴堆喺鍋底下焚燒,使鍋大大滾沸,連其中嘅骨頭也要煮在其內. 所以主耶和華如此說：有禍了,這流人血的城,這鍋中有鏽垢,且鏽垢未曾除去的鍋！要一塊一塊將其中之物取出來;不可為它拈鬮.因為她的血在她中間;她把血倒在光禿的磐石頂上,並沒有倒在地上,用塵土遮蓋;為要使忿怒發作,以施行報應;我已將她的血放在光禿的磐石頂上,使其不得遮蓋.</w:t>
      </w:r>
    </w:p>
    <w:p>
      <w:pPr>
        <w:pStyle w:val="ArticleScripture"/>
        <w:jc w:val="left"/>
      </w:pPr>
      <w:r>
        <w:rPr>
          <w:rFonts w:ascii="Microsoft YaHei" w:hAnsi="Microsoft YaHei" w:eastAsia="Microsoft YaHei" w:cs="Microsoft YaHei"/>
        </w:rPr>
        <w:t>所以主耶和華如此說：禍哉,呢座流人血嘅城！我必使柴堆增大,以供焚燒.你要堆上柴,點着火,煮爛肉,把香料調勻,又叫骨頭燒着.然後將鍋倒空,擺喺炭火之上,使鍋嘅銅燒熱,甚至燒紅,叫其中嘅污穢鎔化,鍋中嘅渣滓都被燒盡.她因虛謊使自己困乏;她厚重嘅渣滓仍未從她裏面除去：她嘅渣滓必要留喺火中.你嘅污穢之中有淫行;因為我潔淨你,你卻未曾得潔淨,所以你必不再從你嘅污穢中得潔淨,直至我使我嘅烈怒向你止息.我耶和華已經說了：這事必然成就,我必如此行;我必不轉意,也不顧惜,也不後悔;人必按你嘅行徑,照你所作嘅審判你.這是主耶和華說的.</w:t>
      </w:r>
    </w:p>
    <w:p>
      <w:pPr>
        <w:pStyle w:val="ArticleScripture"/>
        <w:jc w:val="left"/>
      </w:pPr>
      <w:r>
        <w:rPr>
          <w:rFonts w:ascii="Microsoft YaHei" w:hAnsi="Microsoft YaHei" w:eastAsia="Microsoft YaHei" w:cs="Microsoft YaHei"/>
        </w:rPr>
        <w:t>耶和華嘅話又臨到我,話：「人子啊,看哪,我要一擊奪去你眼中所愛嘅;但你唔可悲哀,唔可哭泣,眼淚也不可流落.只可暗暗歎息,不可為死人舉哀;頭上要束上裹頭巾,腳上要着鞋,不可遮掩嘴唇,也不可食人所送嘅餅.」於是我朝早向百姓說話;到咗晚上,我妻子就死咗.第二朝,我就照所吩咐我嘅去行.百姓問我：「你這樣行,唔話畀我哋知這些事與我哋有乜關係嗎？」</w:t>
      </w:r>
    </w:p>
    <w:p>
      <w:pPr>
        <w:pStyle w:val="ArticleScripture"/>
        <w:jc w:val="left"/>
      </w:pPr>
      <w:r>
        <w:rPr>
          <w:rFonts w:ascii="Microsoft YaHei" w:hAnsi="Microsoft YaHei" w:eastAsia="Microsoft YaHei" w:cs="Microsoft YaHei"/>
        </w:rPr>
        <w:t>我就回答佢哋話：「耶和華嘅話臨到我,話：你要對以色列家講,主耶和華如此說：看哪,我必使我嘅聖所被褻瀆;呢聖所本係你哋能力所誇耀嘅榮美、你哋眼目所戀慕嘅、你哋心裏所憐惜嘅;而你哋所留下嘅兒女,必倒喺刀下.你哋必照我所行嘅去行：唔可以掩住嘴唇,亦唔可以食人所送嘅餅.你哋嘅裹頭巾要戴喺頭上,鞋要穿喺腳上;唔可以哀哭流淚,卻要因你哋嘅罪孽而漸漸消瘦,彼此悲歎.咁樣,以西結就作你哋嘅預兆：凡佢所行嘅,你哋都要照樣去行;到者事臨到嘅時候,你哋就知道我係主耶和華.」以西結書 24:1–24.</w:t>
      </w:r>
    </w:p>
    <w:p>
      <w:pPr>
        <w:pStyle w:val="ArticleBody"/>
        <w:jc w:val="left"/>
      </w:pPr>
      <w:r>
        <w:rPr>
          <w:rFonts w:ascii="Microsoft YaHei" w:hAnsi="Microsoft YaHei" w:eastAsia="Microsoft YaHei" w:cs="Microsoft YaHei"/>
        </w:rPr>
        <w:t>以西結係一個預兆,指出耶路撒冷受圍困之開始,及其最終被毀滅;其後,老底嘉之基督復臨安息日會教會成員被擄.</w:t>
      </w:r>
    </w:p>
    <w:p>
      <w:pPr>
        <w:pStyle w:val="ArticleScripture"/>
        <w:jc w:val="left"/>
      </w:pPr>
      <w:r>
        <w:rPr>
          <w:rFonts w:ascii="Microsoft YaHei" w:hAnsi="Microsoft YaHei" w:eastAsia="Microsoft YaHei" w:cs="Microsoft YaHei"/>
        </w:rPr>
        <w:t>「當基督由橄欖山頂俯視之時,祂看見每一間教會都存在着呢種景況.呢啲警告臨到一切跟隨耶路撒冷百姓腳蹤嘅人;佢哋曾領受極大嘅亮光.呢班百姓擺喺我哋面前,作為鑑戒.喺我哋呢個時代,人若拒絕上帝嘅警告,就係重複緊耶路撒冷嘅罪.主看見人嘅代理所睇唔見、亦唔肯睇見嘅事——就係巴特爾克里克一切人為籌劃嘅結局.祂已經做咗一切一位上帝所能做嘅事.祂曾將亮光閃照喺百姓眼前,免得佢哋嘅罪達到一個界限,以致再不能感受到悔改.但係,經過長久偏離公正同公義原則嘅過程,人已經將自己置於一個地步,以致唔能分辨亮光同真理、公義同憐憫.呢條道路已經成為佢哋本性嘅一部分.」«證言»卷八,68.</w:t>
      </w:r>
    </w:p>
    <w:p>
      <w:pPr>
        <w:pStyle w:val="ArticleHeading"/>
        <w:jc w:val="left"/>
      </w:pPr>
      <w:r>
        <w:rPr>
          <w:rFonts w:ascii="Microsoft YaHei" w:hAnsi="Microsoft YaHei" w:eastAsia="Microsoft YaHei" w:cs="Microsoft YaHei"/>
        </w:rPr>
        <w:t>阿爾法與俄梅戛嘅兩位見證人</w:t>
      </w:r>
    </w:p>
    <w:p>
      <w:pPr>
        <w:pStyle w:val="ArticleBody"/>
        <w:jc w:val="left"/>
      </w:pPr>
      <w:r>
        <w:rPr>
          <w:rFonts w:ascii="Microsoft YaHei" w:hAnsi="Microsoft YaHei" w:eastAsia="Microsoft YaHei" w:cs="Microsoft YaHei"/>
        </w:rPr>
        <w:t>以西結曾經由超自然嘅作為變成啞口;並且佢曾被告知,當耶路撒冷陷落之時,佢必再次能夠說話,並且到嗰時,佢就要成為一個「預兆」.以西結喺妻子死時並無哀悼,呢件事標誌住圍城開始之初嘅阿拉法預兆;而當耶路撒冷陷落時,以西結開口說話,就係俄梅加預兆.由圍困直到毀滅,呢段時期喺起始同終結都各有一個預兆作為標記.喺同一個表徵之內,另有第二個關於阿拉法同俄梅加預兆嘅見證：以西結「眼目所喜愛的」之死,乃係阿拉法;而百姓「眼目所喜愛的」之死,則係呢段時期嘅俄梅加預兆.呢一年半嘅時期,帶有阿拉法同俄梅加嘅兩個見證.以西結妻子之死,表徵住軍旅被擄同被踐踏;而耶路撒冷作為俄梅加之死,則表徵聖所被踐踏.</w:t>
      </w:r>
    </w:p>
    <w:p>
      <w:pPr>
        <w:pStyle w:val="ArticleScripture"/>
        <w:jc w:val="left"/>
      </w:pPr>
      <w:r>
        <w:rPr>
          <w:rFonts w:ascii="Microsoft YaHei" w:hAnsi="Microsoft YaHei" w:eastAsia="Microsoft YaHei" w:cs="Microsoft YaHei"/>
        </w:rPr>
        <w:t>咁樣,以西結就作你哋嘅預兆;凡佢所行嘅,你哋都要照樣行.到呢事臨到嘅時候,你哋就知道我係主耶和華.人子啊,到我從佢哋中間奪去佢哋嘅能力、佢哋榮耀所喜樂嘅、佢哋眼目所戀慕嘅,同埋佢哋心裏所掛念嘅——就係佢哋嘅兒子同女兒——嗰日,豈唔係有逃脫嘅人嚟到你呢度,使你親耳聽見呢事嗎？到嗰日,你嘅口必向嗰逃脫嘅人開啟,你必說話,不再啞口;你亦要作佢哋嘅預兆,佢哋就知道我係耶和華.以西結書 24:24–27.</w:t>
      </w:r>
    </w:p>
    <w:p>
      <w:pPr>
        <w:pStyle w:val="ArticleHeading"/>
        <w:jc w:val="left"/>
      </w:pPr>
      <w:r>
        <w:rPr>
          <w:rFonts w:ascii="Microsoft YaHei" w:hAnsi="Microsoft YaHei" w:eastAsia="Microsoft YaHei" w:cs="Microsoft YaHei"/>
        </w:rPr>
        <w:t>六種死亡</w:t>
      </w:r>
    </w:p>
    <w:p>
      <w:pPr>
        <w:pStyle w:val="ArticleBody"/>
        <w:jc w:val="left"/>
      </w:pPr>
      <w:r>
        <w:rPr>
          <w:rFonts w:ascii="Microsoft YaHei" w:hAnsi="Microsoft YaHei" w:eastAsia="Microsoft YaHei" w:cs="Microsoft YaHei"/>
        </w:rPr>
        <w:t>以西結妻子之死,標誌住圍城嘅開始,同埋耶路撒冷之死;喺預言表號上,耶路撒冷乃係基督嘅新婦,並且說明嗰條快將來到嘅星期日法令;而呢條法令之前,有一段由圍城所表徵嘅時期.圍城嘅時期同毀滅乃係兩個各自分明、卻又直接相連嘅路標.圍城係一段時期,而毀滅則係一個時間點.毀滅就係星期日法令;而喺此之前,乃有獸像形成嘅時期.獸像嘅時期,以獸印作結.當耶穌喺«馬太福音»二十四章指出耶路撒冷被毀滅嘅預兆之時,祂亦都提到挪亞嘅日子.</w:t>
      </w:r>
    </w:p>
    <w:p>
      <w:pPr>
        <w:pStyle w:val="ArticleScripture"/>
        <w:jc w:val="left"/>
      </w:pPr>
      <w:r>
        <w:rPr>
          <w:rFonts w:ascii="Microsoft YaHei" w:hAnsi="Microsoft YaHei" w:eastAsia="Microsoft YaHei" w:cs="Microsoft YaHei"/>
        </w:rPr>
        <w:t>挪亞嘅日子點樣,人子降臨嘅時候亦都要點樣.因為洪水以前嗰啲日子,人照常食、照常飲、娶妻嫁女,直到挪亞入方舟嗰日;到洪水嚟到,把佢哋全部沖去,佢哋先至知道;人子降臨亦都要係咁樣.馬太福音 24:37–39.</w:t>
      </w:r>
    </w:p>
    <w:p>
      <w:pPr>
        <w:pStyle w:val="ArticleBody"/>
        <w:jc w:val="left"/>
      </w:pPr>
      <w:r>
        <w:rPr>
          <w:rFonts w:ascii="Microsoft YaHei" w:hAnsi="Microsoft YaHei" w:eastAsia="Microsoft YaHei" w:cs="Microsoft YaHei"/>
        </w:rPr>
        <w:t>喺挪亞嘅日子,恩典時期嘅門被關上;呢件事乃係預表將要迅速來到嘅星期日法令,而後者亦由1844年10月22日關門一事所預表.由1844年8月12日至17日埃克塞特營會開始嘅時期,乃代表一段引向關門嘅預言時期.</w:t>
      </w:r>
    </w:p>
    <w:p>
      <w:pPr>
        <w:pStyle w:val="ArticleBody"/>
        <w:jc w:val="left"/>
      </w:pPr>
      <w:r>
        <w:rPr>
          <w:rFonts w:ascii="Microsoft YaHei" w:hAnsi="Microsoft YaHei" w:eastAsia="Microsoft YaHei" w:cs="Microsoft YaHei"/>
        </w:rPr>
        <w:t>喺挪亞嘅日子,挪亞代表第三位天使;而第三位天使喺1844年10月22日到達咗關閉嘅門.喺挪亞嘅日子,正如耶穌所講,乃係「人子降臨」嘅樣式;«啟示錄»第十四章嘅三位天使引領人去到嗰道關閉嘅門.威廉・米勒代表第一位天使嘅信息,並喺挪亞嘅日子由以諾所預表.«猶大書»指出,以諾嘅信息乃係同米勒嘅信息相對應.</w:t>
      </w:r>
    </w:p>
    <w:p>
      <w:pPr>
        <w:pStyle w:val="ArticleScripture"/>
        <w:jc w:val="left"/>
      </w:pPr>
      <w:r>
        <w:rPr>
          <w:rFonts w:ascii="Microsoft YaHei" w:hAnsi="Microsoft YaHei" w:eastAsia="Microsoft YaHei" w:cs="Microsoft YaHei"/>
        </w:rPr>
        <w:t>亞當嘅第七代以諾,亦曾指住呢啲人講預言,話：「睇哪,主帶住佢千千萬萬嘅聖者降臨,為要審判眾人,又要叫其中一切不敬虔嘅人,因佢哋一切以不敬虔所行嘅不敬虔行為,並因不敬虔嘅罪人敵擋佢所講一切剛愎嘅話,都被定罪.」猶大書 1:14, 15.</w:t>
      </w:r>
    </w:p>
    <w:p>
      <w:pPr>
        <w:pStyle w:val="ArticleBody"/>
        <w:jc w:val="left"/>
      </w:pPr>
      <w:r>
        <w:rPr>
          <w:rFonts w:ascii="Microsoft YaHei" w:hAnsi="Microsoft YaHei" w:eastAsia="Microsoft YaHei" w:cs="Microsoft YaHei"/>
        </w:rPr>
        <w:t>米勒所傳嘅第一位天使信息,宣告咗嗰個以以諾嘅信息作預表嘅「審判」.以諾嘅起頭,被標明為「亞當嘅第七代」.米勒嘅信息,乃係隨住臨到北國嘅「七次」來到而開始,亦隨之而結束;而喺四十六年之後,第三位天使喺1844年10月22日來到,嗰時臨到南國嘅「七次」已經應驗.以諾同米勒,二者都係審判時辰嘅使者,佢哋嘅開始都係以「七」呢個數字被指明.由以諾開始嘅時期,終結於七日——嗰七日之內,走獸進入方舟,直到個門被超自然地關上.耶穌時常以起頭說明末後.</w:t>
      </w:r>
    </w:p>
    <w:p>
      <w:pPr>
        <w:pStyle w:val="ArticleBody"/>
        <w:jc w:val="left"/>
      </w:pPr>
      <w:r>
        <w:rPr>
          <w:rFonts w:ascii="Microsoft YaHei" w:hAnsi="Microsoft YaHei" w:eastAsia="Microsoft YaHei" w:cs="Microsoft YaHei"/>
        </w:rPr>
        <w:t>以諾生瑪土撒拉;瑪土撒拉又生拉麥.拉麥同瑪土撒拉表徵第二位天使的信息,亦表徵半夜呼喊的信息.半夜呼喊一直推進,直到恩門關閉;因此,佢由瑪土撒拉所表徵,因為瑪土撒拉死於洪水之年.拉麥表徵第二位天使的信息,而拉麥喺洪水之前五年去世.由拉麥之死直到瑪土撒拉之死、即恩門關閉之時,呢五年預表以西結妻子之死,作為嗰段時期嘅開端;而嗰段時期最終導向基督新婦之死,基督嘅新婦乃由瑪土撒拉所表徵.</w:t>
      </w:r>
    </w:p>
    <w:p>
      <w:pPr>
        <w:pStyle w:val="ArticleBody"/>
        <w:jc w:val="left"/>
      </w:pPr>
      <w:r>
        <w:rPr>
          <w:rFonts w:ascii="Microsoft YaHei" w:hAnsi="Microsoft YaHei" w:eastAsia="Microsoft YaHei" w:cs="Microsoft YaHei"/>
        </w:rPr>
        <w:t>以諾預表於1798年到來嘅第一位天使;拉麥預表於1844年4月19日到來嘅第二位天使;瑪土撒拉預表由埃克塞特直到1844年10月22日關門之時嘅半夜呼聲,而呢關門乃係由挪亞所預表.由拉麥之死直到瑪土撒拉之死嗰五年,預表由公元前587年直到公元前586年嗰一年半.由拉麥到瑪土撒拉嗰五年,亦預表由1448年直到1453年嘅五年.</w:t>
      </w:r>
    </w:p>
    <w:p>
      <w:pPr>
        <w:pStyle w:val="ArticleBody"/>
        <w:jc w:val="left"/>
      </w:pPr>
      <w:r>
        <w:rPr>
          <w:rFonts w:ascii="Microsoft YaHei" w:hAnsi="Microsoft YaHei" w:eastAsia="Microsoft YaHei" w:cs="Microsoft YaHei"/>
        </w:rPr>
        <w:t>喺1448年10月31日,約翰．巴列奧略古斯逝世,而佢嘅兄弟君士坦丁十一世（最後一位君士坦丁）向伊斯蘭土耳其勢力求准登上東羅馬嘅皇位.佢喺1299年7月27日嘅降服,應驗咗«啟示錄»第九章第十節所載第二個一百五十年.喺約翰．巴列奧略古斯死後五年,佢嘅兄弟君士坦丁十一世喺君士坦丁堡城牆之上戰死,當時穆罕默德二世征服咗東羅馬嘅拜占庭帝國.Mehmed乃Mohammed之土耳其語變體,因此,第一位Mohammed於632年之死,開始咗«啟示錄»第九章第一個一百五十年嘅預言（載於第五節）;而八百二十一年之後,最後一位君士坦丁死於「第二位Mohammed」之手,呢預言亦告終結.喺Mohammed死前五年,佢曾預言羅馬嘅滅亡;而此事果然藉住名叫第二位Mohammed嘅土耳其人得以成就.</w:t>
      </w:r>
    </w:p>
    <w:p>
      <w:pPr>
        <w:pStyle w:val="ArticleBody"/>
        <w:jc w:val="left"/>
      </w:pPr>
      <w:r>
        <w:rPr>
          <w:rFonts w:ascii="Microsoft YaHei" w:hAnsi="Microsoft YaHei" w:eastAsia="Microsoft YaHei" w:cs="Microsoft YaHei"/>
        </w:rPr>
        <w:t>最後一位君士坦丁,即第十一位,死於君士坦丁堡之戰,因此指明由其兄約翰之死至其本人之死,共有五年.呢五年,乃由拉麥個仔之死,直到五年之後其父瑪土撒拉之死、方舟之門關閉嗰五年所預表.故此,以西結新婦之死,乃由拉麥之死所預表;二者一同為約翰・巴列奧略於1448年之死作見證.其後瑪土撒拉之死,則對應基督新婦之死以及主前586年耶路撒冷之毀滅;而二者一同又對應君士坦丁十一世之死.</w:t>
      </w:r>
    </w:p>
    <w:p>
      <w:pPr>
        <w:pStyle w:val="ArticleBody"/>
        <w:jc w:val="left"/>
      </w:pPr>
      <w:r>
        <w:rPr>
          <w:rFonts w:ascii="Microsoft YaHei" w:hAnsi="Microsoft YaHei" w:eastAsia="Microsoft YaHei" w:cs="Microsoft YaHei"/>
        </w:rPr>
        <w:t>一段以死亡開始、亦以死亡結束之預言時期嘅三個見證,說明咗獸像形成之時期,而此時期乃以獸之印記作結;並且,佢與米勒派歷史中午夜呼聲嘅宣告,以及我哋現今歷史中獸像形成、並以獸之印記作結之過程,彼此相符.當獸之印記喺即將來臨嘅星期日法令之下應驗之時,預言上嘅「說話」便會臨到;正如耶路撒冷被毀之時,以西結得以按自己嘅意志「說話」一樣.</w:t>
      </w:r>
    </w:p>
    <w:p>
      <w:pPr>
        <w:pStyle w:val="ArticleHeading"/>
        <w:jc w:val="left"/>
      </w:pPr>
      <w:r>
        <w:rPr>
          <w:rFonts w:ascii="Microsoft YaHei" w:hAnsi="Microsoft YaHei" w:eastAsia="Microsoft YaHei" w:cs="Microsoft YaHei"/>
        </w:rPr>
        <w:t>說話</w:t>
      </w:r>
    </w:p>
    <w:p>
      <w:pPr>
        <w:pStyle w:val="ArticleBody"/>
        <w:jc w:val="left"/>
      </w:pPr>
      <w:r>
        <w:rPr>
          <w:rFonts w:ascii="Microsoft YaHei" w:hAnsi="Microsoft YaHei" w:eastAsia="Microsoft YaHei" w:cs="Microsoft YaHei"/>
        </w:rPr>
        <w:t>喺星期日法案之時——此事乃由耶路撒冷被毀所預表——美國喺預言中嘅發聲被標明為假先知所發,因其說話如龍.</w:t>
      </w:r>
    </w:p>
    <w:p>
      <w:pPr>
        <w:pStyle w:val="ArticleScripture"/>
        <w:jc w:val="left"/>
      </w:pPr>
      <w:r>
        <w:rPr>
          <w:rFonts w:ascii="Microsoft YaHei" w:hAnsi="Microsoft YaHei" w:eastAsia="Microsoft YaHei" w:cs="Microsoft YaHei"/>
        </w:rPr>
        <w:t>我又看見另一隻獸從地裏上來;佢有兩隻角,好似羊羔一樣,說話卻好像龍.啟示錄 13:11.</w:t>
      </w:r>
    </w:p>
    <w:p>
      <w:pPr>
        <w:pStyle w:val="ArticleBody"/>
        <w:jc w:val="left"/>
      </w:pPr>
      <w:r>
        <w:rPr>
          <w:rFonts w:ascii="Microsoft YaHei" w:hAnsi="Microsoft YaHei" w:eastAsia="Microsoft YaHei" w:cs="Microsoft YaHei"/>
        </w:rPr>
        <w:t>到咗星期日法令嗰時,巴蘭第三次擊打佢隻驢;其後,隻驢就開聲說話.</w:t>
      </w:r>
    </w:p>
    <w:p>
      <w:pPr>
        <w:pStyle w:val="ArticleScripture"/>
        <w:jc w:val="left"/>
      </w:pPr>
      <w:r>
        <w:rPr>
          <w:rFonts w:ascii="Microsoft YaHei" w:hAnsi="Microsoft YaHei" w:eastAsia="Microsoft YaHei" w:cs="Microsoft YaHei"/>
        </w:rPr>
        <w:t>耶和華就開咗隻驢嘅口,佢就對巴蘭話：「我向你做錯咗乜嘢,你竟然打我呢三次？」巴蘭對隻驢話：「因為你戲弄我;但願我手中有把刀,依家我就殺咗你.」隻驢對巴蘭話：「我唔係你自己嘅驢咩？自從屬你以來,直到今日,你一直都騎我;我素常可曾咁樣待你呢？」佢話：「冇.」民數記 22:28–30</w:t>
      </w:r>
    </w:p>
    <w:p>
      <w:pPr>
        <w:pStyle w:val="ArticleBody"/>
        <w:jc w:val="left"/>
      </w:pPr>
      <w:r>
        <w:rPr>
          <w:rFonts w:ascii="Microsoft YaHei" w:hAnsi="Microsoft YaHei" w:eastAsia="Microsoft YaHei" w:cs="Microsoft YaHei"/>
        </w:rPr>
        <w:t>假先知喺星期日法令之時發聲,伊斯蘭亦都喺星期日法令之時發聲.兩者按預言而論,皆係假先知.到咗星期日法令之時,«哈巴谷書»嗰個曾經遲延嘅「異象」就發聲.</w:t>
      </w:r>
    </w:p>
    <w:p>
      <w:pPr>
        <w:pStyle w:val="ArticleScripture"/>
        <w:jc w:val="left"/>
      </w:pPr>
      <w:r>
        <w:rPr>
          <w:rFonts w:ascii="Microsoft YaHei" w:hAnsi="Microsoft YaHei" w:eastAsia="Microsoft YaHei" w:cs="Microsoft YaHei"/>
        </w:rPr>
        <w:t>因為呢個異象仲有一定嘅時候,到咗終局,佢必要發明,決不虛謊;雖然遲延,你總要等候;因為佢必然臨到,決不遲延.哈巴谷書 2:3.</w:t>
      </w:r>
    </w:p>
    <w:p>
      <w:pPr>
        <w:pStyle w:val="ArticleBody"/>
        <w:jc w:val="left"/>
      </w:pPr>
      <w:r>
        <w:rPr>
          <w:rFonts w:ascii="Microsoft YaHei" w:hAnsi="Microsoft YaHei" w:eastAsia="Microsoft YaHei" w:cs="Microsoft YaHei"/>
        </w:rPr>
        <w:t>哈巴谷乃係真正嘅先知,佢所講嘅說話同假先知相對.哈巴谷嘅「異象」藉住從前啞口嘅以西結之口發言,而其後佢嘅口就被開咗.作為神之口嘅應許,曾經賜畀耶利米.</w:t>
      </w:r>
    </w:p>
    <w:p>
      <w:pPr>
        <w:pStyle w:val="ArticleScripture"/>
        <w:jc w:val="left"/>
      </w:pPr>
      <w:r>
        <w:rPr>
          <w:rFonts w:ascii="Microsoft YaHei" w:hAnsi="Microsoft YaHei" w:eastAsia="Microsoft YaHei" w:cs="Microsoft YaHei"/>
        </w:rPr>
        <w:t>「我嘅痛苦點解長久不息,我嘅創傷點解無法醫治,不肯痊癒呢？你對我豈可全然好似說謊嘅人,又好似乾涸失信嘅水呢？」所以耶和華如此說：「你若歸回,我就使你再歸,叫你站喺我面前;你若將寶貴嘅同卑賤嘅分別出嚟,你就必作我嘅口.佢哋必歸向你,你卻不可歸向佢哋.」耶利米書 15:18, 19</w:t>
      </w:r>
    </w:p>
    <w:p>
      <w:pPr>
        <w:pStyle w:val="ArticleBody"/>
        <w:jc w:val="left"/>
      </w:pPr>
      <w:r>
        <w:rPr>
          <w:rFonts w:ascii="Microsoft YaHei" w:hAnsi="Microsoft YaHei" w:eastAsia="Microsoft YaHei" w:cs="Microsoft YaHei"/>
        </w:rPr>
        <w:t>喺星期日法臨到之時,撒迦利亞九個月嘅啞口無言就此終止;當佢開口講話,並證實自己個仔嘅名要叫約翰嘅時候,事情就成就咗.撒迦利亞象徵嗰啲唔信第三位天使信息之道嘅領導層;而約翰則象徵以利亞運動,即係嗰將要迎接基督第二次降臨嘅教會.</w:t>
      </w:r>
    </w:p>
    <w:p>
      <w:pPr>
        <w:pStyle w:val="ArticleScripture"/>
        <w:jc w:val="left"/>
      </w:pPr>
      <w:r>
        <w:rPr>
          <w:rFonts w:ascii="Microsoft YaHei" w:hAnsi="Microsoft YaHei" w:eastAsia="Microsoft YaHei" w:cs="Microsoft YaHei"/>
        </w:rPr>
        <w:t>撒迦利亞對天使說：「我憑着甚麼可以知道這事呢？因為我已經老了,我的妻子也年紀老邁.」天使回答他說：「我是加百列,侍立在神面前,奉差遣來對你說話,把這喜訊報給你.看哪,你必啞口,不能說話,直到這些事成就的日子;因為你不信我的話,這話到了時候必要應驗.」</w:t>
      </w:r>
    </w:p>
    <w:p>
      <w:pPr>
        <w:pStyle w:val="ArticleScripture"/>
        <w:jc w:val="left"/>
      </w:pPr>
      <w:r>
        <w:rPr>
          <w:rFonts w:ascii="Microsoft YaHei" w:hAnsi="Microsoft YaHei" w:eastAsia="Microsoft YaHei" w:cs="Microsoft YaHei"/>
        </w:rPr>
        <w:t>百姓等候撒迦利亞,見佢喺殿裏面逗留咗咁耐,就覺得希奇.及至佢出嚟嘅時候,竟不能對佢哋講說話;佢哋就明白佢喺殿裏見咗異象.因為佢只向佢哋打手勢,仍然不能出聲.路加福音 1:18–22.</w:t>
      </w:r>
    </w:p>
    <w:p>
      <w:pPr>
        <w:pStyle w:val="ArticleBody"/>
        <w:jc w:val="left"/>
      </w:pPr>
      <w:r>
        <w:rPr>
          <w:rFonts w:ascii="Microsoft YaHei" w:hAnsi="Microsoft YaHei" w:eastAsia="Microsoft YaHei" w:cs="Microsoft YaHei"/>
        </w:rPr>
        <w:t>撒迦利亞係屬於祭司第八班.</w:t>
      </w:r>
    </w:p>
    <w:p>
      <w:pPr>
        <w:pStyle w:val="ArticleScripture"/>
        <w:jc w:val="left"/>
      </w:pPr>
      <w:r>
        <w:rPr>
          <w:rFonts w:ascii="Microsoft YaHei" w:hAnsi="Microsoft YaHei" w:eastAsia="Microsoft YaHei" w:cs="Microsoft YaHei"/>
        </w:rPr>
        <w:t>當猶太王希律在位嘅日子,有一個祭司,名叫撒迦利亞,屬亞比雅班次;佢妻子亦都係亞倫嘅女兒,名叫以利沙伯.佢哋二人喺神面前都係義人,遵行主一切誡命同典章,無可指摘.只係冇孩子,因為以利沙伯不生育,而佢哋二人又都上咗年紀.當時,撒迦利亞按住班次次序喺神面前供祭司職分,照祭司職任嘅規矩,抽籤得咗入主殿燒香.燒香嘅時候,眾百姓都喺外面禱告.路加福音 1:5–10.</w:t>
      </w:r>
    </w:p>
    <w:p>
      <w:pPr>
        <w:pStyle w:val="ArticleBody"/>
        <w:jc w:val="left"/>
      </w:pPr>
      <w:r>
        <w:rPr>
          <w:rFonts w:ascii="Microsoft YaHei" w:hAnsi="Microsoft YaHei" w:eastAsia="Microsoft YaHei" w:cs="Microsoft YaHei"/>
        </w:rPr>
        <w:t>眾先知都係表徵末後日子;撒迦利亞進入聖殿,正如以西結一樣.佢屬於祭司第八班次,呢一點標誌住挪亞方舟上八個靈魂由舊世界進入新世界嘅象徵.佢同佢妻子二人都係無可指摘,然而撒迦利亞竟然疑惑加百列嘅說話.米勒派運動起初乃係非拉鐵非嘅（無可指摘）,但到咗1856年,就轉變為老底嘉.喺末後日子,天使嘅信息就係第三位天使嘅信息;而加百列對撒迦利亞所傳嘅信息,乃係代表第三位天使嘅信息,同時亦係以利亞嘅信息,正如施洗約翰所表徵者一樣.</w:t>
      </w:r>
    </w:p>
    <w:p>
      <w:pPr>
        <w:pStyle w:val="ArticleScripture"/>
        <w:jc w:val="left"/>
      </w:pPr>
      <w:r>
        <w:rPr>
          <w:rFonts w:ascii="Microsoft YaHei" w:hAnsi="Microsoft YaHei" w:eastAsia="Microsoft YaHei" w:cs="Microsoft YaHei"/>
        </w:rPr>
        <w:t>有主嘅使者向佢顯現,企喺香壇右邊.撒迦利亞見到,就驚惶不安,恐懼臨到佢身上.天使對佢話：「撒迦利亞,唔好驚,因為你嘅祈求已經蒙垂聽;你妻子以利沙伯要為你生一個兒子,你要畀佢起名叫約翰.你必有歡喜快樂;佢出世嘅時候,必有許多人因佢而歡樂.因為佢喺主面前必為大,清酒濃酒都唔飲,從母腹裏就被聖靈充滿.佢要使以色列人中間有好多人回轉歸於主—佢哋嘅神.佢必有以利亞嘅心志能力,行喺主前,叫父親嘅心轉向兒女,叫悖逆嘅人轉從義人嘅智慧,又為主預備合用嘅百姓.」撒迦利亞對天使話：「我憑着乜嘢可知道呢事呢？因為我已經老喇,我妻子亦都年紀老邁.」天使回答佢話：「我係加百列,侍立喺神面前,奉差而來對你說話,將呢好信息報畀你知.」路加福音 1:11–19.</w:t>
      </w:r>
    </w:p>
    <w:p>
      <w:pPr>
        <w:pStyle w:val="ArticleBody"/>
        <w:jc w:val="left"/>
      </w:pPr>
      <w:r>
        <w:rPr>
          <w:rFonts w:ascii="Microsoft YaHei" w:hAnsi="Microsoft YaHei" w:eastAsia="Microsoft YaHei" w:cs="Microsoft YaHei"/>
        </w:rPr>
        <w:t>撒迦利亞懷疑那將要來之以利亞嘅信息會得以應驗.</w:t>
      </w:r>
    </w:p>
    <w:p>
      <w:pPr>
        <w:pStyle w:val="ArticleScripture"/>
        <w:jc w:val="left"/>
      </w:pPr>
      <w:r>
        <w:rPr>
          <w:rFonts w:ascii="Microsoft YaHei" w:hAnsi="Microsoft YaHei" w:eastAsia="Microsoft YaHei" w:cs="Microsoft YaHei"/>
        </w:rPr>
        <w:t>看哪,耶和華大而可畏之日未到以前,我必差遣先知以利亞到你哋嗰度去.佢必使父親嘅心轉向兒女,兒女嘅心轉向父親,免得我嚟咒詛遍地.瑪拉基書 4:5, 6.</w:t>
      </w:r>
    </w:p>
    <w:p>
      <w:pPr>
        <w:pStyle w:val="ArticleBody"/>
        <w:jc w:val="left"/>
      </w:pPr>
      <w:r>
        <w:rPr>
          <w:rFonts w:ascii="Microsoft YaHei" w:hAnsi="Microsoft YaHei" w:eastAsia="Microsoft YaHei" w:cs="Microsoft YaHei"/>
        </w:rPr>
        <w:t>懷愛倫姊妹喺«以西結書»第九章蓋印嘅語境之中,指出點解老底嘉嘅基督復臨安息日會教會領導層,係由撒迦利亞嘅不信所預表.</w:t>
      </w:r>
    </w:p>
    <w:p>
      <w:pPr>
        <w:pStyle w:val="ArticleScripture"/>
        <w:jc w:val="left"/>
      </w:pPr>
      <w:r>
        <w:rPr>
          <w:rFonts w:ascii="Microsoft YaHei" w:hAnsi="Microsoft YaHei" w:eastAsia="Microsoft YaHei" w:cs="Microsoft YaHei"/>
        </w:rPr>
        <w:t>嗰等人若然唔因自己靈性嘅衰退而憂傷,又唔為別人嘅罪哀慟,就必被撇低,得唔着上帝嘅印.主吩咐祂嘅使者,即係手執殺戮兵器嘅人,話：「你哋要跟住佢行過全城去擊殺;你哋嘅眼唔好顧惜,亦唔好憐憫：要將老少、處女、嬰孩同婦女,全然殺盡;但凡身上有記號嘅人,你哋都唔可挨近;並且要從我嘅聖所起首.」於是佢哋就從殿前嘅長老開始.</w:t>
      </w:r>
    </w:p>
    <w:p>
      <w:pPr>
        <w:pStyle w:val="ArticleScripture"/>
        <w:jc w:val="left"/>
      </w:pPr>
      <w:r>
        <w:rPr>
          <w:rFonts w:ascii="Microsoft YaHei" w:hAnsi="Microsoft YaHei" w:eastAsia="Microsoft YaHei" w:cs="Microsoft YaHei"/>
        </w:rPr>
        <w:t>「我哋喺呢度睇到,教會——主嘅聖所——乃係首先感受到上帝忿怒打擊嘅地方.嗰啲古老嘅人,就係上帝曾賜予大光、並且曾站喺守護人民屬靈利益崗位上嘅人,竟然背棄咗所託付俾佢哋嘅責任.佢哋取咗一種立場,以為我哋唔使再好似從前咁期待神蹟同上帝大能顯著嘅彰顯.時代已經改變咗.呢啲說話堅固咗佢哋嘅不信,於是佢哋話：主必不降福,也不降禍.祂太有憐憫,唔會以審判臨到祂嘅子民.於是,『平安穩妥』就成為嗰啲人嘅呼聲;而呢班人永遠都唔會再提高聲音如吹角,去向上帝嘅子民指出佢哋嘅過犯,向雅各家指出佢哋嘅罪惡.呢啲唔會吠嘅啞狗,正正就係承受被觸怒之上帝公義報應嘅人.男子、少女同幼童,都一同滅亡.」«證言»卷五,211頁.</w:t>
      </w:r>
    </w:p>
    <w:p>
      <w:pPr>
        <w:pStyle w:val="ArticleBody"/>
        <w:jc w:val="left"/>
      </w:pPr>
      <w:r>
        <w:rPr>
          <w:rFonts w:ascii="Microsoft YaHei" w:hAnsi="Microsoft YaHei" w:eastAsia="Microsoft YaHei" w:cs="Microsoft YaHei"/>
        </w:rPr>
        <w:t>撒迦利亞懷疑第三位天使嘅信息;呢信息就係以利亞嘅信息,重述施洗約翰嘅歷史,同埋威廉·米勒嘅歷史.</w:t>
      </w:r>
    </w:p>
    <w:p>
      <w:pPr>
        <w:pStyle w:val="ArticleHeading"/>
        <w:jc w:val="left"/>
      </w:pPr>
      <w:r>
        <w:rPr>
          <w:rFonts w:ascii="Microsoft YaHei" w:hAnsi="Microsoft YaHei" w:eastAsia="Microsoft YaHei" w:cs="Microsoft YaHei"/>
        </w:rPr>
        <w:t>五個月</w:t>
      </w:r>
    </w:p>
    <w:p>
      <w:pPr>
        <w:pStyle w:val="ArticleBody"/>
        <w:jc w:val="left"/>
      </w:pPr>
      <w:r>
        <w:rPr>
          <w:rFonts w:ascii="Microsoft YaHei" w:hAnsi="Microsoft YaHei" w:eastAsia="Microsoft YaHei" w:cs="Microsoft YaHei"/>
        </w:rPr>
        <w:t>以利沙伯將自己懷孕嘅事隱藏咗五個月.</w:t>
      </w:r>
    </w:p>
    <w:p>
      <w:pPr>
        <w:pStyle w:val="ArticleScripture"/>
        <w:jc w:val="left"/>
      </w:pPr>
      <w:r>
        <w:rPr>
          <w:rFonts w:ascii="Microsoft YaHei" w:hAnsi="Microsoft YaHei" w:eastAsia="Microsoft YaHei" w:cs="Microsoft YaHei"/>
        </w:rPr>
        <w:t>呢啲日子之後,佢嘅妻子以利沙伯懷咗孕,就隱藏自己五個月,話：「主喺眷顧我嘅日子,向我咁樣施恩,要將我喺人中間嘅羞辱除去.」到咗第六個月,天使加百列奉神差遣,往加利利一座城去,名叫拿撒勒.路加福音 1:24–26</w:t>
      </w:r>
    </w:p>
    <w:p>
      <w:pPr>
        <w:pStyle w:val="ArticleBody"/>
        <w:jc w:val="left"/>
      </w:pPr>
      <w:r>
        <w:rPr>
          <w:rFonts w:ascii="Microsoft YaHei" w:hAnsi="Microsoft YaHei" w:eastAsia="Microsoft YaHei" w:cs="Microsoft YaHei"/>
        </w:rPr>
        <w:t>撒迦利亞屬祭司第八班次,與他兒子約翰喺第八日受割禮相呼應;到嗰時,撒迦利亞又要開口說話.佢同佢兒子約翰,象徵挪亞方舟上嗰八個靈魂;佢哋被隱藏起來,免受洪水之水所帶來之死亡,歷時五個月,即一百五十日.呢一百五十日——即懷孕之期與洪水氾濫之期——乃對應«啟示錄»第九章中兩段五個月的時期.</w:t>
      </w:r>
    </w:p>
    <w:p>
      <w:pPr>
        <w:pStyle w:val="ArticleBody"/>
        <w:jc w:val="left"/>
      </w:pPr>
      <w:r>
        <w:rPr>
          <w:rFonts w:ascii="Microsoft YaHei" w:hAnsi="Microsoft YaHei" w:eastAsia="Microsoft YaHei" w:cs="Microsoft YaHei"/>
        </w:rPr>
        <w:t>撒迦利亞同佢個仔約翰,亦都表徵第七個老底嘉教會轉變進入第八個非拉鐵非教會之時.由撒迦利亞喺第八班次供職,直到佢個仔約翰喺第八日受割禮,乃表徵一段先知性時期,其中數目「八」標示起始同終結.喺呢段先知性時期之內,有一段五個月嘅時期,表徵一段隱藏嘅時期.</w:t>
      </w:r>
    </w:p>
    <w:p>
      <w:pPr>
        <w:pStyle w:val="ArticleBody"/>
        <w:jc w:val="left"/>
      </w:pPr>
      <w:r>
        <w:rPr>
          <w:rFonts w:ascii="Microsoft YaHei" w:hAnsi="Microsoft YaHei" w:eastAsia="Microsoft YaHei" w:cs="Microsoft YaHei"/>
        </w:rPr>
        <w:t>預言嘅「發聲」指出嗰將要迅速臨到嘅星期日法案;因此,撒迦利亞係喺星期日法案臨到之時發言,當時佢個仔受咗印記,正如割禮呢一個行動所表明.喺嗰段歷史當中,喺星期日法案之前、即撒迦利亞發言之前,五個月期滿之後,去到第六個月,馬利亞探訪以利沙伯,而聖靈膏抹以利沙伯;以利沙伯作為一個婦人,乃係預表上帝嘅教會喺嗰將要迅速臨到嘅星期日法案之前四個月先受膏.</w:t>
      </w:r>
    </w:p>
    <w:p>
      <w:pPr>
        <w:pStyle w:val="ArticleScripture"/>
        <w:jc w:val="left"/>
      </w:pPr>
      <w:r>
        <w:rPr>
          <w:rFonts w:ascii="Microsoft YaHei" w:hAnsi="Microsoft YaHei" w:eastAsia="Microsoft YaHei" w:cs="Microsoft YaHei"/>
        </w:rPr>
        <w:t>嗰啲日子,馬利亞起身,急忙往山地去,嚟到猶大嘅一座城;入咗撒迦利亞嘅屋,問候以利沙伯.以利沙伯一聽見馬利亞嘅問安,腹裏嘅胎就跳動;以利沙伯且被聖靈充滿,高聲喊着話：「你喺婦女中係有福嘅！你腹裏嘅果子亦係有福嘅！我主嘅母到我呢度來,呢事點解會臨到我呢？因為你問安嘅聲一入我耳,我腹裏嘅胎就歡喜跳動.嗰信主所對她講嘅話必要應驗嘅女子,係有福嘅！」路加福音 1:39–45</w:t>
      </w:r>
    </w:p>
    <w:p>
      <w:pPr>
        <w:pStyle w:val="ArticleBody"/>
        <w:jc w:val="left"/>
      </w:pPr>
      <w:r>
        <w:rPr>
          <w:rFonts w:ascii="Microsoft YaHei" w:hAnsi="Microsoft YaHei" w:eastAsia="Microsoft YaHei" w:cs="Microsoft YaHei"/>
        </w:rPr>
        <w:t>五個月完咗嘅時候,以利沙伯就「大聲」對馬利亞講說話,稱讚馬利亞相信加百列所傳嘅信息;而呢個信息,喺末後日子就係第三位天使嘅信息.以利沙伯嘅丈夫撒迦利亞曾經唔信,但馬利亞冇唔信.馬利亞喺撒迦利亞之後五個月先聽見加百列嘅信息,所以佢對第三位天使嘅相信,就被標明為喺五個月呢個隱藏信息被揭示之後先至臨到.末後日子五個月嘅隱藏信息,就係«啟示錄»第九章第五節頭先嗰五個月.馬利亞代表末後日子接納第三位天使信息嘅教會;而呢個信息包括對五個月一個特別嘅開啟,就喺關於將要來臨之星期日法令嘅宣講來到之前不久,大約再過四個月左右.</w:t>
      </w:r>
    </w:p>
    <w:p>
      <w:pPr>
        <w:pStyle w:val="ArticleBody"/>
        <w:jc w:val="left"/>
      </w:pPr>
      <w:r>
        <w:rPr>
          <w:rFonts w:ascii="Microsoft YaHei" w:hAnsi="Microsoft YaHei" w:eastAsia="Microsoft YaHei" w:cs="Microsoft YaHei"/>
        </w:rPr>
        <w:t>喺馬利亞探訪嘅路標之上,由撒迦利亞同以利沙伯所代表之第一同第二位天使嘅運動,連接到由馬利亞同約瑟所代表之第三位天使嘅運動.撒迦利亞代表一個出自教會體制之官員,而嗰個教會並唔相信第三位天使嘅信息;木匠約瑟則代表一場以自養工作為表徵嘅運動.復臨信仰點樣開始,也必照樣結束;而佢起初乃係一場運動,並非一個有組織嘅教會架構.由約瑟、馬利亞同基督所代表之十四萬四千人嘅運動,乃係由撒迦利亞、以利沙伯同約翰所代表之米勒派運動嘅直系親屬;而一八六三年嘅不信,則由撒迦利亞所代表.一八六三年代表對第一同第二位天使信息之不信,而第三位天使嘅運動則代表馬利亞嘅信心.</w:t>
      </w:r>
    </w:p>
    <w:p>
      <w:pPr>
        <w:pStyle w:val="ArticleScripture"/>
        <w:jc w:val="left"/>
      </w:pPr>
      <w:r>
        <w:rPr>
          <w:rFonts w:ascii="Microsoft YaHei" w:hAnsi="Microsoft YaHei" w:eastAsia="Microsoft YaHei" w:cs="Microsoft YaHei"/>
        </w:rPr>
        <w:t>「天使奉差遣去幫助那位從天而來的大力天使;我又聽見有聲音,彷彿響遍各處,說：『我嘅子民哪,你哋要從那城出來,免得與佢一同有分於佢嘅罪,亦免得受佢所受嘅災殃.因為佢嘅罪惡滔天;上帝已經記念佢嘅不義.』呢個信息,似乎係第三位天使信息嘅增補,正如一八四四年子夜嘅呼聲加入第二位天使信息一樣.上帝嘅榮光停留喺嗰啲忍耐等候嘅聖徒身上;佢哋毫無畏懼噉發出最後嚴肅嘅警告,宣告巴比倫嘅傾倒,並呼召上帝嘅子民從其中出來,好叫佢哋得以逃避佢可怕嘅厄運.」«早期著作»,277.</w:t>
      </w:r>
    </w:p>
    <w:p>
      <w:pPr>
        <w:pStyle w:val="ArticleBody"/>
        <w:jc w:val="left"/>
      </w:pPr>
      <w:r>
        <w:rPr>
          <w:rFonts w:ascii="Microsoft YaHei" w:hAnsi="Microsoft YaHei" w:eastAsia="Microsoft YaHei" w:cs="Microsoft YaHei"/>
        </w:rPr>
        <w:t>兩個信息嘅結合,乃由馬利亞探訪以利沙伯所表徵;而嗰個時點,就係隱藏咗五個月之後被顯露出嚟嘅時候.嗰個時點,就係兩個預言彼此結合、並一同被宣告之處.一個係由以利沙伯宣告,另一個係由馬利亞宣告.兩個信息嘅結合,指出午夜呼聲喺幾時與第二位天使嘅信息結合;而呢件事喺米勒派嘅歷史當中,發生於埃克塞特營會.</w:t>
      </w:r>
    </w:p>
    <w:p>
      <w:pPr>
        <w:pStyle w:val="ArticleBody"/>
        <w:jc w:val="left"/>
      </w:pPr>
      <w:r>
        <w:rPr>
          <w:rFonts w:ascii="Microsoft YaHei" w:hAnsi="Microsoft YaHei" w:eastAsia="Microsoft YaHei" w:cs="Microsoft YaHei"/>
        </w:rPr>
        <w:t>以利沙伯同埋馬利亞先後發出佢哋嘅宣告之後,「馬利亞同以利沙伯住咗約有三個月,就返到自己屋企去.」路加福音 1:56.由埃克塞特直到1844年10月22日嗰六十六日嘅時期,就由嗰四個月所預表;呢段時期喺快將來到嘅星期日法令之時結束,嗰時撒迦利亞開口說話.嗰四個月預表午夜呼聲信息宣告嘅時期;而呢個信息,係喺五個隱藏月份嘅信息之後來到.</w:t>
      </w:r>
    </w:p>
    <w:p>
      <w:pPr>
        <w:pStyle w:val="ArticleBody"/>
        <w:jc w:val="left"/>
      </w:pPr>
      <w:r>
        <w:rPr>
          <w:rFonts w:ascii="Microsoft YaHei" w:hAnsi="Microsoft YaHei" w:eastAsia="Microsoft YaHei" w:cs="Microsoft YaHei"/>
        </w:rPr>
        <w:t>米勒派歷史之中嗰兩個信息,就係第一位同第二位天使嘅信息;而第一位天使嘅信息之所以得着能力,乃因一個時間預言嘅應驗;呢個預言由五個月嘅時期開始,而呢段時期一直有部分被隱藏,直到其喺1840年8月11日應驗之前十日,先由約西亞·李治所闡明.第二位天使信息得着能力,乃係對1843年錯誤預測嘅更正;呢個更正係喺埃克塞特營會之中發生,正如撒母耳·斯諾所陳明.</w:t>
      </w:r>
    </w:p>
    <w:p>
      <w:pPr>
        <w:pStyle w:val="ArticleBody"/>
        <w:jc w:val="left"/>
      </w:pPr>
      <w:r>
        <w:rPr>
          <w:rFonts w:ascii="Microsoft YaHei" w:hAnsi="Microsoft YaHei" w:eastAsia="Microsoft YaHei" w:cs="Microsoft YaHei"/>
        </w:rPr>
        <w:t>宣告午夜呼聲之雙重信息,乃被表明為關門之前一段短暫時期;此事喺挪亞嘅故事裏,展開咗一段五個月嘅時期,並以方舟停喺亞拉臘山頂而告終.宣告午夜呼聲嘅時期,乃喺那隱藏之五個月被揭開之後;此事發生於1840年8月11日之前十日,亦係喺主將祂喺1843年圖表上所遮蓋之預表撤去祂手之後.8月1日至11日呢十日,與自埃克塞特至1844年10月22日之六十六日相對應;而雙重見證指出,隱藏之五個月被揭開,連同對那導致第一次失望之錯誤宣告嘅更正,乃係發生於馬利亞喺第六個月會見並問安以利沙伯之時.</w:t>
      </w:r>
    </w:p>
    <w:p>
      <w:pPr>
        <w:pStyle w:val="ArticleBody"/>
        <w:jc w:val="left"/>
      </w:pPr>
      <w:r>
        <w:rPr>
          <w:rFonts w:ascii="Microsoft YaHei" w:hAnsi="Microsoft YaHei" w:eastAsia="Microsoft YaHei" w:cs="Microsoft YaHei"/>
        </w:rPr>
        <w:t>到咗星期日法令之時,美國好似龍咁發聲;伊斯蘭嘅驢發聲;哈巴谷嘅異象亦藉住耶利米、撒迦利亞同以西結嘅口發聲.到咗星期日法令之時,以西結乃係一個預兆,因而代表嗰面喺星期日法令之時被舉起嘅旌旗.喺以西結書之中,「預兆」一詞九處經文之中,有兩處指出「安息日」就係分別為聖嘅預兆,表徵神性與人性嘅結合.</w:t>
      </w:r>
    </w:p>
    <w:p>
      <w:pPr>
        <w:pStyle w:val="ArticleScripture"/>
        <w:jc w:val="left"/>
      </w:pPr>
      <w:r>
        <w:rPr>
          <w:rFonts w:ascii="Microsoft YaHei" w:hAnsi="Microsoft YaHei" w:eastAsia="Microsoft YaHei" w:cs="Microsoft YaHei"/>
        </w:rPr>
        <w:t>但我為我名嘅緣故而行事,免得我嘅名喺列國眼前、就係佢哋所住其中之民當中被褻瀆;我曾喺呢些民眼前向佢哋顯明自己,領佢哋出埃及地.所以我使佢哋出離埃及地,帶佢哋到曠野.我將我嘅律例賜畀佢哋,又將我嘅典章指示佢哋;人若遵行,就必因此存活.</w:t>
      </w:r>
    </w:p>
    <w:p>
      <w:pPr>
        <w:pStyle w:val="ArticleScripture"/>
        <w:jc w:val="left"/>
      </w:pPr>
      <w:r>
        <w:rPr>
          <w:rFonts w:ascii="Microsoft YaHei" w:hAnsi="Microsoft YaHei" w:eastAsia="Microsoft YaHei" w:cs="Microsoft YaHei"/>
        </w:rPr>
        <w:t>並且我將我嘅安息日賜畀佢哋,作為我同佢哋之間嘅記號,好叫佢哋知道我係使佢哋成聖嘅耶和華.只是以色列家喺曠野悖逆我;唔遵行我嘅律例,厭棄我嘅典章——人若遵行,就必因此存活——又大大褻瀆我嘅安息日;於是我話,我要喺曠野將我嘅烈怒傾倒喺佢哋身上,滅絕佢哋.然而我卻為我名嘅緣故行事,免得我嘅名喺列國眼前被褻瀆;因為我曾喺列國眼前將佢哋領出來.我亦喺曠野向佢哋舉手起誓,必唔領佢哋進入我所賜畀佢哋嗰地,就是流奶與蜜之地,乃萬國中最榮美之地;因為佢哋厭棄我嘅典章,不遵行我嘅律例,反倒褻瀆我嘅安息日;因佢哋嘅心隨從自己嘅偶像.然而我嘅眼仍顧惜佢哋,唔忍滅絕佢哋,也冇喺曠野將佢哋滅盡.我喺曠野對佢哋嘅兒女講：你哋唔好遵行你哋祖先嘅律例,唔好謹守佢哋嘅典章,也唔好因佢哋嘅偶像玷污自己.我係耶和華你哋嘅神;你哋要遵行我嘅律例,謹守我嘅典章,並且遵行;又要守我嘅安息日為聖,使佢喺我同你哋之間作為記號,好叫你哋知道我係耶和華你哋嘅神.以西結書 20:9–20.</w:t>
      </w:r>
    </w:p>
    <w:p>
      <w:pPr>
        <w:pStyle w:val="ArticleBody"/>
        <w:jc w:val="left"/>
      </w:pPr>
      <w:r>
        <w:rPr>
          <w:rFonts w:ascii="Microsoft YaHei" w:hAnsi="Microsoft YaHei" w:eastAsia="Microsoft YaHei" w:cs="Microsoft YaHei"/>
        </w:rPr>
        <w:t>以西結表徵嗰十四萬四千人嘅旌旗,而神性與人性結合之記號,就係主嘅「安息日」.以西結喺圍困開始之時係一個記號;及至耶路撒冷遭毀滅之時,當佢被高舉成為旌旗,佢亦係嗰個記號.喺圍困開始之時,嗰啲拒絕看見同聽見、褻瀆祂嘅「安息日」嘅人,同樣都係一個記號.</w:t>
      </w:r>
    </w:p>
    <w:p>
      <w:pPr>
        <w:pStyle w:val="ArticleScripture"/>
        <w:jc w:val="left"/>
      </w:pPr>
      <w:r>
        <w:rPr>
          <w:rFonts w:ascii="Microsoft YaHei" w:hAnsi="Microsoft YaHei" w:eastAsia="Microsoft YaHei" w:cs="Microsoft YaHei"/>
        </w:rPr>
        <w:t>於是有幾個以色列的長老到我呢度,坐喺我面前.耶和華嘅話臨到我,話：「人子啊,呢啲人將佢哋嘅偶像立喺心裏面,又將自己罪孽嘅絆腳石擺喺自己面前;我豈可任由佢哋求問我呢？所以你要對佢哋講,對佢哋話：主耶和華如此說：凡以色列家中嘅人,將自己嘅偶像立喺心裏面,又將自己罪孽嘅絆腳石擺喺自己面前,然後到先知嗰度去;我耶和華必按佢偶像眾多嘅情形回答嗰到我呢度來嘅人;好叫我喺以色列家自己嘅心裏面捉住佢哋,因為佢哋都因自己嘅偶像與我疏遠了.」</w:t>
      </w:r>
    </w:p>
    <w:p>
      <w:pPr>
        <w:pStyle w:val="ArticleScripture"/>
        <w:jc w:val="left"/>
      </w:pPr>
      <w:r>
        <w:rPr>
          <w:rFonts w:ascii="Microsoft YaHei" w:hAnsi="Microsoft YaHei" w:eastAsia="Microsoft YaHei" w:cs="Microsoft YaHei"/>
        </w:rPr>
        <w:t>所以你要對以色列家說：主耶和華如此說：你哋要悔改,離開你哋嘅偶像,又要轉臉離開你哋一切可憎之事.因為凡屬以色列家嘅,或係喺以色列中寄居嘅外人,若離開我,將偶像立喺自己心裏,又將自己罪孽嘅絆腳石擺喺面前,然後去到先知面前,為自己嘅事求問我;我耶和華必親自回答佢.我必向嗰人變臉,令佢成為警戒同笑談,並且要將佢從我民中剪除;你哋就知道我係耶和華.倘若先知受迷惑而說出一句話,係我耶和華使嗰先知受迷惑;我必向佢伸手,將佢從我民以色列中滅絕.佢哋必擔當自己罪孽嘅刑罰：先知所受嘅刑罰,要同求問佢之人所受嘅刑罰一樣;好使以色列家不再偏離我,也不再因佢哋一切嘅過犯玷污自己,卻要作我嘅子民,我要作佢哋嘅神.這是主耶和華說的.以西結書 14:1–11.</w:t>
      </w:r>
    </w:p>
    <w:p>
      <w:pPr>
        <w:pStyle w:val="ArticleBody"/>
        <w:jc w:val="left"/>
      </w:pPr>
      <w:r>
        <w:rPr>
          <w:rFonts w:ascii="Microsoft YaHei" w:hAnsi="Microsoft YaHei" w:eastAsia="Microsoft YaHei" w:cs="Microsoft YaHei"/>
        </w:rPr>
        <w:t>喺Nashville,嗰啲身處老底嘉嘅基督復臨安息日會教會之內、卻如撒迦利亞一樣不信嘅人;即係嗰啲「採取咗一個立場,以為我哋毋須尋求神蹟,亦毋須期待上帝權能顯著嘅彰顯,好似從前嘅日子一樣」嘅人;正如1840年至1844年所預表嘅,將要被安息日會以外嘅人質問,點解佢哋冇發出警告.佢哋成為假平安穩妥信息嘅「記號」;呢個記號標示出智慧同愚拙之間嘅分別,正如Exeter營會中彼此對立嘅兩個帳棚所代表嘅一樣.佢哋帶有拜偶像同悖逆嘅「記號」,而以西結則帶住真實嘅先知警告信息.到圍困結束、耶路撒冷被毀之時——此乃代表星期日法——悖逆嘅記號就係獸嘅印記,而順服嘅記號就係上帝嘅印.</w:t>
      </w:r>
    </w:p>
    <w:p>
      <w:pPr>
        <w:pStyle w:val="ArticleBody"/>
        <w:jc w:val="left"/>
      </w:pPr>
      <w:r>
        <w:rPr>
          <w:rFonts w:ascii="Microsoft YaHei" w:hAnsi="Microsoft YaHei" w:eastAsia="Microsoft YaHei" w:cs="Microsoft YaHei"/>
        </w:rPr>
        <w:t>喺星期日法令頒布之時,安息日復臨運動嘅恩門就完全關閉;並且喺嗰時,義人同惡人都有一個記號被標示出嚟.喺即將來臨嘅星期日法令之時所發生嘅恩門關閉,乃係預表米迦勒起來之時嘅恩門關閉;而喺嗰度,眾多群眾之死亡嘅記號,乃係由歌革同瑪各所表徵.</w:t>
      </w:r>
    </w:p>
    <w:p>
      <w:pPr>
        <w:pStyle w:val="ArticleScripture"/>
        <w:jc w:val="left"/>
      </w:pPr>
      <w:r>
        <w:rPr>
          <w:rFonts w:ascii="Microsoft YaHei" w:hAnsi="Microsoft YaHei" w:eastAsia="Microsoft YaHei" w:cs="Microsoft YaHei"/>
        </w:rPr>
        <w:t>嗰啲經過嗰地嘅行路人,若有人見到人嘅骸骨,就要喺旁邊立一個記號,等到埋葬嘅人將佢葬喺哈們歌革谷入面.並且嗰城嘅名都要叫哈摩那.噉樣,佢哋就潔淨嗰地.以西結書 39:15, 16.</w:t>
      </w:r>
    </w:p>
    <w:p>
      <w:pPr>
        <w:pStyle w:val="ArticleBody"/>
        <w:jc w:val="left"/>
      </w:pPr>
      <w:r>
        <w:rPr>
          <w:rFonts w:ascii="Microsoft YaHei" w:hAnsi="Microsoft YaHei" w:eastAsia="Microsoft YaHei" w:cs="Microsoft YaHei"/>
        </w:rPr>
        <w:t>喺«以西結書»第三十七章,盟約嘅記號被指明出嚟;喺嗰度,滿谷嘅枯骨被帶到復生,而兩根木杖亦被連合為一.枯骨藉住一個伊斯蘭嘅信息,即由四風所表徵嘅,而得以復生;因此,呢件事預表一八四〇年八月十一日.兩根木杖合而為一,因此表明第二位天使嘅信息同半夜呼喊嘅信息聯合起嚟.枯骨乃係第一位天使得着能力嘅表徵,而兩根木杖乃係第二位天使得着能力嘅表徵.此後,上帝嘅子民就成為祂末後日子所揀選、立約嘅子民,由約翰所代表,即十四萬四千人.</w:t>
      </w:r>
    </w:p>
    <w:p>
      <w:pPr>
        <w:pStyle w:val="ArticleScripture"/>
        <w:jc w:val="left"/>
      </w:pPr>
      <w:r>
        <w:rPr>
          <w:rFonts w:ascii="Microsoft YaHei" w:hAnsi="Microsoft YaHei" w:eastAsia="Microsoft YaHei" w:cs="Microsoft YaHei"/>
        </w:rPr>
        <w:t>我又要與佢哋立平安之約;呢約要成為與佢哋所立永遠嘅約：我要安置佢哋,使佢哋增多,又要將我嘅聖所設立喺佢哋中間,直到永遠. 我嘅帳幕亦要與佢哋同在：係,我要作佢哋嘅神,佢哋要作我嘅子民. 列國就必知道我耶和華係使以色列成聖嘅,當我嘅聖所永遠設立喺佢哋中間嘅時候. 以西結書 37:26–28.</w:t>
      </w:r>
    </w:p>
    <w:p>
      <w:pPr>
        <w:pStyle w:val="ArticleBody"/>
        <w:jc w:val="left"/>
      </w:pPr>
      <w:r>
        <w:rPr>
          <w:rFonts w:ascii="Microsoft YaHei" w:hAnsi="Microsoft YaHei" w:eastAsia="Microsoft YaHei" w:cs="Microsoft YaHei"/>
        </w:rPr>
        <w:t>喺上帝嘅聖言之中,神性與人性嘅結合以各種方式被表明;其中一個例證,就係當位於人較高本性之內、「靈魂嘅堡壘」與上帝聖所嘅堡壘相連之時.當象徵上帝堡壘嘅天上寶座內室,與人較高本性嘅堡壘結合之時,上帝嘅子民就被「分別為聖」,而祂亦「永遠住喺佢哋中間」.</w:t>
      </w:r>
    </w:p>
    <w:p>
      <w:pPr>
        <w:pStyle w:val="ArticleBody"/>
        <w:jc w:val="left"/>
      </w:pPr>
      <w:r>
        <w:rPr>
          <w:rFonts w:ascii="Microsoft YaHei" w:hAnsi="Microsoft YaHei" w:eastAsia="Microsoft YaHei" w:cs="Microsoft YaHei"/>
        </w:rPr>
        <w:t>喺第三十七章之後,以西結陳明第三十八同第三十九章,喺呢兩章入面,佢論到歌革同瑪各,視之為全人類聯盟嘅象徵,即係嗰啲處於神所揀選立約之民以外嘅人.到第四十章,第三十七章所講嘅立約之民,就被表徵為一座充滿全地嘅殿宇.第三十八至第四十章表徵神立約之民喺末後日子嘅興起,正如三十八同四十呢兩個數字所表徵嘅一樣.</w:t>
      </w:r>
    </w:p>
    <w:p>
      <w:pPr>
        <w:pStyle w:val="ArticleBody"/>
        <w:jc w:val="left"/>
      </w:pPr>
      <w:r>
        <w:rPr>
          <w:rFonts w:ascii="Microsoft YaHei" w:hAnsi="Microsoft YaHei" w:eastAsia="Microsoft YaHei" w:cs="Microsoft YaHei"/>
        </w:rPr>
        <w:t>我哋將會喺下一篇文章繼續論述呢啲事.</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icrosoft YaHei" w:hAnsi="Microsoft YaHei" w:eastAsia="Microsoft YaHei" w:cs="Microsoft Ya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icrosoft YaHei" w:hAnsi="Microsoft YaHei" w:eastAsia="Microsoft YaHei" w:cs="Microsoft YaHei"/>
      <w:b/>
      <w:sz w:val="40"/>
    </w:rPr>
  </w:style>
  <w:style w:type="paragraph" w:customStyle="1" w:styleId="ArticleSubtitle">
    <w:name w:val="Article Subtitle"/>
    <w:basedOn w:val="Normal"/>
    <w:pPr>
      <w:spacing w:before="0" w:after="160"/>
      <w:ind w:left="0" w:right="0" w:firstLine="0"/>
      <w:jc w:val="left"/>
    </w:pPr>
    <w:rPr>
      <w:rFonts w:ascii="Microsoft YaHei" w:hAnsi="Microsoft YaHei" w:eastAsia="Microsoft YaHei" w:cs="Microsoft YaHei"/>
      <w:i/>
      <w:sz w:val="28"/>
    </w:rPr>
  </w:style>
  <w:style w:type="paragraph" w:customStyle="1" w:styleId="ArticleByline">
    <w:name w:val="Article Byline"/>
    <w:basedOn w:val="Normal"/>
    <w:pPr>
      <w:spacing w:before="0" w:after="40"/>
      <w:jc w:val="left"/>
    </w:pPr>
    <w:rPr>
      <w:rFonts w:ascii="Microsoft YaHei" w:hAnsi="Microsoft YaHei" w:eastAsia="Microsoft YaHei" w:cs="Microsoft YaHei"/>
      <w:i/>
      <w:sz w:val="22"/>
    </w:rPr>
  </w:style>
  <w:style w:type="paragraph" w:customStyle="1" w:styleId="ArticleDate">
    <w:name w:val="Article Date"/>
    <w:basedOn w:val="Normal"/>
    <w:pPr>
      <w:spacing w:before="0" w:after="280"/>
      <w:jc w:val="left"/>
    </w:pPr>
    <w:rPr>
      <w:rFonts w:ascii="Microsoft YaHei" w:hAnsi="Microsoft YaHei" w:eastAsia="Microsoft YaHei" w:cs="Microsoft YaHei"/>
      <w:sz w:val="20"/>
    </w:rPr>
  </w:style>
  <w:style w:type="paragraph" w:customStyle="1" w:styleId="ArticleHeading">
    <w:name w:val="Article Heading"/>
    <w:basedOn w:val="Heading2"/>
    <w:pPr>
      <w:spacing w:before="240" w:after="120"/>
      <w:jc w:val="left"/>
    </w:pPr>
    <w:rPr>
      <w:rFonts w:ascii="Microsoft YaHei" w:hAnsi="Microsoft YaHei" w:eastAsia="Microsoft YaHei" w:cs="Microsoft YaHei"/>
      <w:b/>
      <w:sz w:val="26"/>
    </w:rPr>
  </w:style>
  <w:style w:type="paragraph" w:customStyle="1" w:styleId="ArticleBody">
    <w:name w:val="Article Body"/>
    <w:basedOn w:val="Normal"/>
    <w:pPr>
      <w:spacing w:before="0" w:after="160"/>
      <w:jc w:val="left"/>
    </w:pPr>
    <w:rPr>
      <w:rFonts w:ascii="Microsoft YaHei" w:hAnsi="Microsoft YaHei" w:eastAsia="Microsoft YaHei" w:cs="Microsoft YaHei"/>
      <w:sz w:val="24"/>
    </w:rPr>
  </w:style>
  <w:style w:type="paragraph" w:customStyle="1" w:styleId="ArticleScripture">
    <w:name w:val="Article Scripture"/>
    <w:basedOn w:val="Normal"/>
    <w:pPr>
      <w:spacing w:before="0" w:after="160"/>
      <w:ind w:left="504" w:right="144"/>
      <w:jc w:val="left"/>
    </w:pPr>
    <w:rPr>
      <w:rFonts w:ascii="Microsoft YaHei" w:hAnsi="Microsoft YaHei" w:eastAsia="Microsoft YaHei" w:cs="Microsoft YaHei"/>
      <w:i w:val="0"/>
      <w:sz w:val="23"/>
    </w:rPr>
  </w:style>
  <w:style w:type="paragraph" w:customStyle="1" w:styleId="ArticleQuote">
    <w:name w:val="Article Quote"/>
    <w:basedOn w:val="Normal"/>
    <w:pPr>
      <w:spacing w:before="0" w:after="160"/>
      <w:ind w:left="648" w:right="288"/>
      <w:jc w:val="left"/>
    </w:pPr>
    <w:rPr>
      <w:rFonts w:ascii="Microsoft YaHei" w:hAnsi="Microsoft YaHei" w:eastAsia="Microsoft YaHei" w:cs="Microsoft YaHei"/>
      <w:i/>
      <w:sz w:val="23"/>
    </w:rPr>
  </w:style>
  <w:style w:type="paragraph" w:customStyle="1" w:styleId="ArticleListItem">
    <w:name w:val="Article List Item"/>
    <w:basedOn w:val="Normal"/>
    <w:pPr>
      <w:spacing w:before="0" w:after="80"/>
      <w:ind w:left="576" w:right="0" w:hanging="259"/>
      <w:jc w:val="left"/>
    </w:pPr>
    <w:rPr>
      <w:rFonts w:ascii="Microsoft YaHei" w:hAnsi="Microsoft YaHei" w:eastAsia="Microsoft YaHei" w:cs="Microsoft YaHe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第四十節嘅隱藏歷史——第三十二號</dc:title>
  <dc:subject>以西結書第十三章</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